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Bunnies on the Bayou 2026: How Bunnies 47 Turned Partying into Purpose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gathered to toast a neighbourhood tradition , Bunnies on the Bayou’s Bunnies 47 check presentation at Pearl Bar on 19 August, celebrating the funds raised at this year’s Easter Sunday fundraiser and the local charities that will put that money to work across Houston.</w:t>
      </w:r>
      <w:r/>
    </w:p>
    <w:p>
      <w:r/>
      <w:r>
        <w:t>Essential Takeaways</w:t>
      </w:r>
      <w:r/>
      <w:r/>
    </w:p>
    <w:p>
      <w:pPr>
        <w:pStyle w:val="ListBullet"/>
        <w:spacing w:line="240" w:lineRule="auto"/>
        <w:ind w:left="720"/>
      </w:pPr>
      <w:r/>
      <w:r>
        <w:rPr>
          <w:b/>
        </w:rPr>
        <w:t>Community boost:</w:t>
      </w:r>
      <w:r>
        <w:t xml:space="preserve"> Bunnies 47 proceeds support at least a dozen Houston nonprofits serving health, housing, arts and LGBTQ services.</w:t>
      </w:r>
      <w:r/>
    </w:p>
    <w:p>
      <w:pPr>
        <w:pStyle w:val="ListBullet"/>
        <w:spacing w:line="240" w:lineRule="auto"/>
        <w:ind w:left="720"/>
      </w:pPr>
      <w:r/>
      <w:r>
        <w:rPr>
          <w:b/>
        </w:rPr>
        <w:t>Local beneficiaries:</w:t>
      </w:r>
      <w:r>
        <w:t xml:space="preserve"> Groups helped include the Montrose Center, Avenue 360, Open Gate Homeless Ministries and Rice University Pride, among others.</w:t>
      </w:r>
      <w:r/>
    </w:p>
    <w:p>
      <w:pPr>
        <w:pStyle w:val="ListBullet"/>
        <w:spacing w:line="240" w:lineRule="auto"/>
        <w:ind w:left="720"/>
      </w:pPr>
      <w:r/>
      <w:r>
        <w:rPr>
          <w:b/>
        </w:rPr>
        <w:t>Celebratory mood:</w:t>
      </w:r>
      <w:r>
        <w:t xml:space="preserve"> The Pearl Bar event brought organisers and beneficiary reps together for a friendly, informal presentation.</w:t>
      </w:r>
      <w:r/>
    </w:p>
    <w:p>
      <w:pPr>
        <w:pStyle w:val="ListBullet"/>
        <w:spacing w:line="240" w:lineRule="auto"/>
        <w:ind w:left="720"/>
      </w:pPr>
      <w:r/>
      <w:r>
        <w:rPr>
          <w:b/>
        </w:rPr>
        <w:t>Event legacy:</w:t>
      </w:r>
      <w:r>
        <w:t xml:space="preserve"> Bunnies on the Bayou’s April fundraiser, “Resistance in Bloom,” continues to marry a big outdoor party with serious local impact.</w:t>
      </w:r>
      <w:r/>
    </w:p>
    <w:p>
      <w:pPr>
        <w:pStyle w:val="ListBullet"/>
        <w:spacing w:line="240" w:lineRule="auto"/>
        <w:ind w:left="720"/>
      </w:pPr>
      <w:r/>
      <w:r>
        <w:rPr>
          <w:b/>
        </w:rPr>
        <w:t>Accessible giving:</w:t>
      </w:r>
      <w:r>
        <w:t xml:space="preserve"> Donations from a single community festival channelled into healthcare, education, housing and arts programming across Houston.</w:t>
      </w:r>
      <w:r/>
      <w:r/>
    </w:p>
    <w:p>
      <w:pPr>
        <w:pStyle w:val="Heading2"/>
      </w:pPr>
      <w:r>
        <w:t>A festive check handoff with a warm, buzzy feel</w:t>
      </w:r>
      <w:r/>
    </w:p>
    <w:p>
      <w:r/>
      <w:r>
        <w:t>The strongest image of the Pearl Bar evening was, unsurprisingly, people smiling as they swapped stories , the room smelled faintly of cocktails and celebratory cake, and the mood was quietly proud. Outsmart reported that Bunnies on the Bayou hosted the Bunnies 47 check presentation on 19 August to honour the impact of its April fundraiser. The presentation felt less like a formal handover and more like neighbours recognising what they achieve together, which is exactly the point of community benefit events.</w:t>
      </w:r>
      <w:r/>
    </w:p>
    <w:p>
      <w:r/>
      <w:r>
        <w:t>Behind that convivial scene is deliberate organising. Bunnies on the Bayou has long turned an Easter party into a sustained pipeline of support for Houston charities, and the check presentation is the public punctuation mark that shows donations are being passed on. For attendees, it’s both a thank-you and a reminder that big fundraising days translate to concrete services months later.</w:t>
      </w:r>
      <w:r/>
    </w:p>
    <w:p>
      <w:pPr>
        <w:pStyle w:val="Heading2"/>
      </w:pPr>
      <w:r>
        <w:t>Who got the money , and what they’ll use it for</w:t>
      </w:r>
      <w:r/>
    </w:p>
    <w:p>
      <w:r/>
      <w:r>
        <w:t>The list of beneficiaries reads like a map of essential LGBTQ services across Houston: Avenue 360 Health and Wellness, the Montrose Center, Open Gate Homeless Ministries, Lazarus House and the Thomas Street Clinic feature alongside arts and education groups such as Houston Pride Band, Pride Chorus Houston and Rice University Pride. Outsmart’s event coverage notes that the funds support health care, housing assistance, education, arts programming and outreach.</w:t>
      </w:r>
      <w:r/>
    </w:p>
    <w:p>
      <w:r/>
      <w:r>
        <w:t>That spread matters. Small grassroots charities and larger clinics both need unrestricted funding to cover day-to-day expenses, and festival proceeds often arrive at the right time. If you care which causes your ticket helped, check beneficiary lists on the Bunnies on the Bayou site , they publish the roster each year so supporters can follow the money.</w:t>
      </w:r>
      <w:r/>
    </w:p>
    <w:p>
      <w:pPr>
        <w:pStyle w:val="Heading2"/>
      </w:pPr>
      <w:r>
        <w:t>From “Resistance in Bloom” to tangible outcomes</w:t>
      </w:r>
      <w:r/>
    </w:p>
    <w:p>
      <w:r/>
      <w:r>
        <w:t>This year’s main fundraising event, held on 5 April at Sesquicentennial Park and themed “Resistance in Bloom,” combined music, DJs and performance with a serious fundraising goal. According to the group’s event listings, DJs, entertainers and volunteer teams are central to the atmosphere that draws crowds and keeps people donating.</w:t>
      </w:r>
      <w:r/>
    </w:p>
    <w:p>
      <w:r/>
      <w:r>
        <w:t>It’s a simple formula: create an inclusive, joyful space and invite the community to give. Over time, that approach built Bunnies on the Bayou into a reliable annual engine for support, and the Pearl Bar presentation makes clear how festival energy becomes grants and services for local people.</w:t>
      </w:r>
      <w:r/>
    </w:p>
    <w:p>
      <w:pPr>
        <w:pStyle w:val="Heading2"/>
      </w:pPr>
      <w:r>
        <w:t>How to check who benefits and how to get involved</w:t>
      </w:r>
      <w:r/>
    </w:p>
    <w:p>
      <w:r/>
      <w:r>
        <w:t>If you want to follow the impact more closely, the Bunnies on the Bayou website posts its beneficiaries each year and lists DJs and entertainers who take part. That’s handy if you’re deciding whether to volunteer, donate directly or buy a ticket next spring. For those who prefer targeted giving, contact beneficiary groups directly , many accept donations year-round and can say exactly where festival funds will be spent.</w:t>
      </w:r>
      <w:r/>
    </w:p>
    <w:p>
      <w:r/>
      <w:r>
        <w:t>Volunteering at the event is another way to be part of the loop. Volunteers often get a close view of logistics and outreach, and organisers welcome people who want to help set up, staff booths, or steward the crowd on the day.</w:t>
      </w:r>
      <w:r/>
    </w:p>
    <w:p>
      <w:pPr>
        <w:pStyle w:val="Heading2"/>
      </w:pPr>
      <w:r>
        <w:t>Why small community rituals still matter</w:t>
      </w:r>
      <w:r/>
    </w:p>
    <w:p>
      <w:r/>
      <w:r>
        <w:t>There’s a pleasing economy to this story: a single, well-produced outdoor party channels culture, fundraising and service into a single, repeatable habit. Outsmart’s write-up of the check presentation highlights how Bunnies on the Bayou keeps that cycle alive , celebration that yields aid, and aid that feeds back into community resilience.</w:t>
      </w:r>
      <w:r/>
    </w:p>
    <w:p>
      <w:r/>
      <w:r>
        <w:t>It’s easy to dismiss parties as just fun, but when they come with a transparent beneficiary list and annual check-ins like the Pearl Bar presentation, they become civic infrastructure. Your ticket is both a night out and a neat way to support local services.</w:t>
      </w:r>
      <w:r/>
    </w:p>
    <w:p>
      <w:r/>
      <w:r>
        <w:t>It's a small change that can make every celebration do a little more good.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9">
        <w:r>
          <w:rPr>
            <w:color w:val="0000EE"/>
            <w:u w:val="single"/>
          </w:rPr>
          <w:t>[2]</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1">
        <w:r>
          <w:rPr>
            <w:color w:val="0000EE"/>
            <w:u w:val="single"/>
          </w:rPr>
          <w:t>[5]</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https://www.outsmartmagazine.com/2026/08/bunnies-on-the-bayou-47-check-presentation-at-pearl-bar-2/</w:t>
        </w:r>
      </w:hyperlink>
      <w:r>
        <w:t xml:space="preserve"> - Please view link - unable to able to access data</w:t>
      </w:r>
      <w:r/>
    </w:p>
    <w:p>
      <w:pPr>
        <w:pStyle w:val="ListNumber"/>
        <w:spacing w:line="240" w:lineRule="auto"/>
        <w:ind w:left="720"/>
      </w:pPr>
      <w:r/>
      <w:hyperlink r:id="rId9">
        <w:r>
          <w:rPr>
            <w:color w:val="0000EE"/>
            <w:u w:val="single"/>
          </w:rPr>
          <w:t>https://www.outsmartmagazine.com/2026/08/bunnies-on-the-bayou-47-check-presentation-at-pearl-bar-2/</w:t>
        </w:r>
      </w:hyperlink>
      <w:r>
        <w:t xml:space="preserve"> - Bunnies on the Bayou held its 47th check presentation at Pearl Bar on August 19, 2026, celebrating the success of its annual Easter Sunday fundraiser and the impact on Houston's LGBTQ community. The event recognised the contributions of local nonprofits, including Avenue 360 Health and Wellness, Houston Pride Band, Lazarus House, M.E.N. Inc., the Montrose Center, Montrose Grace Place, The Normal Anomaly, Open Gate Homeless Ministries, Pride Chorus Houston, PWA Holiday Charities, Rice University Pride, Thomas Street Clinic, and Tony’s Place. The presentation followed the 'Resistance in Bloom' event held on April 5 at Sesquicentennial Park in downtown Houston.</w:t>
      </w:r>
      <w:r/>
    </w:p>
    <w:p>
      <w:pPr>
        <w:pStyle w:val="ListNumber"/>
        <w:spacing w:line="240" w:lineRule="auto"/>
        <w:ind w:left="720"/>
      </w:pPr>
      <w:r/>
      <w:hyperlink r:id="rId12">
        <w:r>
          <w:rPr>
            <w:color w:val="0000EE"/>
            <w:u w:val="single"/>
          </w:rPr>
          <w:t>https://bunniesonthebayou.org/beneficiaries-2026/</w:t>
        </w:r>
      </w:hyperlink>
      <w:r>
        <w:t xml:space="preserve"> - Bunnies on the Bayou announced its 2026 beneficiaries, including Avenue 360 Health and Wellness, Houston Pride Band, Lazarus House, M.E.N. Inc., the Montrose Center, Montrose Grace Place, The Normal Anomaly, Open Gate Homeless Ministries, Pride Chorus Houston, PWA Holiday Charities, Rice University Pride, Thomas Street Clinic, and Tony’s Place. These organizations provide essential services such as healthcare, housing assistance, education, arts programming, and outreach to Houston’s LGBTQ community.</w:t>
      </w:r>
      <w:r/>
    </w:p>
    <w:p>
      <w:pPr>
        <w:pStyle w:val="ListNumber"/>
        <w:spacing w:line="240" w:lineRule="auto"/>
        <w:ind w:left="720"/>
      </w:pPr>
      <w:r/>
      <w:hyperlink r:id="rId10">
        <w:r>
          <w:rPr>
            <w:color w:val="0000EE"/>
            <w:u w:val="single"/>
          </w:rPr>
          <w:t>https://bunniesonthebayou.org/event/save-the-dates-bunnies-47/</w:t>
        </w:r>
      </w:hyperlink>
      <w:r>
        <w:t xml:space="preserve"> - Bunnies on the Bayou's 47th annual fundraising event, Bunnies 47, is scheduled for Easter Sunday, April 5, 2026, at Sesquicentennial Park in downtown Houston. The event, themed 'Resistance in Bloom,' aims to support local LGBTQIA+ nonprofits through music, community engagement, and fundraising. The gathering will feature live DJs, dancing, sponsor activations, and food and drinks for purchase, with tickets available for general admission and VIP experiences.</w:t>
      </w:r>
      <w:r/>
    </w:p>
    <w:p>
      <w:pPr>
        <w:pStyle w:val="ListNumber"/>
        <w:spacing w:line="240" w:lineRule="auto"/>
        <w:ind w:left="720"/>
      </w:pPr>
      <w:r/>
      <w:hyperlink r:id="rId11">
        <w:r>
          <w:rPr>
            <w:color w:val="0000EE"/>
            <w:u w:val="single"/>
          </w:rPr>
          <w:t>https://www.outsmartmagazine.com/2026/03/bunnies-on-the-bayou-2026/</w:t>
        </w:r>
      </w:hyperlink>
      <w:r>
        <w:t xml:space="preserve"> - Bunnies on the Bayou is set to host its 47th annual fundraising event on Easter Sunday, April 5, 2026, at Sesquicentennial Park in downtown Houston. The event, themed 'Resistance in Bloom,' will feature music, community engagement, and support for local LGBTQIA+ nonprofits. Vice President Brandon Rhodes discusses the organization's mission and the significance of the event in the face of challenges to LGBTQIA+ rights.</w:t>
      </w:r>
      <w:r/>
    </w:p>
    <w:p>
      <w:pPr>
        <w:pStyle w:val="ListNumber"/>
        <w:spacing w:line="240" w:lineRule="auto"/>
        <w:ind w:left="720"/>
      </w:pPr>
      <w:r/>
      <w:hyperlink r:id="rId13">
        <w:r>
          <w:rPr>
            <w:color w:val="0000EE"/>
            <w:u w:val="single"/>
          </w:rPr>
          <w:t>https://bunniesonthebayou.org/djs-entertainers/</w:t>
        </w:r>
      </w:hyperlink>
      <w:r>
        <w:t xml:space="preserve"> - Bunnies on the Bayou's 47th annual event, Bunnies 47, will feature a lineup of DJs and entertainers, including Grammy Award–winning producer Dave Audé. The event, themed 'Resistance in Bloom,' is scheduled for Easter Sunday, April 5, 2026, at Sesquicentennial Park in downtown Houston. The gathering aims to support local LGBTQIA+ nonprofits through music, community engagement, and fundraising.</w:t>
      </w:r>
      <w:r/>
    </w:p>
    <w:p>
      <w:pPr>
        <w:pStyle w:val="ListNumber"/>
        <w:spacing w:line="240" w:lineRule="auto"/>
        <w:ind w:left="720"/>
      </w:pPr>
      <w:r/>
      <w:hyperlink r:id="rId14">
        <w:r>
          <w:rPr>
            <w:color w:val="0000EE"/>
            <w:u w:val="single"/>
          </w:rPr>
          <w:t>https://www.outsmartmagazine.com/2026/01/sobe-winter-bunnies-2026/</w:t>
        </w:r>
      </w:hyperlink>
      <w:r>
        <w:t xml:space="preserve"> - Bunnies on the Bayou hosted the kickoff event for Bunnies 47, Winter Bunnies, at South Beach Houston on January 17 and 18, 2026. The event featured performances by DJ Joe Ross and DJ Tony Moran, and announced the official beneficiaries for the 2026 event, including Avenue 360, Houston Pride Band, Lazarus House, M.E.N. Inc., Montrose Center, Grace Place, The Normal Anomaly, Open Gate Ministries, Pride Chorus Houston, PWA Holiday Charities, Rice University Pride, Thomas Street Clinic, and Tony’s Place.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8/bunnies-on-the-bayou-47-check-presentation-at-pearl-bar-2/" TargetMode="External"/><Relationship Id="rId10" Type="http://schemas.openxmlformats.org/officeDocument/2006/relationships/hyperlink" Target="https://bunniesonthebayou.org/event/save-the-dates-bunnies-47/" TargetMode="External"/><Relationship Id="rId11" Type="http://schemas.openxmlformats.org/officeDocument/2006/relationships/hyperlink" Target="https://www.outsmartmagazine.com/2026/03/bunnies-on-the-bayou-2026/" TargetMode="External"/><Relationship Id="rId12" Type="http://schemas.openxmlformats.org/officeDocument/2006/relationships/hyperlink" Target="https://bunniesonthebayou.org/beneficiaries-2026/" TargetMode="External"/><Relationship Id="rId13" Type="http://schemas.openxmlformats.org/officeDocument/2006/relationships/hyperlink" Target="https://bunniesonthebayou.org/djs-entertainers/" TargetMode="External"/><Relationship Id="rId14" Type="http://schemas.openxmlformats.org/officeDocument/2006/relationships/hyperlink" Target="https://www.outsmartmagazine.com/2026/01/sobe-winter-bunnie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