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No Gay Sex Weekend: Why Some Gay Men Are Embracing Platonic Meetups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something a little different , gay men in the UK are organising “No Gay Sex Weekend” meetups so they can socialise, make friends and breathe away from the hookup treadmill; it’s trending because it answers burnout and craving for connection.</w:t>
      </w:r>
      <w:r/>
    </w:p>
    <w:p>
      <w:r/>
      <w:r>
        <w:t>Essential Takeaways</w:t>
      </w:r>
      <w:r/>
      <w:r/>
    </w:p>
    <w:p>
      <w:pPr>
        <w:pStyle w:val="ListBullet"/>
        <w:spacing w:line="240" w:lineRule="auto"/>
        <w:ind w:left="720"/>
      </w:pPr>
      <w:r/>
      <w:r>
        <w:rPr>
          <w:b/>
        </w:rPr>
        <w:t>Founded by a Brit:</w:t>
      </w:r>
      <w:r>
        <w:t xml:space="preserve"> Chris started No Gay Sex Weekend to create platonic spaces where gay men can connect without sexual pressure. </w:t>
      </w:r>
      <w:r/>
    </w:p>
    <w:p>
      <w:pPr>
        <w:pStyle w:val="ListBullet"/>
        <w:spacing w:line="240" w:lineRule="auto"/>
        <w:ind w:left="720"/>
      </w:pPr>
      <w:r/>
      <w:r>
        <w:rPr>
          <w:b/>
        </w:rPr>
        <w:t>Growing fast:</w:t>
      </w:r>
      <w:r>
        <w:t xml:space="preserve"> The group now lists hundreds of members and multiple events across cities including Oxford, London and Bristol. </w:t>
      </w:r>
      <w:r/>
    </w:p>
    <w:p>
      <w:pPr>
        <w:pStyle w:val="ListBullet"/>
        <w:spacing w:line="240" w:lineRule="auto"/>
        <w:ind w:left="720"/>
      </w:pPr>
      <w:r/>
      <w:r>
        <w:rPr>
          <w:b/>
        </w:rPr>
        <w:t>Low-key vibe:</w:t>
      </w:r>
      <w:r>
        <w:t xml:space="preserve"> Events range from picnics to weekend retreats, described as relaxed, friendly and easy to join. </w:t>
      </w:r>
      <w:r/>
    </w:p>
    <w:p>
      <w:pPr>
        <w:pStyle w:val="ListBullet"/>
        <w:spacing w:line="240" w:lineRule="auto"/>
        <w:ind w:left="720"/>
      </w:pPr>
      <w:r/>
      <w:r>
        <w:rPr>
          <w:b/>
        </w:rPr>
        <w:t>Real relief:</w:t>
      </w:r>
      <w:r>
        <w:t xml:space="preserve"> Attendees say the lack of sexual expectation feels refreshing and less judgmental. </w:t>
      </w:r>
      <w:r/>
    </w:p>
    <w:p>
      <w:pPr>
        <w:pStyle w:val="ListBullet"/>
        <w:spacing w:line="240" w:lineRule="auto"/>
        <w:ind w:left="720"/>
      </w:pPr>
      <w:r/>
      <w:r>
        <w:rPr>
          <w:b/>
        </w:rPr>
        <w:t>Not anti-sex:</w:t>
      </w:r>
      <w:r>
        <w:t xml:space="preserve"> The aim is optional, forming friendships comes first; romance might still follow naturally.</w:t>
      </w:r>
      <w:r/>
      <w:r/>
    </w:p>
    <w:p>
      <w:pPr>
        <w:pStyle w:val="Heading2"/>
      </w:pPr>
      <w:r>
        <w:t>Why this no-sex idea is catching on</w:t>
      </w:r>
      <w:r/>
    </w:p>
    <w:p>
      <w:r/>
      <w:r>
        <w:t>There’s a tangible tiredness in parts of gay dating culture, a kind of swipe-and-discard exhaustion that smells faintly of cheap aftershave and disappointment. According to the event organisers, the weekend concept grew out of that frustration , people wanted spaces where they weren’t being sized up as potential hookups. The founder, Chris, set up the first gatherings in Oxford and has since moved to picnics in London and a meetup in Bristol, showing how quickly a simple idea can scale when it hits a nerve.</w:t>
      </w:r>
      <w:r/>
    </w:p>
    <w:p>
      <w:pPr>
        <w:pStyle w:val="Heading2"/>
      </w:pPr>
      <w:r>
        <w:t>What actually happens at a No Gay Sex Weekend</w:t>
      </w:r>
      <w:r/>
    </w:p>
    <w:p>
      <w:r/>
      <w:r>
        <w:t>Think picnics, walks, board games and proper conversation rather than furtive DMing in a tent. The calendar on the group’s site lists past weekends and upcoming meetups, and attendees say the atmosphere is deliberately casual , there’s a friendly, inclusive energy and few of the signals you get at bars or on apps. It’s useful if you want to practise socialising without pressure, or if you’ve had enough of ranking-feels and one-upmanship.</w:t>
      </w:r>
      <w:r/>
    </w:p>
    <w:p>
      <w:pPr>
        <w:pStyle w:val="Heading2"/>
      </w:pPr>
      <w:r>
        <w:t>How this fits broader trends in gay social life</w:t>
      </w:r>
      <w:r/>
    </w:p>
    <w:p>
      <w:r/>
      <w:r>
        <w:t>This movement isn’t rejecting sex or desire; it’s responding to cultural burnout. Industry observers and community voices note a wider shift toward slow socialising and intentional connection across demographics, and gay men are following suit. So while hookup culture still dominates many spaces, there’s room for alternatives that prioritise friendship, shared hobbies and emotional safety.</w:t>
      </w:r>
      <w:r/>
    </w:p>
    <w:p>
      <w:pPr>
        <w:pStyle w:val="Heading2"/>
      </w:pPr>
      <w:r>
        <w:t>Who benefits , and who might not</w:t>
      </w:r>
      <w:r/>
    </w:p>
    <w:p>
      <w:r/>
      <w:r>
        <w:t>If you’re exhausted by apps, feel judged by looks, or simply want more queer mates who aren’t potential partners, these weekends can be a balm. For younger guys who’ve grown up with dating apps as default, it’s an unexpected lesson in face-to-face rapport. That said, people looking for a pure dating venue might find the no-sex framing frustrating , though organisers say romance can still emerge organically, it isn’t the point.</w:t>
      </w:r>
      <w:r/>
    </w:p>
    <w:p>
      <w:pPr>
        <w:pStyle w:val="Heading2"/>
      </w:pPr>
      <w:r>
        <w:t>Practical tips if you want to try one</w:t>
      </w:r>
      <w:r/>
    </w:p>
    <w:p>
      <w:r/>
      <w:r>
        <w:t>Check the official sign-up page for dates and local meetups, RSVP early, and read the event description so you know what to expect. Go with low expectations: aim for one good conversation rather than a romance, pack comfy clothes and maybe a board game. If privacy or discretion matters to you, note that some attendees appreciate the quieter, non-sexual environment precisely because it feels less performative.</w:t>
      </w:r>
      <w:r/>
    </w:p>
    <w:p>
      <w:r/>
      <w:r>
        <w:t>It's a small shift with surprisingly big social returns , try it if you want friends before anything else.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[6]</w:t>
        </w:r>
      </w:hyperlink>
      <w:r>
        <w:t xml:space="preserve">- Paragraph 5: </w:t>
      </w:r>
      <w:hyperlink r:id="rId13">
        <w:r>
          <w:rPr>
            <w:color w:val="0000EE"/>
            <w:u w:val="single"/>
          </w:rPr>
          <w:t>[4]</w:t>
        </w:r>
      </w:hyperlink>
      <w:r>
        <w:t xml:space="preserve">, </w:t>
      </w:r>
      <w:hyperlink r:id="rId11">
        <w:r>
          <w:rPr>
            <w:color w:val="0000EE"/>
            <w:u w:val="single"/>
          </w:rPr>
          <w:t>[3]</w:t>
        </w:r>
      </w:hyperlink>
      <w:r>
        <w:t xml:space="preserve">- Paragraph 6: </w:t>
      </w:r>
      <w:hyperlink r:id="rId13">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https://www.queerty.com/a-group-called-gay-no-weekend-goes-viral-the-reactions-are-supercharged-20260824/</w:t>
        </w:r>
      </w:hyperlink>
      <w:r>
        <w:t xml:space="preserve"> - Please view link - unable to able to access data</w:t>
      </w:r>
      <w:r/>
    </w:p>
    <w:p>
      <w:pPr>
        <w:pStyle w:val="ListNumber"/>
        <w:spacing w:line="240" w:lineRule="auto"/>
        <w:ind w:left="720"/>
      </w:pPr>
      <w:r/>
      <w:hyperlink r:id="rId9">
        <w:r>
          <w:rPr>
            <w:color w:val="0000EE"/>
            <w:u w:val="single"/>
          </w:rPr>
          <w:t>https://www.queerty.com/a-group-called-gay-no-weekend-goes-viral-the-reactions-are-supercharged-20260824/</w:t>
        </w:r>
      </w:hyperlink>
      <w:r>
        <w:t xml:space="preserve"> - An article from Queerty discusses the emergence of 'No Gay Sex Weekend', a programme initiated by British digital content creator Chris. The programme aims to provide gay men with opportunities to connect without the emphasis on sexual encounters. The first event took place in 2025, and the group recently hosted a meetup in Bristol, a historic port city in Southwest England. The initiative has gained significant attention on social media, with reactions highlighting the evolving nature of gay culture and the desire for meaningful connections beyond sexual interactions.</w:t>
      </w:r>
      <w:r/>
    </w:p>
    <w:p>
      <w:pPr>
        <w:pStyle w:val="ListNumber"/>
        <w:spacing w:line="240" w:lineRule="auto"/>
        <w:ind w:left="720"/>
      </w:pPr>
      <w:r/>
      <w:hyperlink r:id="rId11">
        <w:r>
          <w:rPr>
            <w:color w:val="0000EE"/>
            <w:u w:val="single"/>
          </w:rPr>
          <w:t>https://www.nosexgayweekend.com/nsgw-calendar/bristol-nsgw-meetup-19-11-2025</w:t>
        </w:r>
      </w:hyperlink>
      <w:r>
        <w:t xml:space="preserve"> - The official website of 'No Sex Gay Weekend' provides details about their Bristol meetup event held on 19 November 2025. The event aimed to offer a friendly and low-pressure atmosphere for gay men to connect, featuring icebreakers and games to facilitate conversations. The meetup was free to join, reflecting the group's commitment to fostering genuine connections without the pressure often associated with hookup culture.</w:t>
      </w:r>
      <w:r/>
    </w:p>
    <w:p>
      <w:pPr>
        <w:pStyle w:val="ListNumber"/>
        <w:spacing w:line="240" w:lineRule="auto"/>
        <w:ind w:left="720"/>
      </w:pPr>
      <w:r/>
      <w:hyperlink r:id="rId13">
        <w:r>
          <w:rPr>
            <w:color w:val="0000EE"/>
            <w:u w:val="single"/>
          </w:rPr>
          <w:t>https://www.nosexgayweekend.com/sign-up</w:t>
        </w:r>
      </w:hyperlink>
      <w:r>
        <w:t xml:space="preserve"> - The 'No Sex Gay Weekend' sign-up page invites individuals to join a community of over 1,300 members. The initiative has seen over 600 participants in person since its inception in July 2025. The page encourages users to sign up to receive early access to upcoming weekends and events, highlighting the group's expansion and the growing interest in non-sexual social gatherings within the gay community.</w:t>
      </w:r>
      <w:r/>
    </w:p>
    <w:p>
      <w:pPr>
        <w:pStyle w:val="ListNumber"/>
        <w:spacing w:line="240" w:lineRule="auto"/>
        <w:ind w:left="720"/>
      </w:pPr>
      <w:r/>
      <w:hyperlink r:id="rId12">
        <w:r>
          <w:rPr>
            <w:color w:val="0000EE"/>
            <w:u w:val="single"/>
          </w:rPr>
          <w:t>https://www.nosexgayweekend.com/past-weekends</w:t>
        </w:r>
      </w:hyperlink>
      <w:r>
        <w:t xml:space="preserve"> - This section of the 'No Sex Gay Weekend' website showcases past events, including weekends in Oxford and Bath in 2025, and a meetup in Bristol in 2026. Testimonials from attendees express appreciation for the opportunity to connect without the usual pressures of the gay scene, emphasizing the group's success in creating welcoming and enjoyable environments for meaningful interactions.</w:t>
      </w:r>
      <w:r/>
    </w:p>
    <w:p>
      <w:pPr>
        <w:pStyle w:val="ListNumber"/>
        <w:spacing w:line="240" w:lineRule="auto"/>
        <w:ind w:left="720"/>
      </w:pPr>
      <w:r/>
      <w:hyperlink r:id="rId10">
        <w:r>
          <w:rPr>
            <w:color w:val="0000EE"/>
            <w:u w:val="single"/>
          </w:rPr>
          <w:t>https://www.nosexgayweekend.com/</w:t>
        </w:r>
      </w:hyperlink>
      <w:r>
        <w:t xml:space="preserve"> - The homepage of 'No Sex Gay Weekend' outlines the group's mission to help gay men form real-life connections without the pressure of hookup culture. The initiative offers weekends away in non-gay centred but fabulous destinations, aiming to redefine 'fun' in the gay community by fostering friendships and possibly more, but with the rule of no sex during the events.</w:t>
      </w:r>
      <w:r/>
    </w:p>
    <w:p>
      <w:pPr>
        <w:pStyle w:val="ListNumber"/>
        <w:spacing w:line="240" w:lineRule="auto"/>
        <w:ind w:left="720"/>
      </w:pPr>
      <w:r/>
      <w:hyperlink r:id="rId14">
        <w:r>
          <w:rPr>
            <w:color w:val="0000EE"/>
            <w:u w:val="single"/>
          </w:rPr>
          <w:t>https://ra.co/events/2103945</w:t>
        </w:r>
      </w:hyperlink>
      <w:r>
        <w:t xml:space="preserve"> - An event listing for 'Gay As F*ck - Day of Queerness' at 395 in Bristol, scheduled for 15 February 2025. The event featured workshops and a club night, focusing on queer culture and activism. While not directly related to 'No Sex Gay Weekend', it reflects the vibrant LGBTQ+ scene in Bristol during the same period, highlighting the city's active engagement with queer events and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a-group-called-gay-no-weekend-goes-viral-the-reactions-are-supercharged-20260824/" TargetMode="External"/><Relationship Id="rId10" Type="http://schemas.openxmlformats.org/officeDocument/2006/relationships/hyperlink" Target="https://www.nosexgayweekend.com/" TargetMode="External"/><Relationship Id="rId11" Type="http://schemas.openxmlformats.org/officeDocument/2006/relationships/hyperlink" Target="https://www.nosexgayweekend.com/nsgw-calendar/bristol-nsgw-meetup-19-11-2025" TargetMode="External"/><Relationship Id="rId12" Type="http://schemas.openxmlformats.org/officeDocument/2006/relationships/hyperlink" Target="https://www.nosexgayweekend.com/past-weekends" TargetMode="External"/><Relationship Id="rId13" Type="http://schemas.openxmlformats.org/officeDocument/2006/relationships/hyperlink" Target="https://www.nosexgayweekend.com/sign-up" TargetMode="External"/><Relationship Id="rId14" Type="http://schemas.openxmlformats.org/officeDocument/2006/relationships/hyperlink" Target="https://ra.co/events/21039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