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Newport Oregon Pride Weekend Guide: What to Expect September 18–20,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cheer and connect on the Oregon coast this September , Newport Oregon Pride returns for its fifth annual weekend, bringing eight events across town so locals and visitors can join inclusive, family-friendly fun from trivia nights to a drag brunch. Here’s what to know, plan and pack for a memorable Pride weekend.</w:t>
      </w:r>
      <w:r/>
    </w:p>
    <w:p>
      <w:r/>
      <w:r>
        <w:t>Essential Takeaways</w:t>
      </w:r>
      <w:r/>
      <w:r/>
    </w:p>
    <w:p>
      <w:pPr>
        <w:pStyle w:val="ListBullet"/>
        <w:spacing w:line="240" w:lineRule="auto"/>
        <w:ind w:left="720"/>
      </w:pPr>
      <w:r/>
      <w:r>
        <w:rPr>
          <w:b/>
        </w:rPr>
        <w:t>When and where:</w:t>
      </w:r>
      <w:r>
        <w:t xml:space="preserve"> Newport Oregon Pride runs September 18–20, 2026, across multiple venues in Newport, Oregon.</w:t>
      </w:r>
      <w:r/>
    </w:p>
    <w:p>
      <w:pPr>
        <w:pStyle w:val="ListBullet"/>
        <w:spacing w:line="240" w:lineRule="auto"/>
        <w:ind w:left="720"/>
      </w:pPr>
      <w:r/>
      <w:r>
        <w:rPr>
          <w:b/>
        </w:rPr>
        <w:t>Big lineup:</w:t>
      </w:r>
      <w:r>
        <w:t xml:space="preserve"> Eight events include Trivia Pub Night, Move &amp; Picnic at the Pool, Super Queer Fun Fair, Drag Bingo, an Elton John tribute, After Party, Unity 5K &amp; Kids’ Run, and Drag Brunch.</w:t>
      </w:r>
      <w:r/>
    </w:p>
    <w:p>
      <w:pPr>
        <w:pStyle w:val="ListBullet"/>
        <w:spacing w:line="240" w:lineRule="auto"/>
        <w:ind w:left="720"/>
      </w:pPr>
      <w:r/>
      <w:r>
        <w:rPr>
          <w:b/>
        </w:rPr>
        <w:t>Tickets and details:</w:t>
      </w:r>
      <w:r>
        <w:t xml:space="preserve"> Some events require tickets; check NewportOregonPride.com for times, locations and purchases.</w:t>
      </w:r>
      <w:r/>
    </w:p>
    <w:p>
      <w:pPr>
        <w:pStyle w:val="ListBullet"/>
        <w:spacing w:line="240" w:lineRule="auto"/>
        <w:ind w:left="720"/>
      </w:pPr>
      <w:r/>
      <w:r>
        <w:rPr>
          <w:b/>
        </w:rPr>
        <w:t>Family-friendly options:</w:t>
      </w:r>
      <w:r>
        <w:t xml:space="preserve"> The Super Queer Fun Fair and Kids’ Run are geared toward families, with a relaxed, welcoming vibe and easy access to the coast.</w:t>
      </w:r>
      <w:r/>
    </w:p>
    <w:p>
      <w:pPr>
        <w:pStyle w:val="ListBullet"/>
        <w:spacing w:line="240" w:lineRule="auto"/>
        <w:ind w:left="720"/>
      </w:pPr>
      <w:r/>
      <w:r>
        <w:rPr>
          <w:b/>
        </w:rPr>
        <w:t>Practical tip:</w:t>
      </w:r>
      <w:r>
        <w:t xml:space="preserve"> Expect a mix of indoor and outdoor venues , pack layers and comfortable shoes for walking between events.</w:t>
      </w:r>
      <w:r/>
      <w:r/>
    </w:p>
    <w:p>
      <w:pPr>
        <w:pStyle w:val="Heading2"/>
      </w:pPr>
      <w:r>
        <w:t>What the weekend looks like , a lowdown on events and vibe</w:t>
      </w:r>
      <w:r/>
    </w:p>
    <w:p>
      <w:r/>
      <w:r>
        <w:t>Newport Oregon Pride has grown into a packed, community-driven weekend that balances party moments with family-friendly activities. You’ll find late-night energy at the Elton John tribute and After Party, alongside daytime happenings like the Move &amp; Picnic at the Pool and the Super Queer Fun Fair that feel bright and relaxed. Organisers call it an inclusive celebration, and the mix of events reflects that , there’s something for trivia fans, runners, families and drag lovers alike.</w:t>
      </w:r>
      <w:r/>
    </w:p>
    <w:p>
      <w:r/>
      <w:r>
        <w:t>The weekend spreads across multiple venues in Newport, so expect short walks or quick drives between spots. That coastal breeze and the smell of salt in the air make for a different Pride rhythm to city parades , quieter, very friendly, and with plenty of chances to chat with neighbours and visitors.</w:t>
      </w:r>
      <w:r/>
    </w:p>
    <w:p>
      <w:pPr>
        <w:pStyle w:val="Heading2"/>
      </w:pPr>
      <w:r>
        <w:t>How to plan , tickets, timing and navigating venues</w:t>
      </w:r>
      <w:r/>
    </w:p>
    <w:p>
      <w:r/>
      <w:r>
        <w:t>Some events require advance tickets while others are drop-in, so check NewportOregonPride.com early to avoid disappointment. For the Unity 5K &amp; Kids’ Run, register ahead , race spots can fill fast and organisers often publish start times to keep everything running smoothly.</w:t>
      </w:r>
      <w:r/>
    </w:p>
    <w:p>
      <w:r/>
      <w:r>
        <w:t>Practical advice: map your weekend on arrival. Pin the venues for the Super Queer Fun Fair and Drag Brunch, then slot in Trivia Pub Night or Drag Bingo for the evening. If you’re driving, know where to park or where rideshares congregate; if you prefer walking, pick accommodations within a short stroll to Bayfront or the event cluster.</w:t>
      </w:r>
      <w:r/>
    </w:p>
    <w:p>
      <w:pPr>
        <w:pStyle w:val="Heading2"/>
      </w:pPr>
      <w:r>
        <w:t>Family-friendly and active options , why the Unity 5K and fun fair matter</w:t>
      </w:r>
      <w:r/>
    </w:p>
    <w:p>
      <w:r/>
      <w:r>
        <w:t>The Unity 5K &amp; Kids’ Run is a gentle, community-focused race that’s as much about connection as it is about pace. Families and newcomers often find it a welcoming way to take part without the intensity of larger urban runs. Meanwhile, the Super Queer Fun Fair offers crafts, booths and quieter spaces for conversations, making it ideal for kids or anyone who prefers daytime activities.</w:t>
      </w:r>
      <w:r/>
    </w:p>
    <w:p>
      <w:r/>
      <w:r>
        <w:t>These events show how Pride in Newport leans into accessibility. Organisers have emphasised inclusivity since the event’s inception, and the mix of active and laid-back options helps people of all ages join in comfortably.</w:t>
      </w:r>
      <w:r/>
    </w:p>
    <w:p>
      <w:pPr>
        <w:pStyle w:val="Heading2"/>
      </w:pPr>
      <w:r>
        <w:t>Nightlife and performances , the Elton John tribute, drag shows and after-party</w:t>
      </w:r>
      <w:r/>
    </w:p>
    <w:p>
      <w:r/>
      <w:r>
        <w:t>If you’re there for the performances, the Elton John tribute and Drag Bingo promise big, theatrical energy and singalong moments. Expect glitz, laughter and a crowd that knows how to cheer. Drag Brunch caps the weekend with a lively daytime show that blends comedy, music and community spirit , perfect for brunch lovers and anyone who enjoys a flamboyant, feel-good finale.</w:t>
      </w:r>
      <w:r/>
    </w:p>
    <w:p>
      <w:r/>
      <w:r>
        <w:t>For late-night plans, check age policies and ticket requirements , some venues may be 21-plus, others family-friendly. Bringing cash for small vendors still helps, though many local spots accept contactless payments.</w:t>
      </w:r>
      <w:r/>
    </w:p>
    <w:p>
      <w:pPr>
        <w:pStyle w:val="Heading2"/>
      </w:pPr>
      <w:r>
        <w:t>Local context and why Newport’s Pride feels different</w:t>
      </w:r>
      <w:r/>
    </w:p>
    <w:p>
      <w:r/>
      <w:r>
        <w:t>Newport’s Pride has a coastal, community-first flavour. Unlike metropolitan Pride festivals that can be sprawling and commercial, Newport focuses on local businesses, grassroots groups and a tight-knit atmosphere. According to local listings and the event website, this is the fifth annual weekend , which means organisers and volunteers have been honing the mix of events and partnerships with nearby venues.</w:t>
      </w:r>
      <w:r/>
    </w:p>
    <w:p>
      <w:r/>
      <w:r>
        <w:t>Expect personable interactions with vendors and performers, and a welcoming tone from volunteers. If you’ve been to larger Prides, enjoy the slower, more human pace here: conversations are easier, lines are shorter, and the ocean backdrop makes everything feel a little softer.</w:t>
      </w:r>
      <w:r/>
    </w:p>
    <w:p>
      <w:r/>
      <w:r>
        <w:t>Closing line Pack layers, pick your must-see events, and come ready to celebrate , Newport’s Pride weekend is an easy-going, heartfelt way to join community fun on the coast.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1">
        <w:r>
          <w:rPr>
            <w:color w:val="0000EE"/>
            <w:u w:val="single"/>
          </w:rPr>
          <w:t>[4]</w:t>
        </w:r>
      </w:hyperlink>
      <w:r>
        <w:t xml:space="preserve">, </w:t>
      </w:r>
      <w:hyperlink r:id="rId10">
        <w:r>
          <w:rPr>
            <w:color w:val="0000EE"/>
            <w:u w:val="single"/>
          </w:rPr>
          <w:t>[3]</w:t>
        </w:r>
      </w:hyperlink>
      <w:r>
        <w:t xml:space="preserve">- Paragraph 4: </w:t>
      </w:r>
      <w:hyperlink r:id="rId13">
        <w:r>
          <w:rPr>
            <w:color w:val="0000EE"/>
            <w:u w:val="single"/>
          </w:rPr>
          <w:t>[5]</w:t>
        </w:r>
      </w:hyperlink>
      <w:r>
        <w:t xml:space="preserve">, </w:t>
      </w:r>
      <w:hyperlink r:id="rId11">
        <w:r>
          <w:rPr>
            <w:color w:val="0000EE"/>
            <w:u w:val="single"/>
          </w:rPr>
          <w:t>[4]</w:t>
        </w:r>
      </w:hyperlink>
      <w:r>
        <w:t xml:space="preserve">- Paragraph 5: </w:t>
      </w:r>
      <w:hyperlink r:id="rId11">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https://www.pdxpipeline.com/2026-newport-oregon-pride-weekend-09-2026/</w:t>
        </w:r>
      </w:hyperlink>
      <w:r>
        <w:t xml:space="preserve"> - Please view link - unable to able to access data</w:t>
      </w:r>
      <w:r/>
    </w:p>
    <w:p>
      <w:pPr>
        <w:pStyle w:val="ListNumber"/>
        <w:spacing w:line="240" w:lineRule="auto"/>
        <w:ind w:left="720"/>
      </w:pPr>
      <w:r/>
      <w:hyperlink r:id="rId9">
        <w:r>
          <w:rPr>
            <w:color w:val="0000EE"/>
            <w:u w:val="single"/>
          </w:rPr>
          <w:t>https://www.pdxpipeline.com/2026-newport-oregon-pride-weekend-09-2026/</w:t>
        </w:r>
      </w:hyperlink>
      <w:r>
        <w:t xml:space="preserve"> - This article provides details about the 2026 Newport Oregon Pride Weekend, scheduled for September 18–20, 2026. It highlights eight events: Trivia Pub Night, Move &amp; Picnic at the Pool, Super Queer Fun Fair, Drag Bingo, an Elton John tribute band performance, After Party, Unity 5k &amp; Kids’ Run, and Drag Brunch. For more information, including times, locations, and ticket details, readers are encouraged to visit the official website at newportoregonpride.com.</w:t>
      </w:r>
      <w:r/>
    </w:p>
    <w:p>
      <w:pPr>
        <w:pStyle w:val="ListNumber"/>
        <w:spacing w:line="240" w:lineRule="auto"/>
        <w:ind w:left="720"/>
      </w:pPr>
      <w:r/>
      <w:hyperlink r:id="rId10">
        <w:r>
          <w:rPr>
            <w:color w:val="0000EE"/>
            <w:u w:val="single"/>
          </w:rPr>
          <w:t>https://www.discovernewport.com/event-details/newport-oregon-pride</w:t>
        </w:r>
      </w:hyperlink>
      <w:r>
        <w:t xml:space="preserve"> - The Discover Newport website outlines the 5th Annual Newport Oregon Pride event, taking place from September 18 to 20, 2026, at the Newport Performing Arts Center. The event features Drag Bingo, Queer Fun Fair, Pride Run/Walk, Drag Brunch, and Trivia Pub Night. For more details, contact the Newport Visitor Information Center at 1-800-COAST-44 or email connect@discovernewport.com.</w:t>
      </w:r>
      <w:r/>
    </w:p>
    <w:p>
      <w:pPr>
        <w:pStyle w:val="ListNumber"/>
        <w:spacing w:line="240" w:lineRule="auto"/>
        <w:ind w:left="720"/>
      </w:pPr>
      <w:r/>
      <w:hyperlink r:id="rId11">
        <w:r>
          <w:rPr>
            <w:color w:val="0000EE"/>
            <w:u w:val="single"/>
          </w:rPr>
          <w:t>https://www.newportoregonpride.com/</w:t>
        </w:r>
      </w:hyperlink>
      <w:r>
        <w:t xml:space="preserve"> - The official website of Newport Oregon Pride offers comprehensive information about the 5th Annual event weekend, including event schedules, ticketing, and volunteer opportunities. Visitors can find details about the various events, such as the Elton John tribute band performance and the Unity 5k &amp; Kids’ Run, and are encouraged to use the code PRIDE26 for special discounts when purchasing tickets.</w:t>
      </w:r>
      <w:r/>
    </w:p>
    <w:p>
      <w:pPr>
        <w:pStyle w:val="ListNumber"/>
        <w:spacing w:line="240" w:lineRule="auto"/>
        <w:ind w:left="720"/>
      </w:pPr>
      <w:r/>
      <w:hyperlink r:id="rId13">
        <w:r>
          <w:rPr>
            <w:color w:val="0000EE"/>
            <w:u w:val="single"/>
          </w:rPr>
          <w:t>https://haid.app/en/events/newport-pride-run-mstqfizl</w:t>
        </w:r>
      </w:hyperlink>
      <w:r>
        <w:t xml:space="preserve"> - HAID provides information about the Newport Pride Run 2026, scheduled for Sunday, September 20, 2026, at 8:30 AM in Newport, Oregon. The event includes a 5K Walk/Run and a 640m Kids Run, with registration details and discount codes available on the HAID app. Proceeds support Newport Oregon Pride.</w:t>
      </w:r>
      <w:r/>
    </w:p>
    <w:p>
      <w:pPr>
        <w:pStyle w:val="ListNumber"/>
        <w:spacing w:line="240" w:lineRule="auto"/>
        <w:ind w:left="720"/>
      </w:pPr>
      <w:r/>
      <w:hyperlink r:id="rId14">
        <w:r>
          <w:rPr>
            <w:color w:val="0000EE"/>
            <w:u w:val="single"/>
          </w:rPr>
          <w:t>https://www.klcc.org/community-calendar/event/yachats-pride-rhinestone-rodeo-club-27-04-2026-17-01-36</w:t>
        </w:r>
      </w:hyperlink>
      <w:r>
        <w:t xml:space="preserve"> - KLCC details Yachats Pride 2026, themed 'Rhinestone Rodeo Club,' taking place from June 5 to 7, 2026, in Yachats, Oregon. The event features a Western variety show, community tea party, pet adoption event, and a hoedown dance party, celebrating the LGBTQ+ community on the Oregon Coast.</w:t>
      </w:r>
      <w:r/>
    </w:p>
    <w:p>
      <w:pPr>
        <w:pStyle w:val="ListNumber"/>
        <w:spacing w:line="240" w:lineRule="auto"/>
        <w:ind w:left="720"/>
      </w:pPr>
      <w:r/>
      <w:hyperlink r:id="rId12">
        <w:r>
          <w:rPr>
            <w:color w:val="0000EE"/>
            <w:u w:val="single"/>
          </w:rPr>
          <w:t>https://www.discovernewport.org/blog/post/newport-pride/</w:t>
        </w:r>
      </w:hyperlink>
      <w:r>
        <w:t xml:space="preserve"> - Discover Newport's blog post highlights Pride Month celebrations in Newport, Rhode Island, including a flag-raising ceremony, art and activism events, a 90's Pride-themed drag brunch, and the Pride Parade and Festival on June 27, 2026. The festival features vendors, live music, and exhibitors celebrating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dxpipeline.com/2026-newport-oregon-pride-weekend-09-2026/" TargetMode="External"/><Relationship Id="rId10" Type="http://schemas.openxmlformats.org/officeDocument/2006/relationships/hyperlink" Target="https://www.discovernewport.com/event-details/newport-oregon-pride" TargetMode="External"/><Relationship Id="rId11" Type="http://schemas.openxmlformats.org/officeDocument/2006/relationships/hyperlink" Target="https://www.newportoregonpride.com/" TargetMode="External"/><Relationship Id="rId12" Type="http://schemas.openxmlformats.org/officeDocument/2006/relationships/hyperlink" Target="https://www.discovernewport.org/blog/post/newport-pride/" TargetMode="External"/><Relationship Id="rId13" Type="http://schemas.openxmlformats.org/officeDocument/2006/relationships/hyperlink" Target="https://haid.app/en/events/newport-pride-run-mstqfizl" TargetMode="External"/><Relationship Id="rId14" Type="http://schemas.openxmlformats.org/officeDocument/2006/relationships/hyperlink" Target="https://www.klcc.org/community-calendar/event/yachats-pride-rhinestone-rodeo-club-27-04-2026-17-01-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