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New LGBTQIA+ Nightclub in Ames: Why Studio 13 Matters for Community Nightlife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students alike are heading downtown , Studio 13, an LGBTQIA+ inclusive nightclub that opened on Main Street in Ames, aims to revive queer nightlife and give performers a dedicated stage, and it already feels warm, lively and packed with possibility.</w:t>
      </w:r>
      <w:r/>
    </w:p>
    <w:p>
      <w:r/>
      <w:r>
        <w:t>Essential Takeaways</w:t>
      </w:r>
      <w:r/>
      <w:r/>
    </w:p>
    <w:p>
      <w:pPr>
        <w:pStyle w:val="ListBullet"/>
        <w:spacing w:line="240" w:lineRule="auto"/>
        <w:ind w:left="720"/>
      </w:pPr>
      <w:r/>
      <w:r>
        <w:rPr>
          <w:b/>
        </w:rPr>
        <w:t>First gay bar return:</w:t>
      </w:r>
      <w:r>
        <w:t xml:space="preserve"> Studio 13 is the first explicitly LGBTQIA+ bar in Ames since Big Wigs closed in 2023, filling a clear nightlife gap.</w:t>
      </w:r>
      <w:r/>
    </w:p>
    <w:p>
      <w:pPr>
        <w:pStyle w:val="ListBullet"/>
        <w:spacing w:line="240" w:lineRule="auto"/>
        <w:ind w:left="720"/>
      </w:pPr>
      <w:r/>
      <w:r>
        <w:rPr>
          <w:b/>
        </w:rPr>
        <w:t>Welcoming vibe:</w:t>
      </w:r>
      <w:r>
        <w:t xml:space="preserve"> Guests and performers described the space as intimate, electric and inviting, with laughter, conversation and a supportive crowd.</w:t>
      </w:r>
      <w:r/>
    </w:p>
    <w:p>
      <w:pPr>
        <w:pStyle w:val="ListBullet"/>
        <w:spacing w:line="240" w:lineRule="auto"/>
        <w:ind w:left="720"/>
      </w:pPr>
      <w:r/>
      <w:r>
        <w:rPr>
          <w:b/>
        </w:rPr>
        <w:t>Live performance hub:</w:t>
      </w:r>
      <w:r>
        <w:t xml:space="preserve"> Drag shows, open mic nights and planned fundraisers are already on the calendar, giving local artists a reliable home.</w:t>
      </w:r>
      <w:r/>
    </w:p>
    <w:p>
      <w:pPr>
        <w:pStyle w:val="ListBullet"/>
        <w:spacing w:line="240" w:lineRule="auto"/>
        <w:ind w:left="720"/>
      </w:pPr>
      <w:r/>
      <w:r>
        <w:rPr>
          <w:b/>
        </w:rPr>
        <w:t>Community-focused:</w:t>
      </w:r>
      <w:r>
        <w:t xml:space="preserve"> The owners plan charity events and Pride programming, signalling long-term community engagement.</w:t>
      </w:r>
      <w:r/>
    </w:p>
    <w:p>
      <w:pPr>
        <w:pStyle w:val="ListBullet"/>
        <w:spacing w:line="240" w:lineRule="auto"/>
        <w:ind w:left="720"/>
      </w:pPr>
      <w:r/>
      <w:r>
        <w:rPr>
          <w:b/>
        </w:rPr>
        <w:t>Accessible info:</w:t>
      </w:r>
      <w:r>
        <w:t xml:space="preserve"> Hours and event details are published online, making it easy to plan a visit or support upcoming nights.</w:t>
      </w:r>
      <w:r/>
      <w:r/>
    </w:p>
    <w:p>
      <w:pPr>
        <w:pStyle w:val="Heading2"/>
      </w:pPr>
      <w:r>
        <w:t>A small room with a big buzz , opening night felt electric</w:t>
      </w:r>
      <w:r/>
    </w:p>
    <w:p>
      <w:r/>
      <w:r>
        <w:t>Opening night at Studio 13 was the kind of evening that tugs you in: a compact venue, packed by the time a drag show started around 10.30pm, with people smiling and talking as if they’d been waiting for this. The CEO, Jason Zeman, told attendees how meaningful it was to be thanked for creating the space, and you could feel why , it’s rare to find a venue that’s both intimate and celebratory. For anyone who’s missed a late-night spot that’s explicitly queer, this feels like a welcome return.</w:t>
      </w:r>
      <w:r/>
    </w:p>
    <w:p>
      <w:pPr>
        <w:pStyle w:val="Heading2"/>
      </w:pPr>
      <w:r>
        <w:t>Why Ames needs this , a gap in the scene is now being filled</w:t>
      </w:r>
      <w:r/>
    </w:p>
    <w:p>
      <w:r/>
      <w:r>
        <w:t>Ames hasn’t had a dedicated gay bar since Big Wigs closed last year, and locals noticed the absence. According to attendees and performers, other queer-friendly places exist in town but none are as explicitly LGBTQIA+ as Studio 13. That explicitness matters: it provides an unambiguous invitation for people exploring identity, allies looking to learn, and performers who need a dependable stage. In short, it’s not only a night out , it’s civic infrastructure for culture.</w:t>
      </w:r>
      <w:r/>
    </w:p>
    <w:p>
      <w:pPr>
        <w:pStyle w:val="Heading2"/>
      </w:pPr>
      <w:r>
        <w:t>Drag, open mic and community events , what’s on the horizon</w:t>
      </w:r>
      <w:r/>
    </w:p>
    <w:p>
      <w:r/>
      <w:r>
        <w:t>The club’s programming already promises variety: drag performances dominated opening night, but there are plans for open mic nights, comedy, poetry readings and fundraisers tied to Pride and local organisations. For performers, a dedicated venue means steadier gigs and a chance to shape public perception of drag beyond novelty. If you’re an artist, a quick tip: check the club’s website for submission and booking details so you don’t miss open-call nights.</w:t>
      </w:r>
      <w:r/>
    </w:p>
    <w:p>
      <w:pPr>
        <w:pStyle w:val="Heading2"/>
      </w:pPr>
      <w:r>
        <w:t>Owners and performers see deeper value , gratitude, history and hope</w:t>
      </w:r>
      <w:r/>
    </w:p>
    <w:p>
      <w:r/>
      <w:r>
        <w:t>Jason Zeman and local performers like Terra Byte emphasised more than profit; they spoke of gratitude and belonging. Terra Byte said she felt unusually welcomed and complimented, and she hopes the venue will broaden how people think about drag. New residents and Iowa State staff who attended described excitement at being part of something historic for Ames. Those reactions matter , they hint at the club becoming a place where generations of queer culture can be seen and celebrated.</w:t>
      </w:r>
      <w:r/>
    </w:p>
    <w:p>
      <w:pPr>
        <w:pStyle w:val="Heading2"/>
      </w:pPr>
      <w:r>
        <w:t>How to make the most of Studio 13 , practical tips for visitors</w:t>
      </w:r>
      <w:r/>
    </w:p>
    <w:p>
      <w:r/>
      <w:r>
        <w:t>If you’re planning a night out, expect a cosy space and come early for popular shows. Look up event listings online before you go, bring friends to support performers, and consider attending fundraisers to connect beyond a single night. If you’re new to queer venues, approach with curiosity: listen, enjoy, and remember that these spaces often rely on regulars showing up.</w:t>
      </w:r>
      <w:r/>
    </w:p>
    <w:p>
      <w:r/>
      <w:r>
        <w:t>It's a small change that can make nightlife in Ames feel more inclusive and a lot more fun.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[3]</w:t>
        </w:r>
      </w:hyperlink>
      <w:r>
        <w:t xml:space="preserve">, </w:t>
      </w:r>
      <w:hyperlink r:id="rId13">
        <w:r>
          <w:rPr>
            <w:color w:val="0000EE"/>
            <w:u w:val="single"/>
          </w:rPr>
          <w:t>[5]</w:t>
        </w:r>
      </w:hyperlink>
      <w:r>
        <w:t xml:space="preserve">- Paragraph 3: </w:t>
      </w:r>
      <w:hyperlink r:id="rId14">
        <w:r>
          <w:rPr>
            <w:color w:val="0000EE"/>
            <w:u w:val="single"/>
          </w:rPr>
          <w:t>[6]</w:t>
        </w:r>
      </w:hyperlink>
      <w:r>
        <w:t xml:space="preserve">, </w:t>
      </w:r>
      <w:hyperlink r:id="rId11">
        <w:r>
          <w:rPr>
            <w:color w:val="0000EE"/>
            <w:u w:val="single"/>
          </w:rPr>
          <w:t>[4]</w:t>
        </w:r>
      </w:hyperlink>
      <w:r>
        <w:t xml:space="preserve">- Paragraph 4: </w:t>
      </w:r>
      <w:hyperlink r:id="rId13">
        <w:r>
          <w:rPr>
            <w:color w:val="0000EE"/>
            <w:u w:val="single"/>
          </w:rPr>
          <w:t>[5]</w:t>
        </w:r>
      </w:hyperlink>
      <w:r>
        <w:t xml:space="preserve">, </w:t>
      </w:r>
      <w:hyperlink r:id="rId15">
        <w:r>
          <w:rPr>
            <w:color w:val="0000EE"/>
            <w:u w:val="single"/>
          </w:rPr>
          <w:t>[7]</w:t>
        </w:r>
      </w:hyperlink>
      <w:r>
        <w:t xml:space="preserve">- Paragraph 5: </w:t>
      </w:r>
      <w:hyperlink r:id="rId10">
        <w:r>
          <w:rPr>
            <w:color w:val="0000EE"/>
            <w:u w:val="single"/>
          </w:rPr>
          <w:t>[2]</w:t>
        </w:r>
      </w:hyperlink>
      <w:r>
        <w:t xml:space="preserve">, </w:t>
      </w:r>
      <w:hyperlink r:id="rId14">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https://iowastatedaily.com/341262/news/lgbtqia-inclusive-nightclub-opens-in-ames/</w:t>
        </w:r>
      </w:hyperlink>
      <w:r>
        <w:t xml:space="preserve"> - Please view link - unable to able to access data</w:t>
      </w:r>
      <w:r/>
    </w:p>
    <w:p>
      <w:pPr>
        <w:pStyle w:val="ListNumber"/>
        <w:spacing w:line="240" w:lineRule="auto"/>
        <w:ind w:left="720"/>
      </w:pPr>
      <w:r/>
      <w:hyperlink r:id="rId10">
        <w:r>
          <w:rPr>
            <w:color w:val="0000EE"/>
            <w:u w:val="single"/>
          </w:rPr>
          <w:t>https://www.icnightlife.com/</w:t>
        </w:r>
      </w:hyperlink>
      <w:r>
        <w:t xml:space="preserve"> - Spectrum Hospitality Group operates several LGBTQIA+ venues in Iowa, including Studio 13 in Ames, Iowa City, and Waterloo. Their venues offer vibrant atmospheres with nightly entertainment, such as drag shows, karaoke, and DJ performances. Studio 13 Ames, located at 400 Main Street, is open Tuesday to Sunday from 8 PM to 2 AM and is a 21+ venue nightly. The club aims to provide a welcoming space for the LGBTQIA+ community in Ames and Iowa State University.</w:t>
      </w:r>
      <w:r/>
    </w:p>
    <w:p>
      <w:pPr>
        <w:pStyle w:val="ListNumber"/>
        <w:spacing w:line="240" w:lineRule="auto"/>
        <w:ind w:left="720"/>
      </w:pPr>
      <w:r/>
      <w:hyperlink r:id="rId12">
        <w:r>
          <w:rPr>
            <w:color w:val="0000EE"/>
            <w:u w:val="single"/>
          </w:rPr>
          <w:t>https://www.icnightlife.com/index.php</w:t>
        </w:r>
      </w:hyperlink>
      <w:r>
        <w:t xml:space="preserve"> - Spectrum Hospitality Group's website provides information about their LGBTQIA+ venues in Iowa, including Studio 13 in Ames, Iowa City, and Waterloo. The venues offer vibrant atmospheres with nightly entertainment, such as drag shows, karaoke, and DJ performances. Studio 13 Ames, located at 400 Main Street, is open Tuesday to Sunday from 8 PM to 2 AM and is a 21+ venue nightly. The club aims to provide a welcoming space for the LGBTQIA+ community in Ames and Iowa State University.</w:t>
      </w:r>
      <w:r/>
    </w:p>
    <w:p>
      <w:pPr>
        <w:pStyle w:val="ListNumber"/>
        <w:spacing w:line="240" w:lineRule="auto"/>
        <w:ind w:left="720"/>
      </w:pPr>
      <w:r/>
      <w:hyperlink r:id="rId11">
        <w:r>
          <w:rPr>
            <w:color w:val="0000EE"/>
            <w:u w:val="single"/>
          </w:rPr>
          <w:t>https://downtowniowacity.com/listings/studio-13/</w:t>
        </w:r>
      </w:hyperlink>
      <w:r>
        <w:t xml:space="preserve"> - Studio 13, located at 13 S. Linn Street in Iowa City, is Iowa City's premier LGBTQIA+ nightclub. Established over two decades ago, it has become a cornerstone of the Iowa City LGBTQIA+ community. The venue offers a welcoming environment for everyone, from college freshmen to community elders. Studio 13 hosts various events, including drag shows, karaoke, and more, and operates Tuesday through Sunday from 8 PM to 2 AM.</w:t>
      </w:r>
      <w:r/>
    </w:p>
    <w:p>
      <w:pPr>
        <w:pStyle w:val="ListNumber"/>
        <w:spacing w:line="240" w:lineRule="auto"/>
        <w:ind w:left="720"/>
      </w:pPr>
      <w:r/>
      <w:hyperlink r:id="rId13">
        <w:r>
          <w:rPr>
            <w:color w:val="0000EE"/>
            <w:u w:val="single"/>
          </w:rPr>
          <w:t>https://wanderlog.com/place/details/878659/studio-13</w:t>
        </w:r>
      </w:hyperlink>
      <w:r>
        <w:t xml:space="preserve"> - Studio 13 in Iowa City is a beloved LGBTQIA+ bar known for its welcoming atmosphere, diverse entertainment offerings, and friendly staff. Patrons praise the safe space provided by the venue, with drag shows being a highlight for many visitors. While some mention higher drink prices and occasional issues with certain bartenders, overall experiences are positive, emphasizing the fun events like open stage showcases and drag performances that make Studio 13 a standout destination.</w:t>
      </w:r>
      <w:r/>
    </w:p>
    <w:p>
      <w:pPr>
        <w:pStyle w:val="ListNumber"/>
        <w:spacing w:line="240" w:lineRule="auto"/>
        <w:ind w:left="720"/>
      </w:pPr>
      <w:r/>
      <w:hyperlink r:id="rId14">
        <w:r>
          <w:rPr>
            <w:color w:val="0000EE"/>
            <w:u w:val="single"/>
          </w:rPr>
          <w:t>https://travelm.de/en-US/place/chijbwzp3-9b5icr_px2sb9t5wm-en-studio-13</w:t>
        </w:r>
      </w:hyperlink>
      <w:r>
        <w:t xml:space="preserve"> - Studio 13, located at 13 S. Linn Street in Iowa City, is a vibrant LGBTQIA+ nightclub offering a variety of events, including drag shows, karaoke, and comedy nights. The venue is known for its lively atmosphere, modern yet cozy design, and impressive lighting system. Studio 13 operates Monday through Sunday, with specific hours for each day, and provides an unforgettable nightlife experience filled with music and entertainment every night.</w:t>
      </w:r>
      <w:r/>
    </w:p>
    <w:p>
      <w:pPr>
        <w:pStyle w:val="ListNumber"/>
        <w:spacing w:line="240" w:lineRule="auto"/>
        <w:ind w:left="720"/>
      </w:pPr>
      <w:r/>
      <w:hyperlink r:id="rId15">
        <w:r>
          <w:rPr>
            <w:color w:val="0000EE"/>
            <w:u w:val="single"/>
          </w:rPr>
          <w:t>https://www.axisonhigh.com/</w:t>
        </w:r>
      </w:hyperlink>
      <w:r>
        <w:t xml:space="preserve"> - AXIS Nightclub, located at 775 N High St, Columbus, OH 43215, is Ohio's premier LGBTQIA+ entertainment venue. Open Thursday through Sunday, it offers dance floors, top-tier DJs, live performances, and state-of-the-art lighting and sound systems. The club hosts various events, including the 2026 AXIS Pride Fest, and provides a welcoming space for the LGBTQIA+ community to celebrate and enjoy diverse entertainment.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iowastatedaily.com/341262/news/lgbtqia-inclusive-nightclub-opens-in-ames/" TargetMode="External"/><Relationship Id="rId10" Type="http://schemas.openxmlformats.org/officeDocument/2006/relationships/hyperlink" Target="https://www.icnightlife.com/" TargetMode="External"/><Relationship Id="rId11" Type="http://schemas.openxmlformats.org/officeDocument/2006/relationships/hyperlink" Target="https://downtowniowacity.com/listings/studio-13/" TargetMode="External"/><Relationship Id="rId12" Type="http://schemas.openxmlformats.org/officeDocument/2006/relationships/hyperlink" Target="https://www.icnightlife.com/index.php" TargetMode="External"/><Relationship Id="rId13" Type="http://schemas.openxmlformats.org/officeDocument/2006/relationships/hyperlink" Target="https://wanderlog.com/place/details/878659/studio-13" TargetMode="External"/><Relationship Id="rId14" Type="http://schemas.openxmlformats.org/officeDocument/2006/relationships/hyperlink" Target="https://travelm.de/en-US/place/chijbwzp3-9b5icr_px2sb9t5wm-en-studio-13" TargetMode="External"/><Relationship Id="rId15" Type="http://schemas.openxmlformats.org/officeDocument/2006/relationships/hyperlink" Target="https://www.axisonhigh.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