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Nebraska Black Pride Moments: Celebrating Black LGBTQ+ Culture in the Heartland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neighbours alike turned out as Nebraska Black Pride closed its first full weekend celebration , a warm, music-filled mix of dances, barbecues and friendly competition that put Black LGBTQ+ voices and culture centre stage in Omaha and drew visitors from across the country.</w:t>
      </w:r>
      <w:r/>
    </w:p>
    <w:p>
      <w:r/>
      <w:r>
        <w:t>Essential Takeaways</w:t>
      </w:r>
      <w:r/>
      <w:r/>
    </w:p>
    <w:p>
      <w:pPr>
        <w:pStyle w:val="ListBullet"/>
        <w:spacing w:line="240" w:lineRule="auto"/>
        <w:ind w:left="720"/>
      </w:pPr>
      <w:r/>
      <w:r>
        <w:rPr>
          <w:b/>
        </w:rPr>
        <w:t>Community-focused:</w:t>
      </w:r>
      <w:r>
        <w:t xml:space="preserve"> The weekend centred on togetherness, with a family barbecue and social activities that felt welcoming and relaxed.</w:t>
      </w:r>
      <w:r/>
    </w:p>
    <w:p>
      <w:pPr>
        <w:pStyle w:val="ListBullet"/>
        <w:spacing w:line="240" w:lineRule="auto"/>
        <w:ind w:left="720"/>
      </w:pPr>
      <w:r/>
      <w:r>
        <w:rPr>
          <w:b/>
        </w:rPr>
        <w:t>Cultural programming:</w:t>
      </w:r>
      <w:r>
        <w:t xml:space="preserve"> Attendees learned new dances, watched performances and enjoyed a variety show vibe that highlighted Black queer creativity.</w:t>
      </w:r>
      <w:r/>
    </w:p>
    <w:p>
      <w:pPr>
        <w:pStyle w:val="ListBullet"/>
        <w:spacing w:line="240" w:lineRule="auto"/>
        <w:ind w:left="720"/>
      </w:pPr>
      <w:r/>
      <w:r>
        <w:rPr>
          <w:b/>
        </w:rPr>
        <w:t>Friendly competition:</w:t>
      </w:r>
      <w:r>
        <w:t xml:space="preserve"> Organisers hosted low-pressure tournaments like spades, which brought laughter and connection.</w:t>
      </w:r>
      <w:r/>
    </w:p>
    <w:p>
      <w:pPr>
        <w:pStyle w:val="ListBullet"/>
        <w:spacing w:line="240" w:lineRule="auto"/>
        <w:ind w:left="720"/>
      </w:pPr>
      <w:r/>
      <w:r>
        <w:rPr>
          <w:b/>
        </w:rPr>
        <w:t>Growing reach:</w:t>
      </w:r>
      <w:r>
        <w:t xml:space="preserve"> Organisers report out-of-state visitors, signalling interest beyond Nebraska and plans for more events this year.</w:t>
      </w:r>
      <w:r/>
    </w:p>
    <w:p>
      <w:pPr>
        <w:pStyle w:val="ListBullet"/>
        <w:spacing w:line="240" w:lineRule="auto"/>
        <w:ind w:left="720"/>
      </w:pPr>
      <w:r/>
      <w:r>
        <w:rPr>
          <w:b/>
        </w:rPr>
        <w:t>Accessible vibe:</w:t>
      </w:r>
      <w:r>
        <w:t xml:space="preserve"> Events were framed as family-friendly and celebratory, making the space feel inclusive and safe for a range of ages.</w:t>
      </w:r>
      <w:r/>
      <w:r/>
    </w:p>
    <w:p>
      <w:pPr>
        <w:pStyle w:val="Heading2"/>
      </w:pPr>
      <w:r>
        <w:t>A weekend that felt like coming home</w:t>
      </w:r>
      <w:r/>
    </w:p>
    <w:p>
      <w:r/>
      <w:r>
        <w:t>The headline act of the weekend wasn't one performer but the easy warmth of people talking, dancing and cooking together , the sort of thing you feel in your chest more than hear on a stage. According to local coverage, organisers described the weekend as "about being together and celebrating life and community," and that sentiment was obvious in the way people lingered at the barbecue and joined in lessons. If you've ever been to a small, joyful block party, picture that energy tuned to Black LGBTQ+ culture.</w:t>
      </w:r>
      <w:r/>
    </w:p>
    <w:p>
      <w:pPr>
        <w:pStyle w:val="Heading2"/>
      </w:pPr>
      <w:r>
        <w:t>Programmes that put culture first</w:t>
      </w:r>
      <w:r/>
    </w:p>
    <w:p>
      <w:r/>
      <w:r>
        <w:t>Organisers pulled together a mix of dance workshops, performances and informal showcases so the weekend read less like a festival timetable and more like a living room with a great sound system. Dance lessons meant people could join in regardless of skill, while variety-show-style moments gave local performers a chance to shine. Events like this reflect a wider trend of grassroots cultural programming, where representation and creativity lead planning rather than corporate sponsorship.</w:t>
      </w:r>
      <w:r/>
    </w:p>
    <w:p>
      <w:pPr>
        <w:pStyle w:val="Heading2"/>
      </w:pPr>
      <w:r>
        <w:t>Games, food and low-stakes competition</w:t>
      </w:r>
      <w:r/>
    </w:p>
    <w:p>
      <w:r/>
      <w:r>
        <w:t>One charming through-line was the friendly competitions , a spades tournament proved a simple but effective way to get people chatting and laughing. Couple that with a communal barbecue and you have a recipe for connection: the smell of char, the clink of plastic cups, people comparing moves they’d just learned. These elements make events approachable for families and those dipping a toe into Pride celebrations for the first time.</w:t>
      </w:r>
      <w:r/>
    </w:p>
    <w:p>
      <w:pPr>
        <w:pStyle w:val="Heading2"/>
      </w:pPr>
      <w:r>
        <w:t>Drawing attention beyond Nebraska</w:t>
      </w:r>
      <w:r/>
    </w:p>
    <w:p>
      <w:r/>
      <w:r>
        <w:t>Organisers noted a lot of visitors came from out of state, which matters for a couple of reasons. It shows an appetite for Black-centred Pride programming outside major coastal cities, and it suggests Nebraska Black Pride could grow into an annual draw for regional travellers. For local groups thinking of following this model, prioritise culture-first programming and simple hospitality , visitors remember warmth and good organisation more than glossy staging.</w:t>
      </w:r>
      <w:r/>
    </w:p>
    <w:p>
      <w:pPr>
        <w:pStyle w:val="Heading2"/>
      </w:pPr>
      <w:r>
        <w:t>How to get involved or make the next one better</w:t>
      </w:r>
      <w:r/>
    </w:p>
    <w:p>
      <w:r/>
      <w:r>
        <w:t>If you want to join future events, watch community calendars like local Pride and arts organisations, and follow Nebraska Black Pride announcements. For attendees, bring layers (outdoor moments cool off in the evening), a willingness to learn new moves, and cash or card for vendors , small purchases keep community events viable. If you run a group or business, consider sponsoring a workshop or volunteering: representation takes volunteers as much as talent.</w:t>
      </w:r>
      <w:r/>
    </w:p>
    <w:p>
      <w:r/>
      <w:r>
        <w:t>It's a small change that can make every celebration feel more inclusive and memorable.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1">
        <w:r>
          <w:rPr>
            <w:color w:val="0000EE"/>
            <w:u w:val="single"/>
          </w:rPr>
          <w:t>[3]</w:t>
        </w:r>
      </w:hyperlink>
      <w:r>
        <w:t xml:space="preserve">- Paragraph 4: </w:t>
      </w:r>
      <w:hyperlink r:id="rId10">
        <w:r>
          <w:rPr>
            <w:color w:val="0000EE"/>
            <w:u w:val="single"/>
          </w:rPr>
          <w:t>[2]</w:t>
        </w:r>
      </w:hyperlink>
      <w:r>
        <w:t xml:space="preserve">, </w:t>
      </w:r>
      <w:hyperlink r:id="rId13">
        <w:r>
          <w:rPr>
            <w:color w:val="0000EE"/>
            <w:u w:val="single"/>
          </w:rPr>
          <w:t>[6]</w:t>
        </w:r>
      </w:hyperlink>
      <w:r>
        <w:t xml:space="preserve">- Paragraph 5: </w:t>
      </w:r>
      <w:hyperlink r:id="rId14">
        <w:r>
          <w:rPr>
            <w:color w:val="0000EE"/>
            <w:u w:val="single"/>
          </w:rPr>
          <w:t>[5]</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https://www.ketv.com/article/nebraska-black-pride-hosts-weekend-celebration/73506304</w:t>
        </w:r>
      </w:hyperlink>
      <w:r>
        <w:t xml:space="preserve"> - Please view link - unable to able to access data</w:t>
      </w:r>
      <w:r/>
    </w:p>
    <w:p>
      <w:pPr>
        <w:pStyle w:val="ListNumber"/>
        <w:spacing w:line="240" w:lineRule="auto"/>
        <w:ind w:left="720"/>
      </w:pPr>
      <w:r/>
      <w:hyperlink r:id="rId10">
        <w:r>
          <w:rPr>
            <w:color w:val="0000EE"/>
            <w:u w:val="single"/>
          </w:rPr>
          <w:t>https://heartlandpride.org/event/nebraska-black-pride-2026/</w:t>
        </w:r>
      </w:hyperlink>
      <w:r>
        <w:t xml:space="preserve"> - Nebraska Black Pride is hosting its inaugural full weekend celebration from August 16 to August 23, 2026, in Omaha, Nebraska. The event aims to centre Black LGBTQ+ joy, love, and community through activities such as film screenings, drag performances, food, laughter, and community connection. Organisers encourage attendees to follow Nebraska Black Pride on social media for ticket information, volunteer opportunities, sponsorship details, performer line-ups, and event updates. The celebration is a unique opportunity to uplift Black LGBTQ+ voices and culture in the region.</w:t>
      </w:r>
      <w:r/>
    </w:p>
    <w:p>
      <w:pPr>
        <w:pStyle w:val="ListNumber"/>
        <w:spacing w:line="240" w:lineRule="auto"/>
        <w:ind w:left="720"/>
      </w:pPr>
      <w:r/>
      <w:hyperlink r:id="rId11">
        <w:r>
          <w:rPr>
            <w:color w:val="0000EE"/>
            <w:u w:val="single"/>
          </w:rPr>
          <w:t>https://www.festivalsinamerica.com/festival/nebraska-black-pride-omaha</w:t>
        </w:r>
      </w:hyperlink>
      <w:r>
        <w:t xml:space="preserve"> - Nebraska Black Pride is a new Pride celebration in Omaha dedicated to Black LGBTQ+ voices and culture, built around film, drag, food, laughter, and community connection. Its first full celebration takes place in August 2026—the first event of its kind in the state, and a distinct addition to an Omaha Pride calendar previously anchored by the general-audience Heartland Pride. The organisers describe a celebration made of film, drag, food, laughter, and community connection: a Pride dedicated to uplifting Black LGBTQ+ voices and culture.</w:t>
      </w:r>
      <w:r/>
    </w:p>
    <w:p>
      <w:pPr>
        <w:pStyle w:val="ListNumber"/>
        <w:spacing w:line="240" w:lineRule="auto"/>
        <w:ind w:left="720"/>
      </w:pPr>
      <w:r/>
      <w:hyperlink r:id="rId12">
        <w:r>
          <w:rPr>
            <w:color w:val="0000EE"/>
            <w:u w:val="single"/>
          </w:rPr>
          <w:t>https://happeningnext.com/event/black-excellence-variety-show-eid3a0duq9c2a</w:t>
        </w:r>
      </w:hyperlink>
      <w:r>
        <w:t xml:space="preserve"> - The Black Excellence Variety Show is scheduled for Friday, August 21, 2026, at the Level Event Center in Omaha, Nebraska. Hosted by Nebraska's own Amber Ruffin, the evening features a diverse lineup of drag performances, spoken word, and live music. Dinner is included with ticket purchase, along with a cash bar. Doors open at 6 p.m., and the show starts at 7 p.m. This is a ticketed 18+ event, offering a vibrant start to the Nebraska Black Pride weekend celebrations.</w:t>
      </w:r>
      <w:r/>
    </w:p>
    <w:p>
      <w:pPr>
        <w:pStyle w:val="ListNumber"/>
        <w:spacing w:line="240" w:lineRule="auto"/>
        <w:ind w:left="720"/>
      </w:pPr>
      <w:r/>
      <w:hyperlink r:id="rId14">
        <w:r>
          <w:rPr>
            <w:color w:val="0000EE"/>
            <w:u w:val="single"/>
          </w:rPr>
          <w:t>https://outnebraska.org/event/prairie-pride-film-festival-2026-6/</w:t>
        </w:r>
      </w:hyperlink>
      <w:r>
        <w:t xml:space="preserve"> - OutNebraska is proud to present the 15th Annual Prairie Pride Film Festival on Sunday, August 30, 2026, at the Mary Riepma Ross Media Arts Center in Lincoln, Nebraska. The festival celebrates fifteen years of amplifying LGBTQ+ voices through film, bringing audiences together through inspiring stories, new perspectives, and the shared experience of cinema. The event includes a weekend of exceptional films, engaging conversations, and a celebration of queer storytelling in Nebraska, with an opening reception on Thursday, August 28, at 6:00 pm.</w:t>
      </w:r>
      <w:r/>
    </w:p>
    <w:p>
      <w:pPr>
        <w:pStyle w:val="ListNumber"/>
        <w:spacing w:line="240" w:lineRule="auto"/>
        <w:ind w:left="720"/>
      </w:pPr>
      <w:r/>
      <w:hyperlink r:id="rId13">
        <w:r>
          <w:rPr>
            <w:color w:val="0000EE"/>
            <w:u w:val="single"/>
          </w:rPr>
          <w:t>https://downtownlincoln.org/connect/post/star-city-pride-2026-pride-weekend-events-guide</w:t>
        </w:r>
      </w:hyperlink>
      <w:r>
        <w:t xml:space="preserve"> - Star City Pride 2026 is set to take place over the weekend of June 12-13, 2026, in Lincoln, Nebraska. The event includes Pride in the Park on Friday, June 12, at Woods Park, featuring community, entertainment, and celebration. On Saturday, June 13, the Star City Pride Parade will march around the Nebraska State Capitol, followed by the Star City Pride Festival outside Das Haus, offering dozens of community and vendor booths, live stage performances, local food trucks, and Pride-themed activities and entertainment.</w:t>
      </w:r>
      <w:r/>
    </w:p>
    <w:p>
      <w:pPr>
        <w:pStyle w:val="ListNumber"/>
        <w:spacing w:line="240" w:lineRule="auto"/>
        <w:ind w:left="720"/>
      </w:pPr>
      <w:r/>
      <w:hyperlink r:id="rId15">
        <w:r>
          <w:rPr>
            <w:color w:val="0000EE"/>
            <w:u w:val="single"/>
          </w:rPr>
          <w:t>https://www.disabilityrightsnebraska.org/ada_25years_anniversary/ada_events.html/event/2026/07/25/nebraska-disability-pride-celebration/566805</w:t>
        </w:r>
      </w:hyperlink>
      <w:r>
        <w:t xml:space="preserve"> - The Nebraska Disability Pride Celebration is scheduled for Saturday, July 25, 2026, from 9:00 am to 1:00 pm at Antelope Park Auld Pavilion in Lincoln, Nebraska. The event celebrates 36 years of the Americans with Disabilities Act (ADA) and includes a vendor fair from 9:00 am to 11:00 am, followed by a party in the Auld Pavilion from 11:00 am to 1:00 pm. Updates on the celebration can be found on the Nebraska Disability Pride Facebook page.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ketv.com/article/nebraska-black-pride-hosts-weekend-celebration/73506304" TargetMode="External"/><Relationship Id="rId10" Type="http://schemas.openxmlformats.org/officeDocument/2006/relationships/hyperlink" Target="https://heartlandpride.org/event/nebraska-black-pride-2026/" TargetMode="External"/><Relationship Id="rId11" Type="http://schemas.openxmlformats.org/officeDocument/2006/relationships/hyperlink" Target="https://www.festivalsinamerica.com/festival/nebraska-black-pride-omaha" TargetMode="External"/><Relationship Id="rId12" Type="http://schemas.openxmlformats.org/officeDocument/2006/relationships/hyperlink" Target="https://happeningnext.com/event/black-excellence-variety-show-eid3a0duq9c2a" TargetMode="External"/><Relationship Id="rId13" Type="http://schemas.openxmlformats.org/officeDocument/2006/relationships/hyperlink" Target="https://downtownlincoln.org/connect/post/star-city-pride-2026-pride-weekend-events-guide" TargetMode="External"/><Relationship Id="rId14" Type="http://schemas.openxmlformats.org/officeDocument/2006/relationships/hyperlink" Target="https://outnebraska.org/event/prairie-pride-film-festival-2026-6/" TargetMode="External"/><Relationship Id="rId15" Type="http://schemas.openxmlformats.org/officeDocument/2006/relationships/hyperlink" Target="https://www.disabilityrightsnebraska.org/ada_25years_anniversary/ada_events.html/event/2026/07/25/nebraska-disability-pride-celebration/56680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