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Moments from Mr. &amp; Miss Black Pride International 2026 — NYC Black Pride Pageant Highlights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Shimmers, fierce performances and heartfelt speeches lit up Harlem as contestants vied for the Mr. and Miss Black Pride International crowns , a reminder that NYC Black Pride is as much about culture and community as it is about glamour and stagecraft.</w:t>
      </w:r>
      <w:r/>
    </w:p>
    <w:p>
      <w:r/>
      <w:r>
        <w:t>Essential Takeaways</w:t>
      </w:r>
      <w:r/>
      <w:r/>
    </w:p>
    <w:p>
      <w:pPr>
        <w:pStyle w:val="ListBullet"/>
        <w:spacing w:line="240" w:lineRule="auto"/>
        <w:ind w:left="720"/>
      </w:pPr>
      <w:r/>
      <w:r>
        <w:rPr>
          <w:b/>
        </w:rPr>
        <w:t>Event vibe:</w:t>
      </w:r>
      <w:r>
        <w:t xml:space="preserve"> Rhinestones, feathers and loud lip-syncs created a joyful, electric atmosphere that felt both celebratory and grounded.</w:t>
      </w:r>
      <w:r/>
    </w:p>
    <w:p>
      <w:pPr>
        <w:pStyle w:val="ListBullet"/>
        <w:spacing w:line="240" w:lineRule="auto"/>
        <w:ind w:left="720"/>
      </w:pPr>
      <w:r/>
      <w:r>
        <w:rPr>
          <w:b/>
        </w:rPr>
        <w:t>Structure:</w:t>
      </w:r>
      <w:r>
        <w:t xml:space="preserve"> Contestants were judged across interview, swimwear, evening wear, talent and Q&amp;A, with presentation as a showpiece category.</w:t>
      </w:r>
      <w:r/>
    </w:p>
    <w:p>
      <w:pPr>
        <w:pStyle w:val="ListBullet"/>
        <w:spacing w:line="240" w:lineRule="auto"/>
        <w:ind w:left="720"/>
      </w:pPr>
      <w:r/>
      <w:r>
        <w:rPr>
          <w:b/>
        </w:rPr>
        <w:t>Prizes and duties:</w:t>
      </w:r>
      <w:r>
        <w:t xml:space="preserve"> Winners earned cash prizes and crowns, plus obligations to promote Black Pride events and community service.</w:t>
      </w:r>
      <w:r/>
    </w:p>
    <w:p>
      <w:pPr>
        <w:pStyle w:val="ListBullet"/>
        <w:spacing w:line="240" w:lineRule="auto"/>
        <w:ind w:left="720"/>
      </w:pPr>
      <w:r/>
      <w:r>
        <w:rPr>
          <w:b/>
        </w:rPr>
        <w:t>Purpose:</w:t>
      </w:r>
      <w:r>
        <w:t xml:space="preserve"> The pageant is part of NYC Black Pride’s broader mission to centre Black queer visibility and heritage during its annual festival week.</w:t>
      </w:r>
      <w:r/>
    </w:p>
    <w:p>
      <w:pPr>
        <w:pStyle w:val="ListBullet"/>
        <w:spacing w:line="240" w:lineRule="auto"/>
        <w:ind w:left="720"/>
      </w:pPr>
      <w:r/>
      <w:r>
        <w:rPr>
          <w:b/>
        </w:rPr>
        <w:t>Community note:</w:t>
      </w:r>
      <w:r>
        <w:t xml:space="preserve"> Organisers stress inclusivity and civic engagement, urging titleholders to use their platforms for voter awareness and rights advocacy.</w:t>
      </w:r>
      <w:r/>
      <w:r/>
    </w:p>
    <w:p>
      <w:pPr>
        <w:pStyle w:val="Heading2"/>
      </w:pPr>
      <w:r>
        <w:t>A glittering return to Harlem , what the room felt like</w:t>
      </w:r>
      <w:r/>
    </w:p>
    <w:p>
      <w:r/>
      <w:r>
        <w:t>The event unfolded in a hotel conference room that somehow felt like a cathedral of drag and pageantry, all sparkle and breathy applause, with a hostess who kept the energy playful and sharp. According to NYC Black Pride’s page about the competition, the Mr. &amp; Miss Black Pride International showcase is designed to mix performance with purpose, and the sensory mix of sequins and gospel-tinged vocals made the point loudly. If you weren’t smiling, you were probably trying to figure out how to steal someone’s headpiece.</w:t>
      </w:r>
      <w:r/>
    </w:p>
    <w:p>
      <w:pPr>
        <w:pStyle w:val="Heading2"/>
      </w:pPr>
      <w:r>
        <w:t>Why the pageant matters now , history, visibility and community</w:t>
      </w:r>
      <w:r/>
    </w:p>
    <w:p>
      <w:r/>
      <w:r>
        <w:t>Lee Soulja, who’s been steering NYC Black Pride since 2009, created the pageant to refill a space many felt had quietly disappeared from New York’s scene. Pageantry can be a portal to visibility for trans women, drag performers and queer artists who historically had to travel elsewhere to compete. The competition sits alongside other festival elements , conferences, awards and themed balls , that together signal NYC Black Pride’s commitment to both celebration and advocacy.</w:t>
      </w:r>
      <w:r/>
    </w:p>
    <w:p>
      <w:pPr>
        <w:pStyle w:val="Heading2"/>
      </w:pPr>
      <w:r>
        <w:t>The contest rules and the crowning moments</w:t>
      </w:r>
      <w:r/>
    </w:p>
    <w:p>
      <w:r/>
      <w:r>
        <w:t>Competitors faced a traditional pageant line-up: private interviews, swimwear, evening wear, talent and a Q&amp;A, plus a non-judged presentation category where theatricality ruled. Prizes are straightforward: runner-ups and winners receive cash awards and ceremonial jewellery, but the real currency is the platform. Winners are expected to promote NYC Black Pride events, recruit future contestants and attend service activities, which keeps the crown from being purely performative.</w:t>
      </w:r>
      <w:r/>
    </w:p>
    <w:p>
      <w:pPr>
        <w:pStyle w:val="Heading2"/>
      </w:pPr>
      <w:r>
        <w:t>Performances that turned a hotel into church</w:t>
      </w:r>
      <w:r/>
    </w:p>
    <w:p>
      <w:r/>
      <w:r>
        <w:t>One of the most talked-about moments came when a former titleholder delivered a gospel-leaning number that opened hearts and wallets alike, turning the audience into an impromptu chorus line of affection. Moments like that underline why NYC Black Pride programmes include conference sessions on health and human rights and award ceremonies to honour activists , the festival blends pageantry with policy, spectacle with solidarity. It’s a reminder that art and activism often rise from the same music.</w:t>
      </w:r>
      <w:r/>
    </w:p>
    <w:p>
      <w:pPr>
        <w:pStyle w:val="Heading2"/>
      </w:pPr>
      <w:r>
        <w:t>Pageants as political platforms , speech, service and civic duty</w:t>
      </w:r>
      <w:r/>
    </w:p>
    <w:p>
      <w:r/>
      <w:r>
        <w:t>The event’s newly crowned representatives framed the role as a civic one, not simply an entertainment gig. With the current political climate affecting trans rights and public services, organisers and winners have been vocal about the need to mobilise voters and protect queer spaces. Titleholders see themselves as intermediaries: glamour-forward spokespeople who can translate complex issues into everyday calls to action for their communities.</w:t>
      </w:r>
      <w:r/>
    </w:p>
    <w:p>
      <w:pPr>
        <w:pStyle w:val="Heading2"/>
      </w:pPr>
      <w:r>
        <w:t>What to watch for next , growth, inclusivity and outreach</w:t>
      </w:r>
      <w:r/>
    </w:p>
    <w:p>
      <w:r/>
      <w:r>
        <w:t>Expect the pageant to keep evolving as part of NYC Black Pride’s wider calendar of parties, heritage events and advocacy programming. Organisers emphasise that celebrating Black culture isn’t exclusionary , it’s corrective; it helps fill gaps in mainstream narratives that have too often sidelined trans and queer Black contributors. If you enjoy a good costume reveal with a side of community purpose, this is one of the week’s must-see moments.</w:t>
      </w:r>
      <w:r/>
    </w:p>
    <w:p>
      <w:r/>
      <w:r>
        <w:t>It's a small coronation that keeps a much bigger conversation going: culture, care and collective visibility.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11">
        <w:r>
          <w:rPr>
            <w:color w:val="0000EE"/>
            <w:u w:val="single"/>
          </w:rPr>
          <w:t>[4]</w:t>
        </w:r>
      </w:hyperlink>
      <w:r>
        <w:t xml:space="preserve">- Paragraph 4: </w:t>
      </w:r>
      <w:hyperlink r:id="rId13">
        <w:r>
          <w:rPr>
            <w:color w:val="0000EE"/>
            <w:u w:val="single"/>
          </w:rPr>
          <w:t>[3]</w:t>
        </w:r>
      </w:hyperlink>
      <w:r>
        <w:t xml:space="preserve">, </w:t>
      </w:r>
      <w:hyperlink r:id="rId14">
        <w:r>
          <w:rPr>
            <w:color w:val="0000EE"/>
            <w:u w:val="single"/>
          </w:rPr>
          <w:t>[7]</w:t>
        </w:r>
      </w:hyperlink>
      <w:r>
        <w:t xml:space="preserve">- Paragraph 5: </w:t>
      </w:r>
      <w:hyperlink r:id="rId12">
        <w:r>
          <w:rPr>
            <w:color w:val="0000EE"/>
            <w:u w:val="single"/>
          </w:rPr>
          <w:t>[5]</w:t>
        </w:r>
      </w:hyperlink>
      <w:r>
        <w:t xml:space="preserve">, </w:t>
      </w:r>
      <w:hyperlink r:id="rId15">
        <w:r>
          <w:rPr>
            <w:color w:val="0000EE"/>
            <w:u w:val="single"/>
          </w:rPr>
          <w:t>[6]</w:t>
        </w:r>
      </w:hyperlink>
      <w:r>
        <w:t xml:space="preserve">- Paragraph 6: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https://gaycitynews.com/say-hello-mr-miss-black-pride-international-2026/</w:t>
        </w:r>
      </w:hyperlink>
      <w:r>
        <w:t xml:space="preserve"> - Please view link - unable to able to access data</w:t>
      </w:r>
      <w:r/>
    </w:p>
    <w:p>
      <w:pPr>
        <w:pStyle w:val="ListNumber"/>
        <w:spacing w:line="240" w:lineRule="auto"/>
        <w:ind w:left="720"/>
      </w:pPr>
      <w:r/>
      <w:hyperlink r:id="rId10">
        <w:r>
          <w:rPr>
            <w:color w:val="0000EE"/>
            <w:u w:val="single"/>
          </w:rPr>
          <w:t>https://www.nycblackpride.org/the-center-for-black-pride</w:t>
        </w:r>
      </w:hyperlink>
      <w:r>
        <w:t xml:space="preserve"> - The NYC Center for Black Pride is a non-profit organisation dedicated to educating and advocating for New York City's same-gender-loving and LGBTQIA+ people of colour. They organise events that celebrate and honour the societal contributions of these communities. The 2026 NYC Black Pride Festival is scheduled from August 17th to August 21st, featuring thirteen events across the city, including discussion panels, an awards ceremony, an expo with a trans bodybuilding competition, the Black Out Music Festival, and the Mr. and Miss Black Pride International pageant, along with multiple social events and parties.</w:t>
      </w:r>
      <w:r/>
    </w:p>
    <w:p>
      <w:pPr>
        <w:pStyle w:val="ListNumber"/>
        <w:spacing w:line="240" w:lineRule="auto"/>
        <w:ind w:left="720"/>
      </w:pPr>
      <w:r/>
      <w:hyperlink r:id="rId13">
        <w:r>
          <w:rPr>
            <w:color w:val="0000EE"/>
            <w:u w:val="single"/>
          </w:rPr>
          <w:t>https://www.nycblackpride.org/parties-copy</w:t>
        </w:r>
      </w:hyperlink>
      <w:r>
        <w:t xml:space="preserve"> - The NYC Black Pride 2026 event schedule includes a series of parties and social gatherings throughout the week. These events are designed to provide spaces for the community to come together, celebrate, and enjoy diverse cultural expressions. The parties are hosted at various venues across New York City, each offering unique experiences and atmospheres, contributing to the vibrant and inclusive nature of the Black Pride celebrations.</w:t>
      </w:r>
      <w:r/>
    </w:p>
    <w:p>
      <w:pPr>
        <w:pStyle w:val="ListNumber"/>
        <w:spacing w:line="240" w:lineRule="auto"/>
        <w:ind w:left="720"/>
      </w:pPr>
      <w:r/>
      <w:hyperlink r:id="rId11">
        <w:r>
          <w:rPr>
            <w:color w:val="0000EE"/>
            <w:u w:val="single"/>
          </w:rPr>
          <w:t>https://www.nycblackpride.org/mr-miss-black-pride-international-2026</w:t>
        </w:r>
      </w:hyperlink>
      <w:r>
        <w:t xml:space="preserve"> - The Mr. and Miss Black Pride International 2026 pageant is a highlight of the NYC Black Pride Festival, celebrating the talents and contributions of Black LGBTQIA+ individuals. Contestants compete in various categories, including private interviews, swimwear, evening wear, talent, and a Q&amp;A session. Winners receive cash prizes, crowns, sashes, and the honour of representing Black Pride International. The pageant aims to promote inclusivity and visibility within the Black LGBTQIA+ community.</w:t>
      </w:r>
      <w:r/>
    </w:p>
    <w:p>
      <w:pPr>
        <w:pStyle w:val="ListNumber"/>
        <w:spacing w:line="240" w:lineRule="auto"/>
        <w:ind w:left="720"/>
      </w:pPr>
      <w:r/>
      <w:hyperlink r:id="rId12">
        <w:r>
          <w:rPr>
            <w:color w:val="0000EE"/>
            <w:u w:val="single"/>
          </w:rPr>
          <w:t>https://www.nycblackpride.org/health-as-a-human-right-conference</w:t>
        </w:r>
      </w:hyperlink>
      <w:r>
        <w:t xml:space="preserve"> - The Health As A Human Right Conference is a key component of the NYC Black Pride Festival, focusing on addressing health disparities within the Black LGBTQIA+ community. The conference features discussions, workshops, and presentations aimed at promoting health equity and providing resources to attendees. It serves as a platform for sharing knowledge, advocating for policy changes, and fostering a supportive environment for individuals seeking to improve their health and well-being.</w:t>
      </w:r>
      <w:r/>
    </w:p>
    <w:p>
      <w:pPr>
        <w:pStyle w:val="ListNumber"/>
        <w:spacing w:line="240" w:lineRule="auto"/>
        <w:ind w:left="720"/>
      </w:pPr>
      <w:r/>
      <w:hyperlink r:id="rId15">
        <w:r>
          <w:rPr>
            <w:color w:val="0000EE"/>
            <w:u w:val="single"/>
          </w:rPr>
          <w:t>https://www.nycblackpride.org/heritage-awards-ceremony</w:t>
        </w:r>
      </w:hyperlink>
      <w:r>
        <w:t xml:space="preserve"> - The Heritage Awards Ceremony is an event during the NYC Black Pride Festival that honours individuals and organisations for their outstanding contributions to the Black LGBTQIA+ community. The ceremony recognises activists, leaders, and allies who have demonstrated dedication and impact in advancing the rights and visibility of Black LGBTQIA+ individuals. It serves as a moment to celebrate achievements, reflect on progress, and inspire continued advocacy and support.</w:t>
      </w:r>
      <w:r/>
    </w:p>
    <w:p>
      <w:pPr>
        <w:pStyle w:val="ListNumber"/>
        <w:spacing w:line="240" w:lineRule="auto"/>
        <w:ind w:left="720"/>
      </w:pPr>
      <w:r/>
      <w:hyperlink r:id="rId14">
        <w:r>
          <w:rPr>
            <w:color w:val="0000EE"/>
            <w:u w:val="single"/>
          </w:rPr>
          <w:t>https://www.nycblackpride.org/official-2023-parties</w:t>
        </w:r>
      </w:hyperlink>
      <w:r>
        <w:t xml:space="preserve"> - The official parties of NYC Black Pride 2023 were a series of events held at various venues across New York City, each offering unique experiences and atmospheres. These parties provided spaces for the community to come together, celebrate, and enjoy diverse cultural expressions. The events were designed to foster inclusivity, joy, and solidarity within the Black LGBTQIA+ community, contributing to the vibrant and dynamic nature of the Black Pride celebrations.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citynews.com/say-hello-mr-miss-black-pride-international-2026/" TargetMode="External"/><Relationship Id="rId10" Type="http://schemas.openxmlformats.org/officeDocument/2006/relationships/hyperlink" Target="https://www.nycblackpride.org/the-center-for-black-pride" TargetMode="External"/><Relationship Id="rId11" Type="http://schemas.openxmlformats.org/officeDocument/2006/relationships/hyperlink" Target="https://www.nycblackpride.org/mr-miss-black-pride-international-2026" TargetMode="External"/><Relationship Id="rId12" Type="http://schemas.openxmlformats.org/officeDocument/2006/relationships/hyperlink" Target="https://www.nycblackpride.org/health-as-a-human-right-conference" TargetMode="External"/><Relationship Id="rId13" Type="http://schemas.openxmlformats.org/officeDocument/2006/relationships/hyperlink" Target="https://www.nycblackpride.org/parties-copy" TargetMode="External"/><Relationship Id="rId14" Type="http://schemas.openxmlformats.org/officeDocument/2006/relationships/hyperlink" Target="https://www.nycblackpride.org/official-2023-parties" TargetMode="External"/><Relationship Id="rId15" Type="http://schemas.openxmlformats.org/officeDocument/2006/relationships/hyperlink" Target="https://www.nycblackpride.org/heritage-awards-ceremon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