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Michael Johnston Interview Moments on Coming Out and Queer Roles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Michael Johnston’s candid reflections on coming out while playing a gay Teen Wolf character , a raw, relatable story that shows why representation on screen really matters and why some actors now ask for “intentional queer” parts.</w:t>
      </w:r>
      <w:r/>
    </w:p>
    <w:p>
      <w:r/>
      <w:r>
        <w:t>Essential Takeaways</w:t>
      </w:r>
      <w:r/>
      <w:r/>
    </w:p>
    <w:p>
      <w:pPr>
        <w:pStyle w:val="ListBullet"/>
        <w:spacing w:line="240" w:lineRule="auto"/>
        <w:ind w:left="720"/>
      </w:pPr>
      <w:r/>
      <w:r>
        <w:rPr>
          <w:b/>
        </w:rPr>
        <w:t>Honest admission:</w:t>
      </w:r>
      <w:r>
        <w:t xml:space="preserve"> Michael Johnston says coming to terms with his sexuality while playing Corey on Teen Wolf felt terrifying and private.</w:t>
      </w:r>
      <w:r/>
    </w:p>
    <w:p>
      <w:pPr>
        <w:pStyle w:val="ListBullet"/>
        <w:spacing w:line="240" w:lineRule="auto"/>
        <w:ind w:left="720"/>
      </w:pPr>
      <w:r/>
      <w:r>
        <w:rPr>
          <w:b/>
        </w:rPr>
        <w:t>Representation mattered:</w:t>
      </w:r>
      <w:r>
        <w:t xml:space="preserve"> Fans told him seeing Corey helped them, offering reassurance and visibility.</w:t>
      </w:r>
      <w:r/>
    </w:p>
    <w:p>
      <w:pPr>
        <w:pStyle w:val="ListBullet"/>
        <w:spacing w:line="240" w:lineRule="auto"/>
        <w:ind w:left="720"/>
      </w:pPr>
      <w:r/>
      <w:r>
        <w:rPr>
          <w:b/>
        </w:rPr>
        <w:t>Career range:</w:t>
      </w:r>
      <w:r>
        <w:t xml:space="preserve"> Johnston now headlines the horror film Obsession as a straight character, showing an actor can play across sexualities.</w:t>
      </w:r>
      <w:r/>
    </w:p>
    <w:p>
      <w:pPr>
        <w:pStyle w:val="ListBullet"/>
        <w:spacing w:line="240" w:lineRule="auto"/>
        <w:ind w:left="720"/>
      </w:pPr>
      <w:r/>
      <w:r>
        <w:rPr>
          <w:b/>
        </w:rPr>
        <w:t>Intentional roles wanted:</w:t>
      </w:r>
      <w:r>
        <w:t xml:space="preserve"> He’s keen for more queer parts that treat identity as a full, nuanced human trait.</w:t>
      </w:r>
      <w:r/>
    </w:p>
    <w:p>
      <w:pPr>
        <w:pStyle w:val="ListBullet"/>
        <w:spacing w:line="240" w:lineRule="auto"/>
        <w:ind w:left="720"/>
      </w:pPr>
      <w:r/>
      <w:r>
        <w:rPr>
          <w:b/>
        </w:rPr>
        <w:t>Tone shift:</w:t>
      </w:r>
      <w:r>
        <w:t xml:space="preserve"> From fear to humour , Johnston now jokes, “I’m glad I’m not heterosexual,” signalling personal growth.</w:t>
      </w:r>
      <w:r/>
      <w:r/>
    </w:p>
    <w:p>
      <w:pPr>
        <w:pStyle w:val="Heading2"/>
      </w:pPr>
      <w:r>
        <w:t>Why the timing made his Teen Wolf role fraught</w:t>
      </w:r>
      <w:r/>
    </w:p>
    <w:p>
      <w:r/>
      <w:r>
        <w:t>Michael Johnston’s revelation that he came out to himself while playing Corey lands with a quiet, uneasy feeling; he describes the moment as terrifying and full of denial. According to reporting in The Wrap and ComingSoon, Johnston was navigating private uncertainty about his identity at the same time he was portraying an openly gay teenager on a popular TV show. Growing up in the South and facing family warnings about queer roles added a real, human tension to his performance. For anyone considering similar roles, Johnston’s experience underlines how deeply an actor’s personal life can intersect with their work, and why on-set support and off-screen privacy matter.</w:t>
      </w:r>
      <w:r/>
    </w:p>
    <w:p>
      <w:pPr>
        <w:pStyle w:val="Heading2"/>
      </w:pPr>
      <w:r>
        <w:t>Fans proved how much on-screen queer visibility helps</w:t>
      </w:r>
      <w:r/>
    </w:p>
    <w:p>
      <w:r/>
      <w:r>
        <w:t>What surprised Johnston most was the volume of messages from LGBTQ+ viewers who said Corey gave them something like permission to exist boldly. Coverage in PinkNews and The Wrap highlights how those fan responses helped him see that his own fear could translate into comfort for others. That feedback loop , actor to audience to actor , is why representation isn’t just symbolic; it’s practical and sometimes life-affirming. If you care about casting or viewing choices, remember that one confident character can give a whole generation a mirror.</w:t>
      </w:r>
      <w:r/>
    </w:p>
    <w:p>
      <w:pPr>
        <w:pStyle w:val="Heading2"/>
      </w:pPr>
      <w:r>
        <w:t>From Teen Wolf to Obsession: range and reception</w:t>
      </w:r>
      <w:r/>
    </w:p>
    <w:p>
      <w:r/>
      <w:r>
        <w:t>Now leading Obsession, Johnston plays Baron “Bear” Bailey, a straight character caught up in a supernatural, toxic-turning romance. Industry write-ups at IMDb and ComingSoon note that the switch demonstrates how a performer’s sexuality needn’t limit the parts they inhabit. Johnston himself argued that a character’s sexuality is simply one facet of the role, and what matters is thoughtful writing and performance. For casting directors and viewers alike, that’s a useful reminder: authentic portrayals come from craft, not just matched identities.</w:t>
      </w:r>
      <w:r/>
    </w:p>
    <w:p>
      <w:pPr>
        <w:pStyle w:val="Heading2"/>
      </w:pPr>
      <w:r>
        <w:t>Why he wants “intentional queer” roles next</w:t>
      </w:r>
      <w:r/>
    </w:p>
    <w:p>
      <w:r/>
      <w:r>
        <w:t>Johnston has said he’d welcome another queer character , but not just any part. He wants an intentional role where queerness isn’t sidelined or reduced to trauma, a point covered by Queerty and PinkNews. Contemporary conversations in Hollywood increasingly push for characters whose sexuality is woven into a fuller personality: funny, messy, heroic or flawed. For queer actors and audiences, the ask is simple , give us complexity, not shorthand. If you’re scouting scripts or supporting projects, look for stories that treat identity as a human detail rather than a plot device.</w:t>
      </w:r>
      <w:r/>
    </w:p>
    <w:p>
      <w:pPr>
        <w:pStyle w:val="Heading2"/>
      </w:pPr>
      <w:r>
        <w:t>The personal arc: from denial to a joke about identity</w:t>
      </w:r>
      <w:r/>
    </w:p>
    <w:p>
      <w:r/>
      <w:r>
        <w:t>There’s something quietly joyful about Johnston landing on a punchline , “I’m glad I’m not heterosexual” , after years of fear and denial. Reports in EuropaSays and The Wrap capture that shift from anxiety to lightness, and it’s worth noting how such a change doesn’t erase the earlier pain; instead it signals growth and a different relationship with public life. For readers, that arc is reassuring: visibility can be messy and slow, but it can also lead to the kind of ease that lets someone joke about who they are.</w:t>
      </w:r>
      <w:r/>
    </w:p>
    <w:p>
      <w:r/>
      <w:r>
        <w:t>It's a small shift that shows how roles, fans and time can help an actor find peace with identity.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4">
        <w:r>
          <w:rPr>
            <w:color w:val="0000EE"/>
            <w:u w:val="single"/>
          </w:rPr>
          <w:t>[6]</w:t>
        </w:r>
      </w:hyperlink>
      <w:r>
        <w:t xml:space="preserve">, </w:t>
      </w:r>
      <w:hyperlink r:id="rId12">
        <w:r>
          <w:rPr>
            <w:color w:val="0000EE"/>
            <w:u w:val="single"/>
          </w:rPr>
          <w:t>[4]</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https://gayexpress.co.nz/2026/08/michael-johnston-says-coming-out-while-playing-gay-teen-wolf-character-was-terrifying/?utm_source=rss&amp;utm_medium=rss&amp;utm_campaign=michael-johnston-says-coming-out-while-playing-gay-teen-wolf-character-was-terrifying</w:t>
        </w:r>
      </w:hyperlink>
      <w:r>
        <w:t xml:space="preserve"> - Please view link - unable to able to access data</w:t>
      </w:r>
      <w:r/>
    </w:p>
    <w:p>
      <w:pPr>
        <w:pStyle w:val="ListNumber"/>
        <w:spacing w:line="240" w:lineRule="auto"/>
        <w:ind w:left="720"/>
      </w:pPr>
      <w:r/>
      <w:hyperlink r:id="rId10">
        <w:r>
          <w:rPr>
            <w:color w:val="0000EE"/>
            <w:u w:val="single"/>
          </w:rPr>
          <w:t>https://www.thewrap.com/creative-content/movies/obsession-star-michael-johnston-gay-coming-out-teen-wolf/</w:t>
        </w:r>
      </w:hyperlink>
      <w:r>
        <w:t xml:space="preserve"> - In an interview with TheWrap, Michael Johnston, star of 'Obsession', discussed the challenges he faced coming out as gay while portraying a queer character on 'Teen Wolf'. He described the experience as 'terrifying', noting that he was in 'complete and utter denial' during that time. Johnston also shared that he received numerous messages from LGBTQ+ fans expressing how his role positively impacted them. He expressed a desire for more 'intentional queer roles' in the future, emphasizing the importance of authentic representation in media.</w:t>
      </w:r>
      <w:r/>
    </w:p>
    <w:p>
      <w:pPr>
        <w:pStyle w:val="ListNumber"/>
        <w:spacing w:line="240" w:lineRule="auto"/>
        <w:ind w:left="720"/>
      </w:pPr>
      <w:r/>
      <w:hyperlink r:id="rId11">
        <w:r>
          <w:rPr>
            <w:color w:val="0000EE"/>
            <w:u w:val="single"/>
          </w:rPr>
          <w:t>https://www.comingsoon.net/movies/news/2180017-obsession-star-michael-johnston-coming-out-teen-wolf</w:t>
        </w:r>
      </w:hyperlink>
      <w:r>
        <w:t xml:space="preserve"> - ComingSoon.net reports on Michael Johnston's reflections about his role as Corey Bryant on 'Teen Wolf' and its personal significance. Johnston revealed that playing a gay character coincided with his own journey toward self-acceptance, describing the period as 'terrifying'. He recalled reassuring his family that his on-screen role did not reflect his personal identity. Despite initial fears, Johnston found meaning in the positive feedback from LGBTQ+ fans, highlighting the impact of representation in media.</w:t>
      </w:r>
      <w:r/>
    </w:p>
    <w:p>
      <w:pPr>
        <w:pStyle w:val="ListNumber"/>
        <w:spacing w:line="240" w:lineRule="auto"/>
        <w:ind w:left="720"/>
      </w:pPr>
      <w:r/>
      <w:hyperlink r:id="rId12">
        <w:r>
          <w:rPr>
            <w:color w:val="0000EE"/>
            <w:u w:val="single"/>
          </w:rPr>
          <w:t>https://www.thepinknews.com/2026/08/21/obsession-michael-johnston-come-out-teen-wolf-gay-role/</w:t>
        </w:r>
      </w:hyperlink>
      <w:r>
        <w:t xml:space="preserve"> - PinkNews covers Michael Johnston's experience of coming out while playing a gay character on 'Teen Wolf'. Johnston described the process as 'terrifying', noting that he was in 'complete and utter denial' during that time. He also shared that he received messages from LGBTQ+ fans expressing how his role positively impacted them. Johnston expressed a desire for more 'intentional queer roles' in the future, emphasizing the importance of authentic representation in media.</w:t>
      </w:r>
      <w:r/>
    </w:p>
    <w:p>
      <w:pPr>
        <w:pStyle w:val="ListNumber"/>
        <w:spacing w:line="240" w:lineRule="auto"/>
        <w:ind w:left="720"/>
      </w:pPr>
      <w:r/>
      <w:hyperlink r:id="rId13">
        <w:r>
          <w:rPr>
            <w:color w:val="0000EE"/>
            <w:u w:val="single"/>
          </w:rPr>
          <w:t>https://www.imdb.com/news/ni65981234/</w:t>
        </w:r>
      </w:hyperlink>
      <w:r>
        <w:t xml:space="preserve"> - IMDb reports on Michael Johnston's reflections about his role as Corey Bryant on 'Teen Wolf' and its personal significance. Johnston revealed that playing a gay character coincided with his own journey toward self-acceptance, describing the period as 'terrifying'. He recalled reassuring his family that his on-screen role did not reflect his personal identity. Despite initial fears, Johnston found meaning in the positive feedback from LGBTQ+ fans, highlighting the impact of representation in media.</w:t>
      </w:r>
      <w:r/>
    </w:p>
    <w:p>
      <w:pPr>
        <w:pStyle w:val="ListNumber"/>
        <w:spacing w:line="240" w:lineRule="auto"/>
        <w:ind w:left="720"/>
      </w:pPr>
      <w:r/>
      <w:hyperlink r:id="rId14">
        <w:r>
          <w:rPr>
            <w:color w:val="0000EE"/>
            <w:u w:val="single"/>
          </w:rPr>
          <w:t>https://www.queerty.com/obsessions-queer-stars-unpack-horror-toxic-love-grossest-thing-happened-set-20260515/</w:t>
        </w:r>
      </w:hyperlink>
      <w:r>
        <w:t xml:space="preserve"> - Queerty features an interview with Michael Johnston, star of 'Obsession', discussing his experiences playing a gay character on 'Teen Wolf' and the challenges of coming out during that time. Johnston shared that he was in 'complete and utter denial' about his sexuality and found the process 'terrifying'. He also expressed a desire for more 'intentional queer roles' in the future, emphasizing the importance of authentic representation in media.</w:t>
      </w:r>
      <w:r/>
    </w:p>
    <w:p>
      <w:pPr>
        <w:pStyle w:val="ListNumber"/>
        <w:spacing w:line="240" w:lineRule="auto"/>
        <w:ind w:left="720"/>
      </w:pPr>
      <w:r/>
      <w:hyperlink r:id="rId15">
        <w:r>
          <w:rPr>
            <w:color w:val="0000EE"/>
            <w:u w:val="single"/>
          </w:rPr>
          <w:t>https://www.europesays.com/us/955574/</w:t>
        </w:r>
      </w:hyperlink>
      <w:r>
        <w:t xml:space="preserve"> - EuropeSays reports on Michael Johnston's desire to play more 'intentional, meaningful queer roles' in the future. Johnston expressed that he is looking forward to playing a 'really intentional queer role' in an upcoming project, emphasizing the importance of authentic representation in media. He also discussed his experiences growing up in the Bible Belt and the challenges of being a gay boy in that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michael-johnston-says-coming-out-while-playing-gay-teen-wolf-character-was-terrifying/?utm_source=rss&amp;utm_medium=rss&amp;utm_campaign=michael-johnston-says-coming-out-while-playing-gay-teen-wolf-character-was-terrifying" TargetMode="External"/><Relationship Id="rId10" Type="http://schemas.openxmlformats.org/officeDocument/2006/relationships/hyperlink" Target="https://www.thewrap.com/creative-content/movies/obsession-star-michael-johnston-gay-coming-out-teen-wolf/" TargetMode="External"/><Relationship Id="rId11" Type="http://schemas.openxmlformats.org/officeDocument/2006/relationships/hyperlink" Target="https://www.comingsoon.net/movies/news/2180017-obsession-star-michael-johnston-coming-out-teen-wolf" TargetMode="External"/><Relationship Id="rId12" Type="http://schemas.openxmlformats.org/officeDocument/2006/relationships/hyperlink" Target="https://www.thepinknews.com/2026/08/21/obsession-michael-johnston-come-out-teen-wolf-gay-role/" TargetMode="External"/><Relationship Id="rId13" Type="http://schemas.openxmlformats.org/officeDocument/2006/relationships/hyperlink" Target="https://www.imdb.com/news/ni65981234/" TargetMode="External"/><Relationship Id="rId14" Type="http://schemas.openxmlformats.org/officeDocument/2006/relationships/hyperlink" Target="https://www.queerty.com/obsessions-queer-stars-unpack-horror-toxic-love-grossest-thing-happened-set-20260515/" TargetMode="External"/><Relationship Id="rId15" Type="http://schemas.openxmlformats.org/officeDocument/2006/relationships/hyperlink" Target="https://www.europesays.com/us/9555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