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at the Pushback: LGBT Intelligence Officers Plot a Comeback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news and national-security watchers are noticing a quiet, determined stir inside the intelligence community: LGBT officers who say they were sidelined under the Trump administration are quietly organising, aiming to reclaim roles and reputations while arguing their expertise was reduced to identity politics. It matters for talent, trust and national security.</w:t>
      </w:r>
      <w:r/>
    </w:p>
    <w:p>
      <w:r/>
      <w:r>
        <w:t>Essential takeaways</w:t>
      </w:r>
      <w:r/>
      <w:r/>
    </w:p>
    <w:p>
      <w:pPr>
        <w:pStyle w:val="ListBullet"/>
        <w:spacing w:line="240" w:lineRule="auto"/>
        <w:ind w:left="720"/>
      </w:pPr>
      <w:r/>
      <w:r>
        <w:rPr>
          <w:b/>
        </w:rPr>
        <w:t>Who’s involved:</w:t>
      </w:r>
      <w:r>
        <w:t xml:space="preserve"> Former intelligence officers, including a high-profile trans CIA analyst, say they were laid off or pressured out and are talking about returning. </w:t>
      </w:r>
      <w:r/>
    </w:p>
    <w:p>
      <w:pPr>
        <w:pStyle w:val="ListBullet"/>
        <w:spacing w:line="240" w:lineRule="auto"/>
        <w:ind w:left="720"/>
      </w:pPr>
      <w:r/>
      <w:r>
        <w:rPr>
          <w:b/>
        </w:rPr>
        <w:t>Mood on the ground:</w:t>
      </w:r>
      <w:r>
        <w:t xml:space="preserve"> Sources describe a mix of sadness and anger, with people feeling “reduced to an identity” rather than their professional skill set. </w:t>
      </w:r>
      <w:r/>
    </w:p>
    <w:p>
      <w:pPr>
        <w:pStyle w:val="ListBullet"/>
        <w:spacing w:line="240" w:lineRule="auto"/>
        <w:ind w:left="720"/>
      </w:pPr>
      <w:r/>
      <w:r>
        <w:rPr>
          <w:b/>
        </w:rPr>
        <w:t>Why it matters:</w:t>
      </w:r>
      <w:r>
        <w:t xml:space="preserve"> Loss of experienced analysts weakens institutional memory and could complicate future recruitment and retention. </w:t>
      </w:r>
      <w:r/>
    </w:p>
    <w:p>
      <w:pPr>
        <w:pStyle w:val="ListBullet"/>
        <w:spacing w:line="240" w:lineRule="auto"/>
        <w:ind w:left="720"/>
      </w:pPr>
      <w:r/>
      <w:r>
        <w:rPr>
          <w:b/>
        </w:rPr>
        <w:t>What they want:</w:t>
      </w:r>
      <w:r>
        <w:t xml:space="preserve"> Many hope for a restored pathway back into intelligence roles once political winds shift, and for support structures beyond the previous DEI formats. </w:t>
      </w:r>
      <w:r/>
      <w:r/>
    </w:p>
    <w:p>
      <w:pPr>
        <w:pStyle w:val="Heading2"/>
      </w:pPr>
      <w:r>
        <w:t>A resilient, quiet organising spurt , what happened and why it feels different</w:t>
      </w:r>
      <w:r/>
    </w:p>
    <w:p>
      <w:r/>
      <w:r>
        <w:t>The most striking image here is almost domestic: a resignation-party soiree at a gay karaoke bar in Virginia where former colleagues gathered to mark a departure and, quietly, a plan. That’s the scene Sasha Ingber described in her Substack, and it underlines how personal these shifts feel. Instead of a conventional protest, people met, commiserated and sketched a way back into public service. Backstory matters. According to reporting, the firings and departures happened amid a wider purge of diversity, equity and inclusion programmes. The result, veterans say, was that brilliant analysts found themselves boxed into a single label , and then dismissed. The emotional mix is clear: loss of work, pride and a sense of wasted expertise.</w:t>
      </w:r>
      <w:r/>
    </w:p>
    <w:p>
      <w:pPr>
        <w:pStyle w:val="Heading2"/>
      </w:pPr>
      <w:r>
        <w:t>The human cost: expertise traded for a headline</w:t>
      </w:r>
      <w:r/>
    </w:p>
    <w:p>
      <w:r/>
      <w:r>
        <w:t>When agencies lose experienced analysts, the costs are practical as well as symbolic. Intelligence work relies on years of contacts, pattern recognition and institutional memory , none of which you can rebuild overnight. Sources at the gathering told reporters they felt their war-zone tours, on-the-ground knowledge and analytical instincts mattered less than their sexual orientation once politics intruded. That’s not just personal; it affects mission readiness. Recruiters and retention officers will watch this closely, because if top talent feels disposable they’re less likely to stay or to recommend a career in government.</w:t>
      </w:r>
      <w:r/>
    </w:p>
    <w:p>
      <w:pPr>
        <w:pStyle w:val="Heading2"/>
      </w:pPr>
      <w:r>
        <w:t>What “return” looks like , realistic paths and political realities</w:t>
      </w:r>
      <w:r/>
    </w:p>
    <w:p>
      <w:r/>
      <w:r>
        <w:t>People at the event reportedly talked about coming back when the political environment changes, which is a plausible scenario. Hiring freezes and ideological purges are often followed by rehiring, rehabs of DEI programmes, or the creation of new support networks. But reinstatement isn’t automatic: security clearances, resumed vetting and fresh background checks take time. Practical tip: anyone considering a return should document performance reviews, mission accomplishments and contacts now, while memories are fresh and legal avenues to challenge dismissals remain open.</w:t>
      </w:r>
      <w:r/>
    </w:p>
    <w:p>
      <w:pPr>
        <w:pStyle w:val="Heading2"/>
      </w:pPr>
      <w:r>
        <w:t>Why the debate on DEI matters for national security</w:t>
      </w:r>
      <w:r/>
    </w:p>
    <w:p>
      <w:r/>
      <w:r>
        <w:t>DEI programmes have been a flashpoint in federal policy debates, and this episode crystallises the tension. Critics see such programmes as political; supporters see them as talent pipelines and retention tools. The truth is somewhere in between: inclusion initiatives can surface new perspectives critical for understanding adversaries, while poorly executed efforts risk tokenism. Policy watchers should track whether forthcoming changes rebuild inclusive support structures or try to paper over lost expertise. Either way, the intelligence community’s ability to attract diverse thinkers has strategic consequences.</w:t>
      </w:r>
      <w:r/>
    </w:p>
    <w:p>
      <w:pPr>
        <w:pStyle w:val="Heading2"/>
      </w:pPr>
      <w:r>
        <w:t>Reactions and the road ahead: pragmatic hope, cautious realism</w:t>
      </w:r>
      <w:r/>
    </w:p>
    <w:p>
      <w:r/>
      <w:r>
        <w:t>There’s a determined, almost patient tone among those who want back in. They expect to fight for jobs and reputations rather than stage a public campaign. That attitude makes sense; in intelligence circles, credibility and calm are currencies. Yet a lot depends on electoral politics and internal agency decisions. If you care about public service capacity, keep an eye on rehiring trends and whether agencies create forums for returning employees to rebuild trust and mentorship. That’s where the real repair work will happen.</w:t>
      </w:r>
      <w:r/>
    </w:p>
    <w:p>
      <w:r/>
      <w:r>
        <w:t>It's a small but telling fight over who gets to serve and how agencies value people beyond headlines.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[6]</w:t>
        </w:r>
      </w:hyperlink>
      <w:r>
        <w:t xml:space="preserve">- Paragraph 5: </w:t>
      </w:r>
      <w:hyperlink r:id="rId12">
        <w:r>
          <w:rPr>
            <w:color w:val="0000EE"/>
            <w:u w:val="single"/>
          </w:rPr>
          <w:t>[4]</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https://www.wnd.com/2026/08/razor-like-resoluteness-purged-cia-officials-plan-their/?utm_source=rss&amp;utm_medium=rss&amp;utm_campaign=razor-like-resoluteness-purged-cia-officials-plan-their</w:t>
        </w:r>
      </w:hyperlink>
      <w:r>
        <w:t xml:space="preserve"> - Please view link - unable to able to access data</w:t>
      </w:r>
      <w:r/>
    </w:p>
    <w:p>
      <w:pPr>
        <w:pStyle w:val="ListNumber"/>
        <w:spacing w:line="240" w:lineRule="auto"/>
        <w:ind w:left="720"/>
      </w:pPr>
      <w:r/>
      <w:hyperlink r:id="rId10">
        <w:r>
          <w:rPr>
            <w:color w:val="0000EE"/>
            <w:u w:val="single"/>
          </w:rPr>
          <w:t>https://www.theatlantic.com/magazine/2026/10/trump-white-house-transgender-mike-pence/688284/?utm_source=apple_news</w:t>
        </w:r>
      </w:hyperlink>
      <w:r>
        <w:t xml:space="preserve"> - Julia Curlee, a transgender CIA officer, shares her poignant story of public service under multiple U.S. administrations, culminating in her forced departure under President Trump’s second term. Curlee recounts her journey, from realising her gender identity to transitioning while at the CIA, where she initially received affirmation and rose to become a Presidential Daily Briefer. Notably, she briefed Vice President Pence, whom she found respectful and professional despite his public views on LGBTQ issues. Under Trump's return to office in 2024, Curlee faced renewed hostility. Policies targeting trans individuals—from restroom bans to revoked health coverage—created an increasingly hostile environment. Despite ultimately being dismissed after a public outing by a right-wing figure, Curlee continued to serve until her access was revoked. She reflects on the depersonalising effects of these policies, witnessing colleagues purged and institutions silent in the face of anti-trans rhetoric. Curlee ultimately resigns from the CIA, no longer able to recommend it to LGBTQ youth. She warns of an authoritarian trend where minorities are scapegoated, and truth-tellers silenced. Yet, she reclaims her voice, writing in her own name to affirm her existence and inspire trans youth to believe they, too, belong in public service.</w:t>
      </w:r>
      <w:r/>
    </w:p>
    <w:p>
      <w:pPr>
        <w:pStyle w:val="ListNumber"/>
        <w:spacing w:line="240" w:lineRule="auto"/>
        <w:ind w:left="720"/>
      </w:pPr>
      <w:r/>
      <w:hyperlink r:id="rId11">
        <w:r>
          <w:rPr>
            <w:color w:val="0000EE"/>
            <w:u w:val="single"/>
          </w:rPr>
          <w:t>https://www.theatlantic.com/podcasts/2026/08/ra-trans-cia/688289/?utm_source=apple_news</w:t>
        </w:r>
      </w:hyperlink>
      <w:r>
        <w:t xml:space="preserve"> - Julia Curlee, a longtime CIA officer and the first to openly transition while serving, shares the powerful story of her career, identity, and forced departure from federal service amidst rising political hostility toward transgender individuals. Inspired by childhood dreams of both intelligence work and living authentically as a woman, she joined the CIA in 2007 and transitioned in 2013. Her outstanding performance earned her high-level assignments, including briefing Vice President Pence and serving on the National Security Council across multiple administrations. Despite her successful tenure, Curlee was removed from her White House position shortly after the start of the second Trump administration in 2025 without explanation. She later faced isolation and discriminatory restrictions at the CIA, culminating in her resignation. Her story highlights the erosion of nonpartisan civil service values, the marginalisation of transgender professionals, and a broader degradation of expertise under political pressures. Curlee warns of the national security risks resulting from the politicisation of intelligence and the silencing of dissenting voices. In telling her story publicly for the first time, she seeks to affirm the value and patriotism of LGBTQ+ public servants and confront the systemic discrimination shaping U.S. governance.</w:t>
      </w:r>
      <w:r/>
    </w:p>
    <w:p>
      <w:pPr>
        <w:pStyle w:val="ListNumber"/>
        <w:spacing w:line="240" w:lineRule="auto"/>
        <w:ind w:left="720"/>
      </w:pPr>
      <w:r/>
      <w:hyperlink r:id="rId12">
        <w:r>
          <w:rPr>
            <w:color w:val="0000EE"/>
            <w:u w:val="single"/>
          </w:rPr>
          <w:t>https://www.academyinfo.net/2026/08/22/fired-transgender-cia-officer-shares-her-message-for-trump/</w:t>
        </w:r>
      </w:hyperlink>
      <w:r>
        <w:t xml:space="preserve"> - Julia Curlee spent nearly twenty years at the CIA and briefed then-Vice President Mike Pence every morning for a year. 70 days into the Trump administration, she was let go and is now speaking out to MS NOW’s Peter Alexander. MSNOW: My Source for News, Opinion, and the World. Subscribe to MS NOW: https://www.youtube.com/@msnow Subscribe to MS NOW’s We the People Newsletter for exclusive content from your favorite MS NOW anchors. Sign up now for free at https://ms.now/joinus MSNOW #CIA #PeterAlexander</w:t>
      </w:r>
      <w:r/>
    </w:p>
    <w:p>
      <w:pPr>
        <w:pStyle w:val="ListNumber"/>
        <w:spacing w:line="240" w:lineRule="auto"/>
        <w:ind w:left="720"/>
      </w:pPr>
      <w:r/>
      <w:hyperlink r:id="rId12">
        <w:r>
          <w:rPr>
            <w:color w:val="0000EE"/>
            <w:u w:val="single"/>
          </w:rPr>
          <w:t>https://www.academyinfo.net/2026/08/22/fired-transgender-cia-officer-shares-her-message-for-trump/</w:t>
        </w:r>
      </w:hyperlink>
      <w:r>
        <w:t xml:space="preserve"> - Julia Curlee spent nearly twenty years at the CIA and briefed then-Vice President Mike Pence every morning for a year. 70 days into the Trump administration, she was let go and is now speaking out to MS NOW’s Peter Alexander. MSNOW: My Source for News, Opinion, and the World. Subscribe to MS NOW: https://www.youtube.com/@msnow Subscribe to MS NOW’s We the People Newsletter for exclusive content from your favorite MS NOW anchors. Sign up now for free at https://ms.now/joinus MSNOW #CIA #PeterAlexander</w:t>
      </w:r>
      <w:r/>
    </w:p>
    <w:p>
      <w:pPr>
        <w:pStyle w:val="ListNumber"/>
        <w:spacing w:line="240" w:lineRule="auto"/>
        <w:ind w:left="720"/>
      </w:pPr>
      <w:r/>
      <w:hyperlink r:id="rId12">
        <w:r>
          <w:rPr>
            <w:color w:val="0000EE"/>
            <w:u w:val="single"/>
          </w:rPr>
          <w:t>https://www.academyinfo.net/2026/08/22/fired-transgender-cia-officer-shares-her-message-for-trump/</w:t>
        </w:r>
      </w:hyperlink>
      <w:r>
        <w:t xml:space="preserve"> - Julia Curlee spent nearly twenty years at the CIA and briefed then-Vice President Mike Pence every morning for a year. 70 days into the Trump administration, she was let go and is now speaking out to MS NOW’s Peter Alexander. MSNOW: My Source for News, Opinion, and the World. Subscribe to MS NOW: https://www.youtube.com/@msnow Subscribe to MS NOW’s We the People Newsletter for exclusive content from your favorite MS NOW anchors. Sign up now for free at https://ms.now/joinus MSNOW #CIA #PeterAlexander</w:t>
      </w:r>
      <w:r/>
    </w:p>
    <w:p>
      <w:pPr>
        <w:pStyle w:val="ListNumber"/>
        <w:spacing w:line="240" w:lineRule="auto"/>
        <w:ind w:left="720"/>
      </w:pPr>
      <w:r/>
      <w:hyperlink r:id="rId12">
        <w:r>
          <w:rPr>
            <w:color w:val="0000EE"/>
            <w:u w:val="single"/>
          </w:rPr>
          <w:t>https://www.academyinfo.net/2026/08/22/fired-transgender-cia-officer-shares-her-message-for-trump/</w:t>
        </w:r>
      </w:hyperlink>
      <w:r>
        <w:t xml:space="preserve"> - Julia Curlee spent nearly twenty years at the CIA and briefed then-Vice President Mike Pence every morning for a year. 70 days into the Trump administration, she was let go and is now speaking out to MS NOW’s Peter Alexander. MSNOW: My Source for News, Opinion, and the World. Subscribe to MS NOW: https://www.youtube.com/@msnow Subscribe to MS NOW’s We the People Newsletter for exclusive content from your favorite MS NOW anchors. Sign up now for free at https://ms.now/joinus MSNOW #CIA #PeterAlexander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nd.com/2026/08/razor-like-resoluteness-purged-cia-officials-plan-their/?utm_source=rss&amp;utm_medium=rss&amp;utm_campaign=razor-like-resoluteness-purged-cia-officials-plan-their" TargetMode="External"/><Relationship Id="rId10" Type="http://schemas.openxmlformats.org/officeDocument/2006/relationships/hyperlink" Target="https://www.theatlantic.com/magazine/2026/10/trump-white-house-transgender-mike-pence/688284/?utm_source=apple_news" TargetMode="External"/><Relationship Id="rId11" Type="http://schemas.openxmlformats.org/officeDocument/2006/relationships/hyperlink" Target="https://www.theatlantic.com/podcasts/2026/08/ra-trans-cia/688289/?utm_source=apple_news" TargetMode="External"/><Relationship Id="rId12" Type="http://schemas.openxmlformats.org/officeDocument/2006/relationships/hyperlink" Target="https://www.academyinfo.net/2026/08/22/fired-transgender-cia-officer-shares-her-message-for-tru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