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Liège Pride Guide 2026: What to Expect and How to Join the Fun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already spotting rainbows in Liège as the city prepares for Liège Pride 2026; organisers promise a packed program of concerts, drag shows, a colourful parade and safer, ticketed festival spaces , here’s what to know, where to be and how to make the most of the weekend.</w:t>
      </w:r>
      <w:r/>
    </w:p>
    <w:p>
      <w:r/>
      <w:r>
        <w:t>Essential Takeaways</w:t>
      </w:r>
      <w:r/>
      <w:r/>
    </w:p>
    <w:p>
      <w:pPr>
        <w:pStyle w:val="ListBullet"/>
        <w:spacing w:line="240" w:lineRule="auto"/>
        <w:ind w:left="720"/>
      </w:pPr>
      <w:r/>
      <w:r>
        <w:rPr>
          <w:b/>
        </w:rPr>
        <w:t>Opening night energy:</w:t>
      </w:r>
      <w:r>
        <w:t xml:space="preserve"> Kicks off at Cité Miroir with live performances, LGBTQIA+ quiz and a film, tickets available via the Liège Pride app.</w:t>
      </w:r>
      <w:r/>
    </w:p>
    <w:p>
      <w:pPr>
        <w:pStyle w:val="ListBullet"/>
        <w:spacing w:line="240" w:lineRule="auto"/>
        <w:ind w:left="720"/>
      </w:pPr>
      <w:r/>
      <w:r>
        <w:rPr>
          <w:b/>
        </w:rPr>
        <w:t>Street party returns:</w:t>
      </w:r>
      <w:r>
        <w:t xml:space="preserve"> Guinguette Casquette brings DJs and drag shows on Friday; the vibe is loud, proud and nostalgic.</w:t>
      </w:r>
      <w:r/>
    </w:p>
    <w:p>
      <w:pPr>
        <w:pStyle w:val="ListBullet"/>
        <w:spacing w:line="240" w:lineRule="auto"/>
        <w:ind w:left="720"/>
      </w:pPr>
      <w:r/>
      <w:r>
        <w:rPr>
          <w:b/>
        </w:rPr>
        <w:t>Saturday parade:</w:t>
      </w:r>
      <w:r>
        <w:t xml:space="preserve"> Starts 15:00 at La Belle Liégeoise, includes a minute of silence, floats from local groups and Antwerp Pride, finishes at B9.</w:t>
      </w:r>
      <w:r/>
    </w:p>
    <w:p>
      <w:pPr>
        <w:pStyle w:val="ListBullet"/>
        <w:spacing w:line="240" w:lineRule="auto"/>
        <w:ind w:left="720"/>
      </w:pPr>
      <w:r/>
      <w:r>
        <w:rPr>
          <w:b/>
        </w:rPr>
        <w:t>Safer festival setup:</w:t>
      </w:r>
      <w:r>
        <w:t xml:space="preserve"> The main festival takes place indoors in a secured venue with advance booking; entry is €3 presale, €6 on the door.</w:t>
      </w:r>
      <w:r/>
    </w:p>
    <w:p>
      <w:pPr>
        <w:pStyle w:val="ListBullet"/>
        <w:spacing w:line="240" w:lineRule="auto"/>
        <w:ind w:left="720"/>
      </w:pPr>
      <w:r/>
      <w:r>
        <w:rPr>
          <w:b/>
        </w:rPr>
        <w:t>Family-friendly support:</w:t>
      </w:r>
      <w:r>
        <w:t xml:space="preserve"> The Rainbow Family and local groups emphasise inclusivity and celebration of difference.</w:t>
      </w:r>
      <w:r/>
      <w:r/>
    </w:p>
    <w:p>
      <w:pPr>
        <w:pStyle w:val="Heading2"/>
      </w:pPr>
      <w:r>
        <w:t>Opening night: culture, crowd and cinematic sparkle</w:t>
      </w:r>
      <w:r/>
    </w:p>
    <w:p>
      <w:r/>
      <w:r>
        <w:t>Expect a bright, buzzy start at Cité Miroir where organisers have curated an opening night that mixes live music, performance and a feel-good film screening. The room should smell faintly of stage polish and coffee, and seats may be scarce , tickets via the Liège Pride app will be essential. According to the festival line-up, acts like Edaya and Sarah Logan will perform, while a Jim Queen screening adds a pop-culture moment. If you like a compact, curated evening before the street-level mayhem, this is your warm-up.</w:t>
      </w:r>
      <w:r/>
    </w:p>
    <w:p>
      <w:pPr>
        <w:pStyle w:val="Heading2"/>
      </w:pPr>
      <w:r>
        <w:t>Guinguette Casquette: street DJs and drag that bring the block to life</w:t>
      </w:r>
      <w:r/>
    </w:p>
    <w:p>
      <w:r/>
      <w:r>
        <w:t>On Friday the rue de la Casquette transforms into a festival strip with DJs and drag shows that historically drew thousands. Last year nearly 2,000 people spilled onto the street to dance and watch, and expectations are high for a similar crowd. Street-level parties are great if you want spontaneous moments, but arrive early for the best spots and wear comfortable shoes , the pavement isn’t running a red carpet. Chat with shopkeepers displaying Pride stickers; they’re part of the welcome and local atmosphere.</w:t>
      </w:r>
      <w:r/>
    </w:p>
    <w:p>
      <w:pPr>
        <w:pStyle w:val="Heading2"/>
      </w:pPr>
      <w:r>
        <w:t>The parade: solemn, festive and deliberately inclusive</w:t>
      </w:r>
      <w:r/>
    </w:p>
    <w:p>
      <w:r/>
      <w:r>
        <w:t>The big Saturday procession sets off at 15:00 from beneath the Belle Liégeoise footbridge and blends celebration with conscience. Organisers will pause for a minute of silence to remember victims of homophobia and transphobia, then proceed with floats from groups including the Maison Arc-en-ciel, University of Liège and Antwerp Pride. The route leads to Outremeuse and finishes at B9, where the day becomes a controlled festival. If you’re attending with friends or family, pick a meeting point before the march , mobile coverage can get patchy in crowds.</w:t>
      </w:r>
      <w:r/>
    </w:p>
    <w:p>
      <w:pPr>
        <w:pStyle w:val="Heading2"/>
      </w:pPr>
      <w:r>
        <w:t>Festival safety and ticketing: indoors, curated and accessible</w:t>
      </w:r>
      <w:r/>
    </w:p>
    <w:p>
      <w:r/>
      <w:r>
        <w:t>In response to broader security concerns, notably after the Berlin Pride incident, organisers emphasise a maximised-security approach: the headline festival is held in a closed venue with capacity limits and controlled entry. It’s a sensible precaution that means fewer queues but also the need to pre-book via the Liège Pride app. Tickets are cheap , €3 presale, €6 on the gate , which keeps events accessible while allowing organisers to manage numbers. If you’re anxious about crowds, this structure should offer reassurance without dulling the party.</w:t>
      </w:r>
      <w:r/>
    </w:p>
    <w:p>
      <w:pPr>
        <w:pStyle w:val="Heading2"/>
      </w:pPr>
      <w:r>
        <w:t>Families, allies and the Rainbow Family movement</w:t>
      </w:r>
      <w:r/>
    </w:p>
    <w:p>
      <w:r/>
      <w:r>
        <w:t>One of the sweetest developments is the growth of the Rainbow Family, a group of parents and relatives who joined after the 2024 event. Their presence underlines a simple point: Pride is for communities as well as clubs. The movement’s aim is to celebrate children and young people “whatever their particularities”, and their involvement nudges the event towards intergenerational warmth. For anyone bringing kids or older relatives, look out for family-friendly pockets of programming and quieter windows in the schedule.</w:t>
      </w:r>
      <w:r/>
    </w:p>
    <w:p>
      <w:pPr>
        <w:pStyle w:val="Heading2"/>
      </w:pPr>
      <w:r>
        <w:t>Practical tips: get there, what to bring and where to plug in</w:t>
      </w:r>
      <w:r/>
    </w:p>
    <w:p>
      <w:r/>
      <w:r>
        <w:t>Download the Liège Pride app to reserve spots for each evening, check live updates and keep the programme to hand. Dress for changeable weather , the parade is outside , but pack a lightweight rain layer because, as organisers cheerfully note, “more than rain will stop us” but the forecast matters. If you plan to take photos, be mindful and ask permission before snapping people; Pride is a celebration, not a photoshoot. Finally, use public transport or cycle: trams will run, and organisers say the parade won’t block tram services.</w:t>
      </w:r>
      <w:r/>
    </w:p>
    <w:p>
      <w:r/>
      <w:r>
        <w:t>It's a small change that can make every moment safer and more joyful , and Liège seems ready to prove that Pride can be both fierce and warmly local.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9">
        <w:r>
          <w:rPr>
            <w:color w:val="0000EE"/>
            <w:u w:val="single"/>
          </w:rPr>
          <w:t>[1]</w:t>
        </w:r>
      </w:hyperlink>
      <w:r>
        <w:t xml:space="preserve">, </w:t>
      </w:r>
      <w:hyperlink r:id="rId15">
        <w:r>
          <w:rPr>
            <w:color w:val="0000EE"/>
            <w:u w:val="single"/>
          </w:rPr>
          <w:t>[3]</w:t>
        </w:r>
      </w:hyperlink>
      <w:r>
        <w:t xml:space="preserve">- Paragraph 6: </w:t>
      </w:r>
      <w:hyperlink r:id="rId10">
        <w:r>
          <w:rPr>
            <w:color w:val="0000EE"/>
            <w:u w:val="single"/>
          </w:rPr>
          <w:t>[2]</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https://www.dhnet.be/regions/liege/2026/08/24/la-pride-revient-a-liege-tout-est-pret-il-ny-a-plus-qua-esperer-que-la-meteo-soit-bonne-meme-sil-faut-plus-que-la-pluie-pour-nous-arreter-77QYFLCTZFA25LD4CRJGCFG52Y/</w:t>
        </w:r>
      </w:hyperlink>
      <w:r>
        <w:t xml:space="preserve"> - Please view link - unable to able to access data</w:t>
      </w:r>
      <w:r/>
    </w:p>
    <w:p>
      <w:pPr>
        <w:pStyle w:val="ListNumber"/>
        <w:spacing w:line="240" w:lineRule="auto"/>
        <w:ind w:left="720"/>
      </w:pPr>
      <w:r/>
      <w:hyperlink r:id="rId10">
        <w:r>
          <w:rPr>
            <w:color w:val="0000EE"/>
            <w:u w:val="single"/>
          </w:rPr>
          <w:t>https://liegepride.be/en/evenement/pride-party-notger-partner-pride-pass/</w:t>
        </w:r>
      </w:hyperlink>
      <w:r>
        <w:t xml:space="preserve"> - The Liège Pride 2026 Pride Pass offers access to various events on Saturday, August 24, including Dancing Queer at Café des Arts and the Pride Party at Notger. The pass, priced at €12, also provides a free shot at partner establishments. It can be purchased online or at partner locations such as Mix-It Store and Café des Arts. The pass is available for collection at the Pride Village on Place Saint-Lambert or directly at the event entrances on the evening of August 24.</w:t>
      </w:r>
      <w:r/>
    </w:p>
    <w:p>
      <w:pPr>
        <w:pStyle w:val="ListNumber"/>
        <w:spacing w:line="240" w:lineRule="auto"/>
        <w:ind w:left="720"/>
      </w:pPr>
      <w:r/>
      <w:hyperlink r:id="rId15">
        <w:r>
          <w:rPr>
            <w:color w:val="0000EE"/>
            <w:u w:val="single"/>
          </w:rPr>
          <w:t>https://liegepride.be/en/evenement/after-pride-rooftop-party/</w:t>
        </w:r>
      </w:hyperlink>
      <w:r>
        <w:t xml:space="preserve"> - YUST is hosting an After-Pride Rooftop Party on Sunday, August 30, 2026, to conclude the Liège Pride festivities. The event features DJ Montana, who will perform from 5 PM, offering a vibrant atmosphere with panoramic city views. Attendees can enjoy a variety of cold drinks and a rooftop menu, including snacks and burgers. The event is free without reservation but has sold out. For more details, visit the official Liège Pride website.</w:t>
      </w:r>
      <w:r/>
    </w:p>
    <w:p>
      <w:pPr>
        <w:pStyle w:val="ListNumber"/>
        <w:spacing w:line="240" w:lineRule="auto"/>
        <w:ind w:left="720"/>
      </w:pPr>
      <w:r/>
      <w:hyperlink r:id="rId11">
        <w:r>
          <w:rPr>
            <w:color w:val="0000EE"/>
            <w:u w:val="single"/>
          </w:rPr>
          <w:t>https://www.afterprideliege.be/</w:t>
        </w:r>
      </w:hyperlink>
      <w:r>
        <w:t xml:space="preserve"> - Afterprideliege is an inclusive event celebrating love in all its forms, taking place in Liège. The programme includes a float in the official Liège Pride parade on August 29, 2026, and an exclusive performance by Afida Turner at Billie Jean on August 30, 2026. The after-party at Billie Jean promises an electric atmosphere in the heart of Liège's Carré district. For more information, visit their official website.</w:t>
      </w:r>
      <w:r/>
    </w:p>
    <w:p>
      <w:pPr>
        <w:pStyle w:val="ListNumber"/>
        <w:spacing w:line="240" w:lineRule="auto"/>
        <w:ind w:left="720"/>
      </w:pPr>
      <w:r/>
      <w:hyperlink r:id="rId14">
        <w:r>
          <w:rPr>
            <w:color w:val="0000EE"/>
            <w:u w:val="single"/>
          </w:rPr>
          <w:t>https://happeningnext.com/event/dancing-queer-official-pride-closing-party-li%C3%A8ge-pride-2026-eid3a0e0v69bj</w:t>
        </w:r>
      </w:hyperlink>
      <w:r>
        <w:t xml:space="preserve"> - Dancing Queer is the official closing party of Liège Pride 2026, scheduled for Saturday, August 29, 2026, from 10 PM to 4 AM at the ÖMEGA CLUB in Liège. The event features DJs Gino and Jeudre'Mix, known for their contributions to the queer party scene. The ÖMEGA CLUB is a new venue, offering an exclusive experience for attendees. For more details and tickets, visit the event page.</w:t>
      </w:r>
      <w:r/>
    </w:p>
    <w:p>
      <w:pPr>
        <w:pStyle w:val="ListNumber"/>
        <w:spacing w:line="240" w:lineRule="auto"/>
        <w:ind w:left="720"/>
      </w:pPr>
      <w:r/>
      <w:hyperlink r:id="rId13">
        <w:r>
          <w:rPr>
            <w:color w:val="0000EE"/>
            <w:u w:val="single"/>
          </w:rPr>
          <w:t>https://www.belgiumbearpride.be/</w:t>
        </w:r>
      </w:hyperlink>
      <w:r>
        <w:t xml:space="preserve"> - Belgium Bearpride 2026, themed 'Bear Folies', celebrates the diversity of masculinities within the bear community. Scheduled from September 29 to October 4, 2026, the event includes the Mr Bear Belgium Contestants Gathering on August 21, 2026, in Oostende, and the Bear Splash at Sauna Oasis in Brussels on September 12, 2026. The theme highlights various expressions of masculinity, promoting freedom and inclusivity. For more information, visit their official website.</w:t>
      </w:r>
      <w:r/>
    </w:p>
    <w:p>
      <w:pPr>
        <w:pStyle w:val="ListNumber"/>
        <w:spacing w:line="240" w:lineRule="auto"/>
        <w:ind w:left="720"/>
      </w:pPr>
      <w:r/>
      <w:hyperlink r:id="rId12">
        <w:r>
          <w:rPr>
            <w:color w:val="0000EE"/>
            <w:u w:val="single"/>
          </w:rPr>
          <w:t>https://www.egb-asbl.net/egb-event/pride-de-liege-2026-%F0%9F%8C%88/</w:t>
        </w:r>
      </w:hyperlink>
      <w:r>
        <w:t xml:space="preserve"> - Entre Gays Belgique ASBL invites participants to join them for the Liège Pride 2026 on August 29, 2026, at 12 PM. The event aims to celebrate diversity, LGBTQIA+ visibility, and share a festive, inclusive, and friendly moment. Attendees are welcome to join the parade, enjoy the atmosphere, and meet new people. The objective is to experience the Pride together in a respectful and joyful manner. For more details and participation, visit their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hnet.be/regions/liege/2026/08/24/la-pride-revient-a-liege-tout-est-pret-il-ny-a-plus-qua-esperer-que-la-meteo-soit-bonne-meme-sil-faut-plus-que-la-pluie-pour-nous-arreter-77QYFLCTZFA25LD4CRJGCFG52Y/" TargetMode="External"/><Relationship Id="rId10" Type="http://schemas.openxmlformats.org/officeDocument/2006/relationships/hyperlink" Target="https://liegepride.be/en/evenement/pride-party-notger-partner-pride-pass/" TargetMode="External"/><Relationship Id="rId11" Type="http://schemas.openxmlformats.org/officeDocument/2006/relationships/hyperlink" Target="https://www.afterprideliege.be/" TargetMode="External"/><Relationship Id="rId12" Type="http://schemas.openxmlformats.org/officeDocument/2006/relationships/hyperlink" Target="https://www.egb-asbl.net/egb-event/pride-de-liege-2026-%F0%9F%8C%88/" TargetMode="External"/><Relationship Id="rId13" Type="http://schemas.openxmlformats.org/officeDocument/2006/relationships/hyperlink" Target="https://www.belgiumbearpride.be/" TargetMode="External"/><Relationship Id="rId14" Type="http://schemas.openxmlformats.org/officeDocument/2006/relationships/hyperlink" Target="https://happeningnext.com/event/dancing-queer-official-pride-closing-party-li%C3%A8ge-pride-2026-eid3a0e0v69bj" TargetMode="External"/><Relationship Id="rId15" Type="http://schemas.openxmlformats.org/officeDocument/2006/relationships/hyperlink" Target="https://liegepride.be/en/evenement/after-pride-rooftop-par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