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New Comedian of the Year 2026 Heats: Where to Catch Rising Queer Talent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heading for the front row as the LGBTQ+ New Comedian of the Year heats kick off in September, giving London and UK audiences a chance to spot and vote for the next queer comedy breakout. Shows run across famous rooms, with pocket-friendly tickets and a £1,000 prize that could turbocharge a comedian’s career.</w:t>
      </w:r>
      <w:r/>
    </w:p>
    <w:p>
      <w:r/>
      <w:r>
        <w:t>Essential Takeaways</w:t>
      </w:r>
      <w:r/>
      <w:r/>
    </w:p>
    <w:p>
      <w:pPr>
        <w:pStyle w:val="ListBullet"/>
        <w:spacing w:line="240" w:lineRule="auto"/>
        <w:ind w:left="720"/>
      </w:pPr>
      <w:r/>
      <w:r>
        <w:rPr>
          <w:b/>
        </w:rPr>
        <w:t>What it is:</w:t>
      </w:r>
      <w:r>
        <w:t xml:space="preserve"> A nationwide competition with heats across London, Edinburgh and Manchester, leading to a grand final at The Comedy Store and a £1,000 prize.</w:t>
      </w:r>
      <w:r/>
    </w:p>
    <w:p>
      <w:pPr>
        <w:pStyle w:val="ListBullet"/>
        <w:spacing w:line="240" w:lineRule="auto"/>
        <w:ind w:left="720"/>
      </w:pPr>
      <w:r/>
      <w:r>
        <w:rPr>
          <w:b/>
        </w:rPr>
        <w:t>When and where:</w:t>
      </w:r>
      <w:r>
        <w:t xml:space="preserve"> Heats start 9 September at The Divine, then move to venues including George IV Chiswick, Scottish Storytelling Centre and Frog &amp; Bucket.</w:t>
      </w:r>
      <w:r/>
    </w:p>
    <w:p>
      <w:pPr>
        <w:pStyle w:val="ListBullet"/>
        <w:spacing w:line="240" w:lineRule="auto"/>
        <w:ind w:left="720"/>
      </w:pPr>
      <w:r/>
      <w:r>
        <w:rPr>
          <w:b/>
        </w:rPr>
        <w:t>Who to watch:</w:t>
      </w:r>
      <w:r>
        <w:t xml:space="preserve"> Diverse line-ups from trans-masc performers to drag, musical comedians and neurodivergent voices , many have festival credits or previous finalists among them.</w:t>
      </w:r>
      <w:r/>
    </w:p>
    <w:p>
      <w:pPr>
        <w:pStyle w:val="ListBullet"/>
        <w:spacing w:line="240" w:lineRule="auto"/>
        <w:ind w:left="720"/>
      </w:pPr>
      <w:r/>
      <w:r>
        <w:rPr>
          <w:b/>
        </w:rPr>
        <w:t>Ticket vibe:</w:t>
      </w:r>
      <w:r>
        <w:t xml:space="preserve"> Affordable plus early doors for meet-the-comedian atmosphere; shows typically run doors 6.30pm, show 7.30pm and cost around £12–£14.</w:t>
      </w:r>
      <w:r/>
    </w:p>
    <w:p>
      <w:pPr>
        <w:pStyle w:val="ListBullet"/>
        <w:spacing w:line="240" w:lineRule="auto"/>
        <w:ind w:left="720"/>
      </w:pPr>
      <w:r/>
      <w:r>
        <w:rPr>
          <w:b/>
        </w:rPr>
        <w:t>Why it matters:</w:t>
      </w:r>
      <w:r>
        <w:t xml:space="preserve"> Previous finalists went on to agents, TV, festival slots and online followings , this is a genuine launchpad.</w:t>
      </w:r>
      <w:r/>
      <w:r/>
    </w:p>
    <w:p>
      <w:pPr>
        <w:pStyle w:val="Heading2"/>
      </w:pPr>
      <w:r>
        <w:t>Heats kick off in iconic queer rooms , expect a buzzy, intimate atmosphere</w:t>
      </w:r>
      <w:r/>
    </w:p>
    <w:p>
      <w:r/>
      <w:r>
        <w:t>The opening night at The Divine on 9 September sets the tone, with doors at 6.30pm and a tight, clubby feel that makes every punchline land up close. According to Outsavvy’s event listing, the organisers have stacked the nights to be accessible and lively, with hosts and headliners who bring a warm, queer energy. For first-timers this is heaven , small venue, affordable ticket and the chance to see raw, hungry performers trying to make a mark. If you like to be part of a crowd that can influence a career, bring friends, get a front seat and clap loudly.</w:t>
      </w:r>
      <w:r/>
    </w:p>
    <w:p>
      <w:pPr>
        <w:pStyle w:val="Heading2"/>
      </w:pPr>
      <w:r>
        <w:t>A genuinely diverse line-up , representation on stage matters</w:t>
      </w:r>
      <w:r/>
    </w:p>
    <w:p>
      <w:r/>
      <w:r>
        <w:t>Across the six heats you’ll find a broad mix: drag artists, trans-masc voices, neurodivergent and disabled comedians, musicians, and international performers. Chortle and competition pages note the competition’s open brief to queer-identifying comics, which means the roster reads like a snapshot of contemporary queer Britain. That matters because audiences get to hear stories and perspectives that rarely dominate mainstream line-ups , and for comedians, this exposure can translate into festival invites and representation deals.</w:t>
      </w:r>
      <w:r/>
    </w:p>
    <w:p>
      <w:pPr>
        <w:pStyle w:val="Heading2"/>
      </w:pPr>
      <w:r>
        <w:t>From heats to The Comedy Store , why the prize still counts</w:t>
      </w:r>
      <w:r/>
    </w:p>
    <w:p>
      <w:r/>
      <w:r>
        <w:t>The prize isn’t just the £1,000 , it’s visibility. The final will be staged at The Comedy Store, a name that still carries weight in the UK circuit. Previous winners and finalists have found agents and television opportunities after their runs, according to industry listings on comedy opportunity pages. For a new comic, that single late-night set in a packed room can change the arc of a career, so these heats are less novelty and more a practical platform.</w:t>
      </w:r>
      <w:r/>
    </w:p>
    <w:p>
      <w:pPr>
        <w:pStyle w:val="Heading2"/>
      </w:pPr>
      <w:r>
        <w:t>How to choose which night to attend , practical tips</w:t>
      </w:r>
      <w:r/>
    </w:p>
    <w:p>
      <w:r/>
      <w:r>
        <w:t>Pick a night by headliner or host if you want a guaranteed laugh, or go by theme , some bills lean musical, others are more confessional or absurdist. If you’re scouting future stars, choose nights with lots of first-time acts; if you want a polished show, aim for bills with finalists or well-reviewed headliners. Buy early , venues are small and tickets are cheap, so they’ll sell fast. And if you love a performer, use social media to follow and support them after the show; that follow can make a real difference.</w:t>
      </w:r>
      <w:r/>
    </w:p>
    <w:p>
      <w:pPr>
        <w:pStyle w:val="Heading2"/>
      </w:pPr>
      <w:r>
        <w:t>What to expect from the audience and the vibe , more than just stand-up</w:t>
      </w:r>
      <w:r/>
    </w:p>
    <w:p>
      <w:r/>
      <w:r>
        <w:t>These nights are community events as much as comedy shows. Expect loud introductions, post-set conversations by the bar and a friendly, sometimes raucous atmosphere. Hosts like Sue Gives a F**k and MCs with strong crowd-work reputations keep the tempo high and the energy supportive. If you’ve only been to mainstream comedy rooms, come with an open mind , the room will feel warmer, brasher and often more inventive.</w:t>
      </w:r>
      <w:r/>
    </w:p>
    <w:p>
      <w:pPr>
        <w:pStyle w:val="Heading2"/>
      </w:pPr>
      <w:r>
        <w:t>Looking ahead , why this year’s crop feels significant</w:t>
      </w:r>
      <w:r/>
    </w:p>
    <w:p>
      <w:r/>
      <w:r>
        <w:t>The competition’s continued growth and the quality of entries listed on competition and festival pages suggest queer comedy is expanding its roster of voices and formats. From musical sets to neurodivergent storytelling, the variety signals that audiences want novelty as much as polish. Expect a few surprise stars to emerge and to see some of them on festival bills or late-night shows next year.</w:t>
      </w:r>
      <w:r/>
    </w:p>
    <w:p>
      <w:r/>
      <w:r>
        <w:t>It’s a small change that can make every laugh mean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https://www.qxmagazine.com/2026/08/the-lgbtq-new-comedian-of-the-year-launches-at-the-divine-on-9-september-2026/</w:t>
        </w:r>
      </w:hyperlink>
      <w:r>
        <w:t xml:space="preserve"> - Please view link - unable to able to access data</w:t>
      </w:r>
      <w:r/>
    </w:p>
    <w:p>
      <w:pPr>
        <w:pStyle w:val="ListNumber"/>
        <w:spacing w:line="240" w:lineRule="auto"/>
        <w:ind w:left="720"/>
      </w:pPr>
      <w:r/>
      <w:hyperlink r:id="rId10">
        <w:r>
          <w:rPr>
            <w:color w:val="0000EE"/>
            <w:u w:val="single"/>
          </w:rPr>
          <w:t>https://www.outsavvy.com/event/38840/lgbtq-new-comedian-of-the-year-2026-heats-1-london</w:t>
        </w:r>
      </w:hyperlink>
      <w:r>
        <w:t xml:space="preserve"> - The LGBTQ+ New Comedian of the Year 2026 competition is set to commence with Heat 1 at The Divine in London on Wednesday, 9th September 2026. The event will feature a lineup of emerging LGBTQ+ comedians, including headliner Ciara Barnes, a finalist from the 2025 competition. The evening will be hosted by drag artist and comedian Sue Gives a F**k. Tickets are available for £12 to £14, with doors opening at 6:30 PM and the show starting at 7:30 PM. The Divine is located at 33-35 Stoke Newington Road, London, N16 8BJ. (</w:t>
      </w:r>
      <w:hyperlink r:id="rId16">
        <w:r>
          <w:rPr>
            <w:color w:val="0000EE"/>
            <w:u w:val="single"/>
          </w:rPr>
          <w:t>outsavvy.com</w:t>
        </w:r>
      </w:hyperlink>
      <w:r>
        <w:t>)</w:t>
      </w:r>
      <w:r/>
    </w:p>
    <w:p>
      <w:pPr>
        <w:pStyle w:val="ListNumber"/>
        <w:spacing w:line="240" w:lineRule="auto"/>
        <w:ind w:left="720"/>
      </w:pPr>
      <w:r/>
      <w:hyperlink r:id="rId12">
        <w:r>
          <w:rPr>
            <w:color w:val="0000EE"/>
            <w:u w:val="single"/>
          </w:rPr>
          <w:t>https://www.comedybloomers.com/competition2026</w:t>
        </w:r>
      </w:hyperlink>
      <w:r>
        <w:t xml:space="preserve"> - The LGBTQ+ New Comedian of the Year competition, now in its fifth year, serves as a prominent platform for emerging LGBTQ+ stand-up comedians in the UK. Previous finalists and winners have secured comedy agents, performed at major comedy clubs and festivals, appeared on television and radio, and built significant online audiences. This year's competition will feature heats and semi-finals leading up to the Grand Final at The Comedy Store in London. (</w:t>
      </w:r>
      <w:hyperlink r:id="rId17">
        <w:r>
          <w:rPr>
            <w:color w:val="0000EE"/>
            <w:u w:val="single"/>
          </w:rPr>
          <w:t>comedybloomers.com</w:t>
        </w:r>
      </w:hyperlink>
      <w:r>
        <w:t>)</w:t>
      </w:r>
      <w:r/>
    </w:p>
    <w:p>
      <w:pPr>
        <w:pStyle w:val="ListNumber"/>
        <w:spacing w:line="240" w:lineRule="auto"/>
        <w:ind w:left="720"/>
      </w:pPr>
      <w:r/>
      <w:hyperlink r:id="rId11">
        <w:r>
          <w:rPr>
            <w:color w:val="0000EE"/>
            <w:u w:val="single"/>
          </w:rPr>
          <w:t>https://www.chortle.com/other-news/2026/07/01/60892/entries_open_for_2026_lgbtq%2B_new_comedian_of_the_year</w:t>
        </w:r>
      </w:hyperlink>
      <w:r>
        <w:t xml:space="preserve"> - Applications have opened for the 2026 LGBTQ+ New Comedian of the Year competition, offering a £1,000 prize to the winner. The competition will culminate in a final at the Comedy Store in November, with the event professionally filmed for YouTube. Organiser Chris Smith of Comedy Bloomers encourages LGBTQ+ individuals passionate about comedy to apply, regardless of their experience level. (</w:t>
      </w:r>
      <w:hyperlink r:id="rId18">
        <w:r>
          <w:rPr>
            <w:color w:val="0000EE"/>
            <w:u w:val="single"/>
          </w:rPr>
          <w:t>chortle.com</w:t>
        </w:r>
      </w:hyperlink>
      <w:r>
        <w:t>)</w:t>
      </w:r>
      <w:r/>
    </w:p>
    <w:p>
      <w:pPr>
        <w:pStyle w:val="ListNumber"/>
        <w:spacing w:line="240" w:lineRule="auto"/>
        <w:ind w:left="720"/>
      </w:pPr>
      <w:r/>
      <w:hyperlink r:id="rId13">
        <w:r>
          <w:rPr>
            <w:color w:val="0000EE"/>
            <w:u w:val="single"/>
          </w:rPr>
          <w:t>https://www.comedy.co.uk/pro/opportunities/102/</w:t>
        </w:r>
      </w:hyperlink>
      <w:r>
        <w:t xml:space="preserve"> - The LGBTQ+ New Comedian of the Year competition, organised by Comedy Bloomers, is a stand-up competition for newer comedians, with heats in London, Edinburgh, and Manchester. The competition is open to any solo LGBTQ+ act who has been performing for less than five years and does not have an agent. Applications closed on 29th July 2026. (</w:t>
      </w:r>
      <w:hyperlink r:id="rId19">
        <w:r>
          <w:rPr>
            <w:color w:val="0000EE"/>
            <w:u w:val="single"/>
          </w:rPr>
          <w:t>comedy.co.uk</w:t>
        </w:r>
      </w:hyperlink>
      <w:r>
        <w:t>)</w:t>
      </w:r>
      <w:r/>
    </w:p>
    <w:p>
      <w:pPr>
        <w:pStyle w:val="ListNumber"/>
        <w:spacing w:line="240" w:lineRule="auto"/>
        <w:ind w:left="720"/>
      </w:pPr>
      <w:r/>
      <w:hyperlink r:id="rId14">
        <w:r>
          <w:rPr>
            <w:color w:val="0000EE"/>
            <w:u w:val="single"/>
          </w:rPr>
          <w:t>https://www.queercomedyfestival.com/event/laugh-out-tim-murray-jenn-lederer/</w:t>
        </w:r>
      </w:hyperlink>
      <w:r>
        <w:t xml:space="preserve"> - The New York Queer Comedy Festival is hosting 'Laugh Out – Tim Murray &amp; Jenn Lederer' on 9th September 2026 at 7:00 PM at the Greenwich Village Comedy Club. The event features sharp stand-up, outrageous stories, and big laughs from some of the funniest queer comedians and allies working in New York today. The venue is located at 99 MacDougal St, New York, NY 10012, USA. (</w:t>
      </w:r>
      <w:hyperlink r:id="rId20">
        <w:r>
          <w:rPr>
            <w:color w:val="0000EE"/>
            <w:u w:val="single"/>
          </w:rPr>
          <w:t>queercomedyfestival.com</w:t>
        </w:r>
      </w:hyperlink>
      <w:r>
        <w:t>)</w:t>
      </w:r>
      <w:r/>
    </w:p>
    <w:p>
      <w:pPr>
        <w:pStyle w:val="ListNumber"/>
        <w:spacing w:line="240" w:lineRule="auto"/>
        <w:ind w:left="720"/>
      </w:pPr>
      <w:r/>
      <w:hyperlink r:id="rId15">
        <w:r>
          <w:rPr>
            <w:color w:val="0000EE"/>
            <w:u w:val="single"/>
          </w:rPr>
          <w:t>https://www.queercomedyfestival.com/event/laugh-out-corma-kelley-jonah-nigh/</w:t>
        </w:r>
      </w:hyperlink>
      <w:r>
        <w:t xml:space="preserve"> - The New York Queer Comedy Festival presents 'Laugh Out – Corma Kelley &amp; Jonah Nigh' on 2nd September 2026 at 7:00 PM at the Greenwich Village Comedy Club. The event promises sharp stand-up, outrageous stories, and big laughs from some of the funniest queer comedians and allies working in New York today. The venue is located at 99 MacDougal St, New York, NY 10012, USA. (</w:t>
      </w:r>
      <w:hyperlink r:id="rId21">
        <w:r>
          <w:rPr>
            <w:color w:val="0000EE"/>
            <w:u w:val="single"/>
          </w:rPr>
          <w:t>queercomedyfestival.com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the-lgbtq-new-comedian-of-the-year-launches-at-the-divine-on-9-september-2026/" TargetMode="External"/><Relationship Id="rId10" Type="http://schemas.openxmlformats.org/officeDocument/2006/relationships/hyperlink" Target="https://www.outsavvy.com/event/38840/lgbtq-new-comedian-of-the-year-2026-heats-1-london" TargetMode="External"/><Relationship Id="rId11" Type="http://schemas.openxmlformats.org/officeDocument/2006/relationships/hyperlink" Target="https://www.chortle.com/other-news/2026/07/01/60892/entries_open_for_2026_lgbtq%2B_new_comedian_of_the_year" TargetMode="External"/><Relationship Id="rId12" Type="http://schemas.openxmlformats.org/officeDocument/2006/relationships/hyperlink" Target="https://www.comedybloomers.com/competition2026" TargetMode="External"/><Relationship Id="rId13" Type="http://schemas.openxmlformats.org/officeDocument/2006/relationships/hyperlink" Target="https://www.comedy.co.uk/pro/opportunities/102/" TargetMode="External"/><Relationship Id="rId14" Type="http://schemas.openxmlformats.org/officeDocument/2006/relationships/hyperlink" Target="https://www.queercomedyfestival.com/event/laugh-out-tim-murray-jenn-lederer/" TargetMode="External"/><Relationship Id="rId15" Type="http://schemas.openxmlformats.org/officeDocument/2006/relationships/hyperlink" Target="https://www.queercomedyfestival.com/event/laugh-out-corma-kelley-jonah-nigh/" TargetMode="External"/><Relationship Id="rId16" Type="http://schemas.openxmlformats.org/officeDocument/2006/relationships/hyperlink" Target="https://www.outsavvy.com/event/38840/lgbtq-new-comedian-of-the-year-2026-heats-1-london?utm_source=openai" TargetMode="External"/><Relationship Id="rId17" Type="http://schemas.openxmlformats.org/officeDocument/2006/relationships/hyperlink" Target="https://www.comedybloomers.com/competition2026?utm_source=openai" TargetMode="External"/><Relationship Id="rId18" Type="http://schemas.openxmlformats.org/officeDocument/2006/relationships/hyperlink" Target="https://www.chortle.com/other-news/2026/07/01/60892/entries_open_for_2026_lgbtq%2B_new_comedian_of_the_year?utm_source=openai" TargetMode="External"/><Relationship Id="rId19" Type="http://schemas.openxmlformats.org/officeDocument/2006/relationships/hyperlink" Target="https://www.comedy.co.uk/pro/opportunities/102/?utm_source=openai" TargetMode="External"/><Relationship Id="rId20" Type="http://schemas.openxmlformats.org/officeDocument/2006/relationships/hyperlink" Target="https://www.queercomedyfestival.com/event/laugh-out-tim-murray-jenn-lederer/?utm_source=openai" TargetMode="External"/><Relationship Id="rId21" Type="http://schemas.openxmlformats.org/officeDocument/2006/relationships/hyperlink" Target="https://www.queercomedyfestival.com/event/laugh-out-corma-kelley-jonah-nig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