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Lesbian Space Princess Cast Guide: Who Voices the Colourful Crew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 the voices behind the chaos. Fans are tuning into Lesbian Space Princess to savour its queer rom-com-in-space energy, and the film's eclectic Australian and New Zealand cast is a big part of the fun , familiar faces, drag stars, and sketch-comedy favourites who make the absurd world sing.</w:t>
      </w:r>
      <w:r/>
    </w:p>
    <w:p>
      <w:r/>
      <w:r>
        <w:t>Essential Takeaways</w:t>
      </w:r>
      <w:r/>
      <w:r/>
    </w:p>
    <w:p>
      <w:pPr>
        <w:pStyle w:val="ListBullet"/>
        <w:spacing w:line="240" w:lineRule="auto"/>
        <w:ind w:left="720"/>
      </w:pPr>
      <w:r/>
      <w:r>
        <w:rPr>
          <w:b/>
        </w:rPr>
        <w:t>Lead performance:</w:t>
      </w:r>
      <w:r>
        <w:t xml:space="preserve"> Shabana Azeez voices Princess Saira, bringing a shy, emotionally honest centre to the film.</w:t>
      </w:r>
      <w:r/>
    </w:p>
    <w:p>
      <w:pPr>
        <w:pStyle w:val="ListBullet"/>
        <w:spacing w:line="240" w:lineRule="auto"/>
        <w:ind w:left="720"/>
      </w:pPr>
      <w:r/>
      <w:r>
        <w:rPr>
          <w:b/>
        </w:rPr>
        <w:t>Bold counterpart:</w:t>
      </w:r>
      <w:r>
        <w:t xml:space="preserve"> Bernie Van Tiel plays Kiki the Destroyer, the bounty-hunter ex whose capture drives the plot.</w:t>
      </w:r>
      <w:r/>
    </w:p>
    <w:p>
      <w:pPr>
        <w:pStyle w:val="ListBullet"/>
        <w:spacing w:line="240" w:lineRule="auto"/>
        <w:ind w:left="720"/>
      </w:pPr>
      <w:r/>
      <w:r>
        <w:rPr>
          <w:b/>
        </w:rPr>
        <w:t>Comedy heavyweights:</w:t>
      </w:r>
      <w:r>
        <w:t xml:space="preserve"> Aunty Donna supply the voices for the Straight White Maliens, adding surreal, anarchic humour.</w:t>
      </w:r>
      <w:r/>
    </w:p>
    <w:p>
      <w:pPr>
        <w:pStyle w:val="ListBullet"/>
        <w:spacing w:line="240" w:lineRule="auto"/>
        <w:ind w:left="720"/>
      </w:pPr>
      <w:r/>
      <w:r>
        <w:rPr>
          <w:b/>
        </w:rPr>
        <w:t>Drag and stage energy:</w:t>
      </w:r>
      <w:r>
        <w:t xml:space="preserve"> Kween Kong (Thomas Fonua) lends theatrical flair as Blade; performances feel vibrant and tactile.</w:t>
      </w:r>
      <w:r/>
    </w:p>
    <w:p>
      <w:pPr>
        <w:pStyle w:val="ListBullet"/>
        <w:spacing w:line="240" w:lineRule="auto"/>
        <w:ind w:left="720"/>
      </w:pPr>
      <w:r/>
      <w:r>
        <w:rPr>
          <w:b/>
        </w:rPr>
        <w:t>Veteran presence:</w:t>
      </w:r>
      <w:r>
        <w:t xml:space="preserve"> Richard Roxburgh voices the Problematic Ship, giving gravitas and dry wit to an oddball role.</w:t>
      </w:r>
      <w:r/>
      <w:r/>
    </w:p>
    <w:p>
      <w:pPr>
        <w:pStyle w:val="Heading2"/>
      </w:pPr>
      <w:r>
        <w:t>Why the cast feels like a who’s who of Aussie-NZ comedy</w:t>
      </w:r>
      <w:r/>
    </w:p>
    <w:p>
      <w:r/>
      <w:r>
        <w:t>The first thing you notice is texture , the cast mixes understated, vulnerable voices with performers who relish theatrical outrage, and that contrast fuels the film’s jokes and heart. According to coverage of the film, Shabana Azeez anchors the story as Princess Saira, whose quiet awkwardness plays nicely against wilder characters. That yin-yang of tone is exactly what makes ensemble comedies hum.</w:t>
      </w:r>
      <w:r/>
    </w:p>
    <w:p>
      <w:r/>
      <w:r>
        <w:t>This casting also reads like a deliberate shout-out to homegrown talent, with names drawn from teen drama, sketch troupes, stage and drag circuits. If you like spotting familiar performers, this one’s a treat.</w:t>
      </w:r>
      <w:r/>
    </w:p>
    <w:p>
      <w:pPr>
        <w:pStyle w:val="Heading2"/>
      </w:pPr>
      <w:r>
        <w:t>Shabana Azeez: the unlikely soft centre</w:t>
      </w:r>
      <w:r/>
    </w:p>
    <w:p>
      <w:r/>
      <w:r>
        <w:t>Shabana Azeez gets the heavy emotional lift as Saira, the introverted royal who’s pushed into action to rescue her ex. Her background in television drama gives her the tools to balance comedy with real feeling, and viewers who recognise her from other shows will appreciate the range she offers here.</w:t>
      </w:r>
      <w:r/>
    </w:p>
    <w:p>
      <w:r/>
      <w:r>
        <w:t>If you’re choosing where to start exploring the players, Azeez’s earlier work is a good primer , it shows why the filmmakers trusted her with both the laughs and the heart.</w:t>
      </w:r>
      <w:r/>
    </w:p>
    <w:p>
      <w:pPr>
        <w:pStyle w:val="Heading2"/>
      </w:pPr>
      <w:r>
        <w:t>The loud and the proud: Aunty Donna, Kween Kong and the comic textures</w:t>
      </w:r>
      <w:r/>
    </w:p>
    <w:p>
      <w:r/>
      <w:r>
        <w:t>On the other end of the spectrum, the comedy trio Aunty Donna bring their signature absurdism to the film’s villains, the Straight White Maliens, turning an antagonistic force into a running gag machine. Their background in surreal sketches means their bits land with quickfire timing and joyful chaos.</w:t>
      </w:r>
      <w:r/>
    </w:p>
    <w:p>
      <w:r/>
      <w:r>
        <w:t>Meanwhile, Kween Kong brings drag-stage charisma and movement-schooled energy to Blade. That kind of performative presence translates surprisingly well to animation, where vocal performance carries the full weight of a character’s flamboyance.</w:t>
      </w:r>
      <w:r/>
    </w:p>
    <w:p>
      <w:pPr>
        <w:pStyle w:val="Heading2"/>
      </w:pPr>
      <w:r>
        <w:t>Familiar TV faces that widen the audience</w:t>
      </w:r>
      <w:r/>
    </w:p>
    <w:p>
      <w:r/>
      <w:r>
        <w:t>The film peppers in names that will feel recognisable to different viewers: Gemma Chua-Tran, known from Heartbreak High, voices Willow; Bernie Van Tiel, with web and TV credits, plays Kiki; Richard Roxburgh , a stalwart of Australian screen drama and international films , voices the Problematic Ship.</w:t>
      </w:r>
      <w:r/>
    </w:p>
    <w:p>
      <w:r/>
      <w:r>
        <w:t>This mix helps the film reach beyond animated-comedy fans to viewers who follow particular actors, and it gives parents or older audience members something to latch on to while the kids (or inner kids) enjoy the madness.</w:t>
      </w:r>
      <w:r/>
    </w:p>
    <w:p>
      <w:pPr>
        <w:pStyle w:val="Heading2"/>
      </w:pPr>
      <w:r>
        <w:t>Small roles, big flavour: why the supporting cast matters</w:t>
      </w:r>
      <w:r/>
    </w:p>
    <w:p>
      <w:r/>
      <w:r>
        <w:t>It’s worth noting the smaller roles too , performers such as Jordan Raskopoulos, Madeleine Sami, Reuben Kaye and Demi Lardner add texture and unexpected riffs throughout the runtime. In ensemble animation, those bits are where characterful world-building happens, and the film leans into that, letting guest voices steal the scene with a line or two.</w:t>
      </w:r>
      <w:r/>
    </w:p>
    <w:p>
      <w:r/>
      <w:r>
        <w:t>If you like detail, listen for the little turns that make the galaxy feel lived-in; they’re often the funniest moments.</w:t>
      </w:r>
      <w:r/>
    </w:p>
    <w:p>
      <w:r/>
      <w:r>
        <w:t>Closing line Pop on the film, listen closely , you’ll hear familiar voices doing surprising things, and it’s a small pleasure that makes the whole adventure feel friendlier.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[3]</w:t>
        </w:r>
      </w:hyperlink>
      <w:r>
        <w:t xml:space="preserve">, </w:t>
      </w:r>
      <w:hyperlink r:id="rId9">
        <w:r>
          <w:rPr>
            <w:color w:val="0000EE"/>
            <w:u w:val="single"/>
          </w:rPr>
          <w:t>[6]</w:t>
        </w:r>
      </w:hyperlink>
      <w:r>
        <w:t xml:space="preserve">- Paragraph 2: </w:t>
      </w:r>
      <w:hyperlink r:id="rId9">
        <w:r>
          <w:rPr>
            <w:color w:val="0000EE"/>
            <w:u w:val="single"/>
          </w:rPr>
          <w:t>[3]</w:t>
        </w:r>
      </w:hyperlink>
      <w:r>
        <w:t xml:space="preserve">, </w:t>
      </w:r>
      <w:hyperlink r:id="rId9">
        <w:r>
          <w:rPr>
            <w:color w:val="0000EE"/>
            <w:u w:val="single"/>
          </w:rPr>
          <w:t>[5]</w:t>
        </w:r>
      </w:hyperlink>
      <w:r>
        <w:t xml:space="preserve">- Paragraph 3: </w:t>
      </w:r>
      <w:hyperlink r:id="rId10">
        <w:r>
          <w:rPr>
            <w:color w:val="0000EE"/>
            <w:u w:val="single"/>
          </w:rPr>
          <w:t>[2]</w:t>
        </w:r>
      </w:hyperlink>
      <w:r>
        <w:t xml:space="preserve">, </w:t>
      </w:r>
      <w:hyperlink r:id="rId9">
        <w:r>
          <w:rPr>
            <w:color w:val="0000EE"/>
            <w:u w:val="single"/>
          </w:rPr>
          <w:t>[3]</w:t>
        </w:r>
      </w:hyperlink>
      <w:r>
        <w:t xml:space="preserve">- Paragraph 4: </w:t>
      </w:r>
      <w:hyperlink r:id="rId9">
        <w:r>
          <w:rPr>
            <w:color w:val="0000EE"/>
            <w:u w:val="single"/>
          </w:rPr>
          <w:t>[3]</w:t>
        </w:r>
      </w:hyperlink>
      <w:r>
        <w:t xml:space="preserve">, </w:t>
      </w:r>
      <w:hyperlink r:id="rId9">
        <w:r>
          <w:rPr>
            <w:color w:val="0000EE"/>
            <w:u w:val="single"/>
          </w:rPr>
          <w:t>[7]</w:t>
        </w:r>
      </w:hyperlink>
      <w:r>
        <w:t xml:space="preserve">- Paragraph 5: </w:t>
      </w:r>
      <w:hyperlink r:id="rId9">
        <w:r>
          <w:rPr>
            <w:color w:val="0000EE"/>
            <w:u w:val="single"/>
          </w:rPr>
          <w:t>[3]</w:t>
        </w:r>
      </w:hyperlink>
      <w:r>
        <w:t xml:space="preserve">, </w:t>
      </w:r>
      <w:hyperlink r:id="rId9">
        <w:r>
          <w:rPr>
            <w:color w:val="0000EE"/>
            <w:u w:val="single"/>
          </w:rPr>
          <w:t>[4]</w:t>
        </w:r>
      </w:hyperlink>
      <w:r>
        <w:t xml:space="preserve">- Paragraph 6: </w:t>
      </w:r>
      <w:hyperlink r:id="rId9">
        <w:r>
          <w:rPr>
            <w:color w:val="0000EE"/>
            <w:u w:val="single"/>
          </w:rPr>
          <w:t>[3]</w:t>
        </w:r>
      </w:hyperlink>
      <w:r>
        <w:t xml:space="preserve">, </w:t>
      </w:r>
      <w:hyperlink r:id="rId9">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https://www.netflixjunkie.com/hollywood-news-who-stars-in-lesbian-space-princess-meet-the-cast-and-their-best-known-roles/</w:t>
        </w:r>
      </w:hyperlink>
      <w:r>
        <w:t xml:space="preserve"> - Please view link - unable to able to access data</w:t>
      </w:r>
      <w:r/>
    </w:p>
    <w:p>
      <w:pPr>
        <w:pStyle w:val="ListNumber"/>
        <w:spacing w:line="240" w:lineRule="auto"/>
        <w:ind w:left="720"/>
      </w:pPr>
      <w:r/>
      <w:hyperlink r:id="rId10">
        <w:r>
          <w:rPr>
            <w:color w:val="0000EE"/>
            <w:u w:val="single"/>
          </w:rPr>
          <w:t>https://en.wikipedia.org/wiki/Shabana_Azeez</w:t>
        </w:r>
      </w:hyperlink>
      <w:r>
        <w:t xml:space="preserve"> - Shabana Azeez is an Australian actress and voice actor, born on 9 March 1997 in Adelaide, South Australia. She gained international recognition for her role as medical student Victoria Javadi in the HBO Max medical drama 'The Pitt' (2025–present). Azeez attended St Aloysius College in Adelaide and pursued a Bachelor of Arts and Media at the University of Adelaide. Her career includes roles in Australian films and TV series, showcasing her versatility across comedy and drama. She also performed in the live comedy duo 'The Coconuts' with Leela Varghese from 2019 to 2024.</w:t>
      </w:r>
      <w:r/>
    </w:p>
    <w:p>
      <w:pPr>
        <w:pStyle w:val="ListNumber"/>
        <w:spacing w:line="240" w:lineRule="auto"/>
        <w:ind w:left="720"/>
      </w:pPr>
      <w:r/>
      <w:hyperlink r:id="rId9">
        <w:r>
          <w:rPr>
            <w:color w:val="0000EE"/>
            <w:u w:val="single"/>
          </w:rPr>
          <w:t>https://www.netflixjunkie.com/hollywood-news-who-stars-in-lesbian-space-princess-meet-the-cast-and-their-best-known-roles/</w:t>
        </w:r>
      </w:hyperlink>
      <w:r>
        <w:t xml:space="preserve"> - The article introduces the cast of the 2025 Australian adult animated sci-fi comedy 'Lesbian Space Princess,' highlighting their previous notable roles. Shabana Azeez voices Princess Saira, known for 'The Pitt.' Bernie Van Tiel portrays Kiki the Destroyer, recognized from the web series 'Jade of Death.' Gemma Chua-Tran voices Willow, famed for 'Heartbreak High.' Richard Roxburgh plays the Problematic Ship, known for 'Rake.' Kween Kong voices Blade, a runner-up on 'RuPaul's Drag Race Down Under.' Aunty Donna voices the Straight White Maliens, known for their surreal sketch comedy. Jordan Raskopoulos voices Queen Leanne, known for 'The Ronnie Johns Half Hour.' Madeleine Sami voices Queen Anne, known for 'Deadloch.' The article provides insights into the actors' backgrounds and their contributions to the film.</w:t>
      </w:r>
      <w:r/>
    </w:p>
    <w:p>
      <w:pPr>
        <w:pStyle w:val="ListNumber"/>
        <w:spacing w:line="240" w:lineRule="auto"/>
        <w:ind w:left="720"/>
      </w:pPr>
      <w:r/>
      <w:hyperlink r:id="rId9">
        <w:r>
          <w:rPr>
            <w:color w:val="0000EE"/>
            <w:u w:val="single"/>
          </w:rPr>
          <w:t>https://www.netflixjunkie.com/hollywood-news-who-stars-in-lesbian-space-princess-meet-the-cast-and-their-best-known-roles/</w:t>
        </w:r>
      </w:hyperlink>
      <w:r>
        <w:t xml:space="preserve"> - The article introduces the cast of the 2025 Australian adult animated sci-fi comedy 'Lesbian Space Princess,' highlighting their previous notable roles. Shabana Azeez voices Princess Saira, known for 'The Pitt.' Bernie Van Tiel portrays Kiki the Destroyer, recognized from the web series 'Jade of Death.' Gemma Chua-Tran voices Willow, famed for 'Heartbreak High.' Richard Roxburgh plays the Problematic Ship, known for 'Rake.' Kween Kong voices Blade, a runner-up on 'RuPaul's Drag Race Down Under.' Aunty Donna voices the Straight White Maliens, known for their surreal sketch comedy. Jordan Raskopoulos voices Queen Leanne, known for 'The Ronnie Johns Half Hour.' Madeleine Sami voices Queen Anne, known for 'Deadloch.' The article provides insights into the actors' backgrounds and their contributions to the film.</w:t>
      </w:r>
      <w:r/>
    </w:p>
    <w:p>
      <w:pPr>
        <w:pStyle w:val="ListNumber"/>
        <w:spacing w:line="240" w:lineRule="auto"/>
        <w:ind w:left="720"/>
      </w:pPr>
      <w:r/>
      <w:hyperlink r:id="rId9">
        <w:r>
          <w:rPr>
            <w:color w:val="0000EE"/>
            <w:u w:val="single"/>
          </w:rPr>
          <w:t>https://www.netflixjunkie.com/hollywood-news-who-stars-in-lesbian-space-princess-meet-the-cast-and-their-best-known-roles/</w:t>
        </w:r>
      </w:hyperlink>
      <w:r>
        <w:t xml:space="preserve"> - The article introduces the cast of the 2025 Australian adult animated sci-fi comedy 'Lesbian Space Princess,' highlighting their previous notable roles. Shabana Azeez voices Princess Saira, known for 'The Pitt.' Bernie Van Tiel portrays Kiki the Destroyer, recognized from the web series 'Jade of Death.' Gemma Chua-Tran voices Willow, famed for 'Heartbreak High.' Richard Roxburgh plays the Problematic Ship, known for 'Rake.' Kween Kong voices Blade, a runner-up on 'RuPaul's Drag Race Down Under.' Aunty Donna voices the Straight White Maliens, known for their surreal sketch comedy. Jordan Raskopoulos voices Queen Leanne, known for 'The Ronnie Johns Half Hour.' Madeleine Sami voices Queen Anne, known for 'Deadloch.' The article provides insights into the actors' backgrounds and their contributions to the film.</w:t>
      </w:r>
      <w:r/>
    </w:p>
    <w:p>
      <w:pPr>
        <w:pStyle w:val="ListNumber"/>
        <w:spacing w:line="240" w:lineRule="auto"/>
        <w:ind w:left="720"/>
      </w:pPr>
      <w:r/>
      <w:hyperlink r:id="rId9">
        <w:r>
          <w:rPr>
            <w:color w:val="0000EE"/>
            <w:u w:val="single"/>
          </w:rPr>
          <w:t>https://www.netflixjunkie.com/hollywood-news-who-stars-in-lesbian-space-princess-meet-the-cast-and-their-best-known-roles/</w:t>
        </w:r>
      </w:hyperlink>
      <w:r>
        <w:t xml:space="preserve"> - The article introduces the cast of the 2025 Australian adult animated sci-fi comedy 'Lesbian Space Princess,' highlighting their previous notable roles. Shabana Azeez voices Princess Saira, known for 'The Pitt.' Bernie Van Tiel portrays Kiki the Destroyer, recognized from the web series 'Jade of Death.' Gemma Chua-Tran voices Willow, famed for 'Heartbreak High.' Richard Roxburgh plays the Problematic Ship, known for 'Rake.' Kween Kong voices Blade, a runner-up on 'RuPaul's Drag Race Down Under.' Aunty Donna voices the Straight White Maliens, known for their surreal sketch comedy. Jordan Raskopoulos voices Queen Leanne, known for 'The Ronnie Johns Half Hour.' Madeleine Sami voices Queen Anne, known for 'Deadloch.' The article provides insights into the actors' backgrounds and their contributions to the film.</w:t>
      </w:r>
      <w:r/>
    </w:p>
    <w:p>
      <w:pPr>
        <w:pStyle w:val="ListNumber"/>
        <w:spacing w:line="240" w:lineRule="auto"/>
        <w:ind w:left="720"/>
      </w:pPr>
      <w:r/>
      <w:hyperlink r:id="rId9">
        <w:r>
          <w:rPr>
            <w:color w:val="0000EE"/>
            <w:u w:val="single"/>
          </w:rPr>
          <w:t>https://www.netflixjunkie.com/hollywood-news-who-stars-in-lesbian-space-princess-meet-the-cast-and-their-best-known-roles/</w:t>
        </w:r>
      </w:hyperlink>
      <w:r>
        <w:t xml:space="preserve"> - The article introduces the cast of the 2025 Australian adult animated sci-fi comedy 'Lesbian Space Princess,' highlighting their previous notable roles. Shabana Azeez voices Princess Saira, known for 'The Pitt.' Bernie Van Tiel portrays Kiki the Destroyer, recognized from the web series 'Jade of Death.' Gemma Chua-Tran voices Willow, famed for 'Heartbreak High.' Richard Roxburgh plays the Problematic Ship, known for 'Rake.' Kween Kong voices Blade, a runner-up on 'RuPaul's Drag Race Down Under.' Aunty Donna voices the Straight White Maliens, known for their surreal sketch comedy. Jordan Raskopoulos voices Queen Leanne, known for 'The Ronnie Johns Half Hour.' Madeleine Sami voices Queen Anne, known for 'Deadloch.' The article provides insights into the actors' backgrounds and their contributions to the film.</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etflixjunkie.com/hollywood-news-who-stars-in-lesbian-space-princess-meet-the-cast-and-their-best-known-roles/" TargetMode="External"/><Relationship Id="rId10" Type="http://schemas.openxmlformats.org/officeDocument/2006/relationships/hyperlink" Target="https://en.wikipedia.org/wiki/Shabana_Azeez"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