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João Pessoa’s 25th Parada da Diversidade: When, Who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the colour on 30 August , João Pessoa’s 25th Parada da Diversidade kicks off at 14:00 on the Tambaú promenade, bringing music, performance and political mobilisation together in a lively celebration of LGBTQIAPNB+ rights and culture. It’s a major local gathering with a packed line‑up and clear civic aims.</w:t>
      </w:r>
      <w:r/>
    </w:p>
    <w:p>
      <w:r/>
      <w:r>
        <w:t>Essential Takeaways</w:t>
      </w:r>
      <w:r/>
      <w:r/>
    </w:p>
    <w:p>
      <w:pPr>
        <w:pStyle w:val="ListBullet"/>
        <w:spacing w:line="240" w:lineRule="auto"/>
        <w:ind w:left="720"/>
      </w:pPr>
      <w:r/>
      <w:r>
        <w:rPr>
          <w:b/>
        </w:rPr>
        <w:t>When and where:</w:t>
      </w:r>
      <w:r>
        <w:t xml:space="preserve"> The parade starts at 14:00 on 30 August, with the main concentration at the Busto de Tamandaré on Tambaú’s orla.</w:t>
      </w:r>
      <w:r/>
    </w:p>
    <w:p>
      <w:pPr>
        <w:pStyle w:val="ListBullet"/>
        <w:spacing w:line="240" w:lineRule="auto"/>
        <w:ind w:left="720"/>
      </w:pPr>
      <w:r/>
      <w:r>
        <w:rPr>
          <w:b/>
        </w:rPr>
        <w:t>Big programme:</w:t>
      </w:r>
      <w:r>
        <w:t xml:space="preserve"> Live shows, DJs, drag performances and political spaces promise a mix of party and protest.</w:t>
      </w:r>
      <w:r/>
    </w:p>
    <w:p>
      <w:pPr>
        <w:pStyle w:val="ListBullet"/>
        <w:spacing w:line="240" w:lineRule="auto"/>
        <w:ind w:left="720"/>
      </w:pPr>
      <w:r/>
      <w:r>
        <w:rPr>
          <w:b/>
        </w:rPr>
        <w:t>Confirmed artists:</w:t>
      </w:r>
      <w:r>
        <w:t xml:space="preserve"> Salete Campari, Estefanny Alvares, Magally Mel, Dalila Piupiu and a host of DJs and drag names are on the bill.</w:t>
      </w:r>
      <w:r/>
    </w:p>
    <w:p>
      <w:pPr>
        <w:pStyle w:val="ListBullet"/>
        <w:spacing w:line="240" w:lineRule="auto"/>
        <w:ind w:left="720"/>
      </w:pPr>
      <w:r/>
      <w:r>
        <w:rPr>
          <w:b/>
        </w:rPr>
        <w:t>Focus areas:</w:t>
      </w:r>
      <w:r>
        <w:t xml:space="preserve"> Equality, safety, public policy and remembering the movement’s history are central themes.</w:t>
      </w:r>
      <w:r/>
    </w:p>
    <w:p>
      <w:pPr>
        <w:pStyle w:val="ListBullet"/>
        <w:spacing w:line="240" w:lineRule="auto"/>
        <w:ind w:left="720"/>
      </w:pPr>
      <w:r/>
      <w:r>
        <w:rPr>
          <w:b/>
        </w:rPr>
        <w:t>Atmosphere hint:</w:t>
      </w:r>
      <w:r>
        <w:t xml:space="preserve"> Expect lively music, colourful costumes and a strong civic energy , part festival, part demonstration.</w:t>
      </w:r>
      <w:r/>
      <w:r/>
    </w:p>
    <w:p>
      <w:pPr>
        <w:pStyle w:val="Heading2"/>
      </w:pPr>
      <w:r>
        <w:t>What to expect on the Tambaú promenade</w:t>
      </w:r>
      <w:r/>
    </w:p>
    <w:p>
      <w:r/>
      <w:r>
        <w:t>João Pessoa’s seaside strip is set to feel both celebratory and urgent, a bright, seaside backdrop for a serious cause. The Busto de Tamandaré will be the heart of the action, with stages and gathering points arranged along the orla. Expect a mix of high‑energy DJs, vocal live acts and theatrical drag numbers, so the sound will move from club beats to live singing through the afternoon into evening. Bring water, sun protection and comfortable shoes , the crowd will be on its feet.</w:t>
      </w:r>
      <w:r/>
    </w:p>
    <w:p>
      <w:pPr>
        <w:pStyle w:val="Heading2"/>
      </w:pPr>
      <w:r>
        <w:t>The lineup: local stars and club rhythms</w:t>
      </w:r>
      <w:r/>
    </w:p>
    <w:p>
      <w:r/>
      <w:r>
        <w:t>Organisers have built a varied programme, pairing vocal performers like Salete Campari and Estefanny Alvares with DJs such as Toinha, Chell and Dougie. Drag performers including Diana Fierce and Morgana Sky add theatrical sparkle. That balance of music and performance keeps the mood buoyant and inclusive, and it’s an approachable way for newcomers to experience the community. If you’re planning to go for specific acts, check arrival times early , popular sets will draw big crowds.</w:t>
      </w:r>
      <w:r/>
    </w:p>
    <w:p>
      <w:pPr>
        <w:pStyle w:val="Heading2"/>
      </w:pPr>
      <w:r>
        <w:t>Politics in the parade: more than a party</w:t>
      </w:r>
      <w:r/>
    </w:p>
    <w:p>
      <w:r/>
      <w:r>
        <w:t>This parade deliberately blends celebration with mobilisation. Spaces for speeches, petitions and civic engagement are scheduled alongside the entertainment, reflecting wider concerns about safety, equality and access to public services. According to the city’s LGBTQ coordination team, the event is part festival and part platform for policy demands. If you care about local politics, bring signs, join a forum and listen to the speakers , it’s where grassroots concerns meet public visibility.</w:t>
      </w:r>
      <w:r/>
    </w:p>
    <w:p>
      <w:pPr>
        <w:pStyle w:val="Heading2"/>
      </w:pPr>
      <w:r>
        <w:t>How this fits wider cultural and civic trends</w:t>
      </w:r>
      <w:r/>
    </w:p>
    <w:p>
      <w:r/>
      <w:r>
        <w:t>Across Brazil, Pride and diversity parades are evolving: more grassroots activism, more research into public safety and a clearer link to cultural memory. Recent events in other cities have combined surveys, historical exhibits and carnival‑style processions to amplify voices and gather data. João Pessoa’s parade echoes that shift, using performance to preserve and retell the movement’s story while calling for concrete changes. For locals, it’s become both a summer highlight and an annual civic checkpoint.</w:t>
      </w:r>
      <w:r/>
    </w:p>
    <w:p>
      <w:pPr>
        <w:pStyle w:val="Heading2"/>
      </w:pPr>
      <w:r>
        <w:t>Practical tips for a smooth day out</w:t>
      </w:r>
      <w:r/>
    </w:p>
    <w:p>
      <w:r/>
      <w:r>
        <w:t>Arrive early to snag a good spot near the Busto de Tamandaré, use public transport where possible and follow local security guidance. If you want quieter moments, scout side streets off the promenade , they often host smaller performances and info stalls. For families or first‑time attendees, map out meeting points and phone recharge options. And if you’re photographing the event, ask permission before snapping portraits of performers or participants.</w:t>
      </w:r>
      <w:r/>
    </w:p>
    <w:p>
      <w:r/>
      <w:r>
        <w:t>It's a small but significant moment where celebration and civic purpose meet , join in, listen and stay safe.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3">
        <w:r>
          <w:rPr>
            <w:color w:val="0000EE"/>
            <w:u w:val="single"/>
          </w:rPr>
          <w:t>[5]</w:t>
        </w:r>
      </w:hyperlink>
      <w:r>
        <w:t xml:space="preserve">, </w:t>
      </w:r>
      <w:hyperlink r:id="rId12">
        <w:r>
          <w:rPr>
            <w:color w:val="0000EE"/>
            <w:u w:val="single"/>
          </w:rPr>
          <w:t>[4]</w:t>
        </w:r>
      </w:hyperlink>
      <w:r>
        <w:t xml:space="preserve">- Paragraph 5: </w:t>
      </w:r>
      <w:hyperlink r:id="rId11">
        <w:r>
          <w:rPr>
            <w:color w:val="0000EE"/>
            <w:u w:val="single"/>
          </w:rPr>
          <w:t>[3]</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http://acontecesantyago.blogspot.com/2026/08/25-parada-da-diversidade-de-joao-pessoa.html</w:t>
        </w:r>
      </w:hyperlink>
      <w:r>
        <w:t xml:space="preserve"> - Please view link - unable to able to access data</w:t>
      </w:r>
      <w:r/>
    </w:p>
    <w:p>
      <w:pPr>
        <w:pStyle w:val="ListNumber"/>
        <w:spacing w:line="240" w:lineRule="auto"/>
        <w:ind w:left="720"/>
      </w:pPr>
      <w:r/>
      <w:hyperlink r:id="rId10">
        <w:r>
          <w:rPr>
            <w:color w:val="0000EE"/>
            <w:u w:val="single"/>
          </w:rPr>
          <w:t>https://aloparaiba.com.br/25a-parada-da-diversidade-de-joao-pessoa-acontece-no-dia-30-de-agosto-na-orla-de-tambau/</w:t>
        </w:r>
      </w:hyperlink>
      <w:r>
        <w:t xml:space="preserve"> - The 25th Diversity Parade of João Pessoa is scheduled for August 30, 2026, starting at 2 pm at the Tambaú seafront. The event combines cultural celebration, music, and social mobilization in defense of LGBTQIAPNB+ rights. The main stage and gathering point will be at the Busto de Tamandaré, featuring shows, DJs, drag queen performances, and spaces for political and social expression. Confirmed artists include Salete Campari, Estefanny Alvares, Magally Mel, Dalila Piupiu, DJ Toinha, DJ Chell, DJ Dougie, DJ Alenkar, Diana Fierce, Morgana Sky, Barby Bicha, Leoh Fierce X, Gyovanna Rachelly, and Thallyta Marchiori. The event focuses on themes such as equality, security, public policies, citizenship, and the history of the LGBTQIAPNB+ movement.</w:t>
      </w:r>
      <w:r/>
    </w:p>
    <w:p>
      <w:pPr>
        <w:pStyle w:val="ListNumber"/>
        <w:spacing w:line="240" w:lineRule="auto"/>
        <w:ind w:left="720"/>
      </w:pPr>
      <w:r/>
      <w:hyperlink r:id="rId11">
        <w:r>
          <w:rPr>
            <w:color w:val="0000EE"/>
            <w:u w:val="single"/>
          </w:rPr>
          <w:t>https://www.joaopessoa.pb.gov.br/noticias/coordenadoria-lgbt-integra-equipe-de-realizacao-da-parada-da-diversidade/</w:t>
        </w:r>
      </w:hyperlink>
      <w:r>
        <w:t xml:space="preserve"> - The LGBT Promotion Coordination is participating in the planning meetings for the Diversity Parade, which celebrates June 28 – LGBTQIA+ Pride Day. The event is organized collectively, involving various institutional bodies and representatives from social movements across Paraíba. The aim is to support and integrate one of the main events of the LGBTQIA+ calendar with logistical support and infrastructure through partnerships with other departments of the João Pessoa City Hall. Geraldo Filho, coordinator of LGBT Promotion, emphasized the importance of the event in terms of visibility for the community's struggles and the promotion of respect and dignity for LGBTQI+ individuals.</w:t>
      </w:r>
      <w:r/>
    </w:p>
    <w:p>
      <w:pPr>
        <w:pStyle w:val="ListNumber"/>
        <w:spacing w:line="240" w:lineRule="auto"/>
        <w:ind w:left="720"/>
      </w:pPr>
      <w:r/>
      <w:hyperlink r:id="rId12">
        <w:r>
          <w:rPr>
            <w:color w:val="0000EE"/>
            <w:u w:val="single"/>
          </w:rPr>
          <w:t>https://www.anf.org.br/bloco-da-diversidade-ocupa-centro-historico-de-joao-pessoa-com-cultura-memoria-e-resistencia-no-carnaval/</w:t>
        </w:r>
      </w:hyperlink>
      <w:r>
        <w:t xml:space="preserve"> - The Bloco da Diversidade, celebrating its 11th edition with the theme 'Culture is memory, art, and resistance,' took place on February 15, 2026, in the historic center of João Pessoa. The event began at 9 am at Praça Rio Branco, with a procession led by the Orquestra de Frevo Swat, moving from Rua Braz Florentino to Rua General Osório, concluding at 11 am. More than just a party, the bloco serves as a political, cultural, and social manifestation in the heart of the capital of Paraíba. Created by the Movimento do Espírito Lilás (MEL), an entity with 34 years of defending LGBTQIAPN+ rights in Paraíba, the Bloco da Diversidade is recognized as one of the most important spaces for visibility and affirmation of the LGBTQIAPN+ community in the state.</w:t>
      </w:r>
      <w:r/>
    </w:p>
    <w:p>
      <w:pPr>
        <w:pStyle w:val="ListNumber"/>
        <w:spacing w:line="240" w:lineRule="auto"/>
        <w:ind w:left="720"/>
      </w:pPr>
      <w:r/>
      <w:hyperlink r:id="rId13">
        <w:r>
          <w:rPr>
            <w:color w:val="0000EE"/>
            <w:u w:val="single"/>
          </w:rPr>
          <w:t>https://podernews.com.br/2026/06/28/fortaleza-realiza-pesquisa-inedita-durante-parada-da-diversidade/</w:t>
        </w:r>
      </w:hyperlink>
      <w:r>
        <w:t xml:space="preserve"> - On June 28, 2026, Fortaleza hosted the 25th Parade for Sexual Diversity on Avenida Beira-Mar. For the first time, the city's Tourism Secretariat conducted a survey to map the profile and satisfaction level of participants. The study aimed to evaluate aspects such as infrastructure, security, and urban mobility during the celebration. The collected data will serve as a basis for planning future editions and strengthening inclusive tourism in the capital. In addition to the in-person data collection, the Secretariat made a virtual questionnaire available focused on mapping LGBTQIAPN+ tourism, aiming to identify services and establishments specialized to consolidate Fortaleza as a welcoming destination for diverse visitor profiles.</w:t>
      </w:r>
      <w:r/>
    </w:p>
    <w:p>
      <w:pPr>
        <w:pStyle w:val="ListNumber"/>
        <w:spacing w:line="240" w:lineRule="auto"/>
        <w:ind w:left="720"/>
      </w:pPr>
      <w:r/>
      <w:hyperlink r:id="rId15">
        <w:r>
          <w:rPr>
            <w:color w:val="0000EE"/>
            <w:u w:val="single"/>
          </w:rPr>
          <w:t>https://www.joaopessoa.pb.gov.br/noticias/carnaval-multicultural-apresenta-roberta-miranda-maria-gadu-fafa-de-belem-e-mundo-livre-s-a/</w:t>
        </w:r>
      </w:hyperlink>
      <w:r>
        <w:t xml:space="preserve"> - The Multicultural Carnival of João Pessoa celebrated the diversity of rhythms with six blocos in the Folia de Rua program on February 14 and 15, 2026. From the historic center to the seafront, passing through traditional neighborhoods like Torre and Mangabeira, the festivities featured popular manifestations, traditional blocos, frevo orchestras, maracatu, ala ursas, and major names in Brazilian music, such as Roberta Miranda, Maria Gadú, Fafá de Belém, and the band Mundo Livre S/A, reinforcing the democratic and cultural character of the festival. Marcus Alves, executive director of the João Pessoa Cultural Foundation (Funjope), emphasized that the city's cultural policy works with the idea of diversity in all events, aiming to deliver a beautiful, well-organized, peaceful, and safe party to the capital.</w:t>
      </w:r>
      <w:r/>
    </w:p>
    <w:p>
      <w:pPr>
        <w:pStyle w:val="ListNumber"/>
        <w:spacing w:line="240" w:lineRule="auto"/>
        <w:ind w:left="720"/>
      </w:pPr>
      <w:r/>
      <w:hyperlink r:id="rId14">
        <w:r>
          <w:rPr>
            <w:color w:val="0000EE"/>
            <w:u w:val="single"/>
          </w:rPr>
          <w:t>https://paraibaonline.com.br/entretenimento/2026/02/12/carnaval-multicultural-programacao-em-varios-bairros-de-joao-pessoa-nesta-quinta/</w:t>
        </w:r>
      </w:hyperlink>
      <w:r>
        <w:t xml:space="preserve"> - The 2026 Multicultural Carnival of João Pessoa continued to energize the city with a program marked by diversity, identity, and appreciation of popular traditions. Strengthened during the current administration, the event reaffirmed its democratic and decentralized character on Thursday, February 12, with attractions distributed throughout the historic center and various neighborhoods of the capital. Marcus Alves, executive director of the João Pessoa Cultural Foundation (Funjope), highlighted that the capital's carnival is guided by the concept of multiculturalism and respect for cultural diversity. This approach integrates the municipal cultural policy, which aims to welcome and strengthen the multiple artistic manifestations present in the city.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acontecesantyago.blogspot.com/2026/08/25-parada-da-diversidade-de-joao-pessoa.html" TargetMode="External"/><Relationship Id="rId10" Type="http://schemas.openxmlformats.org/officeDocument/2006/relationships/hyperlink" Target="https://aloparaiba.com.br/25a-parada-da-diversidade-de-joao-pessoa-acontece-no-dia-30-de-agosto-na-orla-de-tambau/" TargetMode="External"/><Relationship Id="rId11" Type="http://schemas.openxmlformats.org/officeDocument/2006/relationships/hyperlink" Target="https://www.joaopessoa.pb.gov.br/noticias/coordenadoria-lgbt-integra-equipe-de-realizacao-da-parada-da-diversidade/" TargetMode="External"/><Relationship Id="rId12" Type="http://schemas.openxmlformats.org/officeDocument/2006/relationships/hyperlink" Target="https://www.anf.org.br/bloco-da-diversidade-ocupa-centro-historico-de-joao-pessoa-com-cultura-memoria-e-resistencia-no-carnaval/" TargetMode="External"/><Relationship Id="rId13" Type="http://schemas.openxmlformats.org/officeDocument/2006/relationships/hyperlink" Target="https://podernews.com.br/2026/06/28/fortaleza-realiza-pesquisa-inedita-durante-parada-da-diversidade/" TargetMode="External"/><Relationship Id="rId14" Type="http://schemas.openxmlformats.org/officeDocument/2006/relationships/hyperlink" Target="https://paraibaonline.com.br/entretenimento/2026/02/12/carnaval-multicultural-programacao-em-varios-bairros-de-joao-pessoa-nesta-quinta/" TargetMode="External"/><Relationship Id="rId15" Type="http://schemas.openxmlformats.org/officeDocument/2006/relationships/hyperlink" Target="https://www.joaopessoa.pb.gov.br/noticias/carnaval-multicultural-apresenta-roberta-miranda-maria-gadu-fafa-de-belem-e-mundo-livre-s-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