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Gillian Anderson Roles Ranked for Big Sapphic Energy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queer culture are revisiting Gillian Anderson’s career, spotting which performances sparked gay awakenings , from subtle subtext to full-on sapphic confessionals. Here’s a lively ranking of her roles, why they matter to LGBTQIA+ audiences, and how they shaped queer fandom culture.</w:t>
      </w:r>
      <w:r/>
    </w:p>
    <w:p>
      <w:r/>
      <w:r>
        <w:t>Essential Takeaways</w:t>
      </w:r>
      <w:r/>
      <w:r/>
    </w:p>
    <w:p>
      <w:pPr>
        <w:pStyle w:val="ListBullet"/>
        <w:spacing w:line="240" w:lineRule="auto"/>
        <w:ind w:left="720"/>
      </w:pPr>
      <w:r/>
      <w:r>
        <w:rPr>
          <w:b/>
        </w:rPr>
        <w:t>Standout range:</w:t>
      </w:r>
      <w:r>
        <w:t xml:space="preserve"> Gillian Anderson has played everything from a sceptical FBI agent to a sultry historical figure, each role offering different sapphic vibes.</w:t>
      </w:r>
      <w:r/>
    </w:p>
    <w:p>
      <w:pPr>
        <w:pStyle w:val="ListBullet"/>
        <w:spacing w:line="240" w:lineRule="auto"/>
        <w:ind w:left="720"/>
      </w:pPr>
      <w:r/>
      <w:r>
        <w:rPr>
          <w:b/>
        </w:rPr>
        <w:t>Not always explicit:</w:t>
      </w:r>
      <w:r>
        <w:t xml:space="preserve"> Some performances radiate queer energy without being canonically queer , vivid, magnetic, and fandom-fuelling.</w:t>
      </w:r>
      <w:r/>
    </w:p>
    <w:p>
      <w:pPr>
        <w:pStyle w:val="ListBullet"/>
        <w:spacing w:line="240" w:lineRule="auto"/>
        <w:ind w:left="720"/>
      </w:pPr>
      <w:r/>
      <w:r>
        <w:rPr>
          <w:b/>
        </w:rPr>
        <w:t>Recent shift:</w:t>
      </w:r>
      <w:r>
        <w:t xml:space="preserve"> Her role in Teenage Sex And Death At Camp Miasma marks her most openly sapphic part, with frank intimacy and queer-centred storytelling.</w:t>
      </w:r>
      <w:r/>
    </w:p>
    <w:p>
      <w:pPr>
        <w:pStyle w:val="ListBullet"/>
        <w:spacing w:line="240" w:lineRule="auto"/>
        <w:ind w:left="720"/>
      </w:pPr>
      <w:r/>
      <w:r>
        <w:rPr>
          <w:b/>
        </w:rPr>
        <w:t>Fan impact:</w:t>
      </w:r>
      <w:r>
        <w:t xml:space="preserve"> Shows like The X-Files and Sex Education sparked huge queer fan engagement, inspiring fiction, headcanons, and community affection.</w:t>
      </w:r>
      <w:r/>
    </w:p>
    <w:p>
      <w:pPr>
        <w:pStyle w:val="ListBullet"/>
        <w:spacing w:line="240" w:lineRule="auto"/>
        <w:ind w:left="720"/>
      </w:pPr>
      <w:r/>
      <w:r>
        <w:rPr>
          <w:b/>
        </w:rPr>
        <w:t>How to watch:</w:t>
      </w:r>
      <w:r>
        <w:t xml:space="preserve"> Look for performances that pair chemistry, nuance, and emotional honesty if you want that sapphic spark.</w:t>
      </w:r>
      <w:r/>
      <w:r/>
    </w:p>
    <w:p>
      <w:pPr>
        <w:pStyle w:val="Heading2"/>
      </w:pPr>
      <w:r>
        <w:t>Why Dana Scully still tops many sapphic moodboards</w:t>
      </w:r>
      <w:r/>
    </w:p>
    <w:p>
      <w:r/>
      <w:r>
        <w:t>There’s a particular hush when Gillian Anderson’s Dana Scully steps into a scene, a cool, precise presence that somehow feels quietly intimate. The X-Files era turned Scully into more than a TV character; she became a touchstone for queer viewers discovering same-sex desire through subtext and chemistry. Fans translated look, loyalty, and emotional dependence into longing, and that cultural afterglow has kept Scully central to conversations about sapphic awakenings.</w:t>
      </w:r>
      <w:r/>
    </w:p>
    <w:p>
      <w:r/>
      <w:r>
        <w:t>The show itself never made Scully explicitly queer, but the intensity of her relationship with Mulder and Anderson’s understated performance gave viewers lots of room to imagine. That’s the point: representation isn’t only about labels, it’s about the emotional spaces characters open up. For anyone curious where their own queer feelings began, revisiting The X-Files with that in mind is part nostalgia, part gentle archaeology.</w:t>
      </w:r>
      <w:r/>
    </w:p>
    <w:p>
      <w:pPr>
        <w:pStyle w:val="Heading2"/>
      </w:pPr>
      <w:r>
        <w:t>Stella Gibson: bisexual, bold and quietly electric</w:t>
      </w:r>
      <w:r/>
    </w:p>
    <w:p>
      <w:r/>
      <w:r>
        <w:t>Stella Gibson in The Fall is a masterclass in controlled charisma. Gibson’s elegance, moral complexity, and the way she inhabits both authority and vulnerability made her a favourite among queer audiences who appreciated a bisexual female lead written with nuance. There’s a tactile quality to Gibson’s scenes , her wardrobe, her measured speech, the steady camera , that lets her sexuality be part of a larger, fascinating human portrait.</w:t>
      </w:r>
      <w:r/>
    </w:p>
    <w:p>
      <w:r/>
      <w:r>
        <w:t>This was a role that pushed against stereotypes. Stella isn’t defined by any single relationship; she’s defined by competence, by the tension she creates in every room. If you want sapphic energy that’s grown-up, deliberate, and a little dangerous, Gibson is a compelling example.</w:t>
      </w:r>
      <w:r/>
    </w:p>
    <w:p>
      <w:pPr>
        <w:pStyle w:val="Heading2"/>
      </w:pPr>
      <w:r>
        <w:t>Sex Education: allyship that still feels queer and warm</w:t>
      </w:r>
      <w:r/>
    </w:p>
    <w:p>
      <w:r/>
      <w:r>
        <w:t>It’s oddly sweet to list Sex Education among Anderson’s sapphic moments, because her Maeve-adjacent therapist is canonically straight. Yet the show itself is one of the queerest mainstream teen dramas in recent years, and Anderson’s character is an enthusiastic, empathetic ally who radiates emotional intelligence. That warmth, plus the show’s frank discussion of sexuality, made her a beloved figure for queer viewers who wanted to see adults in queer stories treated with care.</w:t>
      </w:r>
      <w:r/>
    </w:p>
    <w:p>
      <w:r/>
      <w:r>
        <w:t>Part of the appeal is accessibility. The drama mixes comedy, awkwardness, and real tenderness, and Anderson’s grounded performance made conversations about desire feel safe and serious. If you want representation that teaches as well as comforts, this is a good place to start.</w:t>
      </w:r>
      <w:r/>
    </w:p>
    <w:p>
      <w:pPr>
        <w:pStyle w:val="Heading2"/>
      </w:pPr>
      <w:r>
        <w:t>Eleanor Roosevelt in The First Lady: history with an intimate edge</w:t>
      </w:r>
      <w:r/>
    </w:p>
    <w:p>
      <w:r/>
      <w:r>
        <w:t>Playing Eleanor Roosevelt asked Anderson to inhabit a public life and an intensely private heart, particularly in scenes exploring the First Lady’s relationship with Lorena “Hick” Hickok. That historical intimacy carries real sapphic resonance because it reframes a well-known figure through the lens of affection, companionship, and romantic longing.</w:t>
      </w:r>
      <w:r/>
    </w:p>
    <w:p>
      <w:r/>
      <w:r>
        <w:t>Historical dramas can sanitise queer lives, but when they give space to tenderness it matters. Anderson’s performance invites viewers to recognise same-sex love in the past as vivid and consequential, not incidental. For queer viewers who prize both representation and historical gravitas, this role lands with emotional weight.</w:t>
      </w:r>
      <w:r/>
    </w:p>
    <w:p>
      <w:pPr>
        <w:pStyle w:val="Heading2"/>
      </w:pPr>
      <w:r>
        <w:t>The Abandons: unexpected chemistry sells sapphic fandom</w:t>
      </w:r>
      <w:r/>
    </w:p>
    <w:p>
      <w:r/>
      <w:r>
        <w:t>The Abandons wasn’t marketed as a queer story, but watching Gillian Anderson share scenes with Lena Headey , two actors with massive queer fanbases , created a buzz. Sometimes sapphic energy grows simply from pairing two charismatic women onscreen; fans respond to looks, timing, and what’s left unsaid. The result: a surge of queer attention that elevated a non-queer show into fandom chatter.</w:t>
      </w:r>
      <w:r/>
    </w:p>
    <w:p>
      <w:r/>
      <w:r>
        <w:t>This is a reminder that representation can be emergent. Casting choices, actor reputations, and audience desire all combine to create queer readings, whether creators planned them or not. If you enjoy shipping and fan culture, The Abandons is a neat example of how that alchemy happens.</w:t>
      </w:r>
      <w:r/>
    </w:p>
    <w:p>
      <w:pPr>
        <w:pStyle w:val="Heading2"/>
      </w:pPr>
      <w:r>
        <w:t>Teenage Sex And Death At Camp Miasma: Gillian’s most openly sapphic turn</w:t>
      </w:r>
      <w:r/>
    </w:p>
    <w:p>
      <w:r/>
      <w:r>
        <w:t>Here’s the most explicit entry: Teenage Sex And Death At Camp Miasma brings trans and sapphic stories front and centre, and Anderson occupies a role that’s unabashedly part of that world. Shared screen time with Hannah Einbinder and the film’s frankness about intimacy mark a clear shift toward queer-first storytelling in Anderson’s recent choices.</w:t>
      </w:r>
      <w:r/>
    </w:p>
    <w:p>
      <w:r/>
      <w:r>
        <w:t>This is the kind of project that doesn’t just wink at queer audiences , it speaks directly to them. For viewers who’ve waited to see Anderson in openly sapphic narratives, this is a satisfying, celebratory moment. It also suggests a broader trend: big-name actors bringing visibility to queer-led genre films, and fandoms responding loudly.</w:t>
      </w:r>
      <w:r/>
    </w:p>
    <w:p>
      <w:pPr>
        <w:pStyle w:val="Heading2"/>
      </w:pPr>
      <w:r>
        <w:t>How these roles changed the queer viewing landscape</w:t>
      </w:r>
      <w:r/>
    </w:p>
    <w:p>
      <w:r/>
      <w:r>
        <w:t>Across decades, Anderson’s career shows how star performances can become queer cultural touchstones. Sometimes it’s subtext, sometimes explicit romance, and often it’s the way a performer’s presence invites queer imagination. Fans build communities around those moments , through fan fiction, art, and spirited online debate , and that activity shapes which roles feel pioneering.</w:t>
      </w:r>
      <w:r/>
    </w:p>
    <w:p>
      <w:r/>
      <w:r>
        <w:t>If you’re compiling a watchlist, mix the canonically queer with the subtext-heavy. That variety is part of the fun: you get the thrill of recognition and the pleasure of discovering new layers in familiar performances.</w:t>
      </w:r>
      <w:r/>
    </w:p>
    <w:p>
      <w:r/>
      <w:r>
        <w:t>It's a small change that can make every rewatch feel like a new 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Paragraph 3: </w:t>
      </w:r>
      <w:hyperlink r:id="rId12">
        <w:r>
          <w:rPr>
            <w:color w:val="0000EE"/>
            <w:u w:val="single"/>
          </w:rPr>
          <w:t>[6]</w:t>
        </w:r>
      </w:hyperlink>
      <w:r>
        <w:t xml:space="preserve">- Paragraph 4: </w:t>
      </w:r>
      <w:hyperlink r:id="rId13">
        <w:r>
          <w:rPr>
            <w:color w:val="0000EE"/>
            <w:u w:val="single"/>
          </w:rPr>
          <w:t>[5]</w:t>
        </w:r>
      </w:hyperlink>
      <w:r>
        <w:t xml:space="preserve">- Paragraph 5: </w:t>
      </w:r>
      <w:hyperlink r:id="rId12">
        <w:r>
          <w:rPr>
            <w:color w:val="0000EE"/>
            <w:u w:val="single"/>
          </w:rPr>
          <w:t>[6]</w:t>
        </w:r>
      </w:hyperlink>
      <w:r>
        <w:t xml:space="preserve">- Paragraph 6: </w:t>
      </w:r>
      <w:hyperlink r:id="rId14">
        <w:r>
          <w:rPr>
            <w:color w:val="0000EE"/>
            <w:u w:val="single"/>
          </w:rPr>
          <w:t>[3]</w:t>
        </w:r>
      </w:hyperlink>
      <w:r>
        <w:t xml:space="preserve">- Paragraph 7: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https://diva-magazine.com/2026/08/24/ranking-6-gillian-anderson-roles-on-their-big-sapphic-energy/?utm_source=rss&amp;utm_medium=rss&amp;utm_campaign=ranking-6-gillian-anderson-roles-on-their-big-sapphic-energy</w:t>
        </w:r>
      </w:hyperlink>
      <w:r>
        <w:t xml:space="preserve"> - Please view link - unable to able to access data</w:t>
      </w:r>
      <w:r/>
    </w:p>
    <w:p>
      <w:pPr>
        <w:pStyle w:val="ListNumber"/>
        <w:spacing w:line="240" w:lineRule="auto"/>
        <w:ind w:left="720"/>
      </w:pPr>
      <w:r/>
      <w:hyperlink r:id="rId10">
        <w:r>
          <w:rPr>
            <w:color w:val="0000EE"/>
            <w:u w:val="single"/>
          </w:rPr>
          <w:t>https://www.netflix.com/tudum/articles/the-abandons-cast-guide</w:t>
        </w:r>
      </w:hyperlink>
      <w:r>
        <w:t xml:space="preserve"> - An article from Netflix's official site detailing the cast of 'The Abandons', highlighting the performances of Lena Headey and Gillian Anderson as two mothers locked in a bitter feud in the 1850s American West. The piece provides insights into the characters and the dynamics between the two lead actresses.</w:t>
      </w:r>
      <w:r/>
    </w:p>
    <w:p>
      <w:pPr>
        <w:pStyle w:val="ListNumber"/>
        <w:spacing w:line="240" w:lineRule="auto"/>
        <w:ind w:left="720"/>
      </w:pPr>
      <w:r/>
      <w:hyperlink r:id="rId14">
        <w:r>
          <w:rPr>
            <w:color w:val="0000EE"/>
            <w:u w:val="single"/>
          </w:rPr>
          <w:t>https://www.netflix.com/tudum/articles/the-abandons-release-date</w:t>
        </w:r>
      </w:hyperlink>
      <w:r>
        <w:t xml:space="preserve"> - A Netflix article announcing the release of 'The Abandons', a Western drama starring Lena Headey and Gillian Anderson. The piece discusses the show's setting in the 1850s Washington Territory and the central conflict between two matriarchs, offering a glimpse into the series' premise and themes.</w:t>
      </w:r>
      <w:r/>
    </w:p>
    <w:p>
      <w:pPr>
        <w:pStyle w:val="ListNumber"/>
        <w:spacing w:line="240" w:lineRule="auto"/>
        <w:ind w:left="720"/>
      </w:pPr>
      <w:r/>
      <w:hyperlink r:id="rId11">
        <w:r>
          <w:rPr>
            <w:color w:val="0000EE"/>
            <w:u w:val="single"/>
          </w:rPr>
          <w:t>https://www.forbes.com/sites/danafeldman/2025/12/05/gillian-anderson-finally-plays-a-baddie-in-netflixs-the-abandons/</w:t>
        </w:r>
      </w:hyperlink>
      <w:r>
        <w:t xml:space="preserve"> - A Forbes article discussing Gillian Anderson's role as Constance Van Ness in 'The Abandons'. The piece highlights Anderson's portrayal of a formidable matriarch in a Western setting, noting the show's departure from traditional male-centric narratives and its focus on powerful female characters.</w:t>
      </w:r>
      <w:r/>
    </w:p>
    <w:p>
      <w:pPr>
        <w:pStyle w:val="ListNumber"/>
        <w:spacing w:line="240" w:lineRule="auto"/>
        <w:ind w:left="720"/>
      </w:pPr>
      <w:r/>
      <w:hyperlink r:id="rId13">
        <w:r>
          <w:rPr>
            <w:color w:val="0000EE"/>
            <w:u w:val="single"/>
          </w:rPr>
          <w:t>https://www.techradar.com/streaming/netflix/the-abandons-review</w:t>
        </w:r>
      </w:hyperlink>
      <w:r>
        <w:t xml:space="preserve"> - A review from TechRadar evaluating 'The Abandons'. The article praises the performances of Gillian Anderson and Lena Headey, noting Anderson's commanding portrayal of Van Ness. It also discusses the show's production quality and its attempt to carve a niche in the Western genre.</w:t>
      </w:r>
      <w:r/>
    </w:p>
    <w:p>
      <w:pPr>
        <w:pStyle w:val="ListNumber"/>
        <w:spacing w:line="240" w:lineRule="auto"/>
        <w:ind w:left="720"/>
      </w:pPr>
      <w:r/>
      <w:hyperlink r:id="rId12">
        <w:r>
          <w:rPr>
            <w:color w:val="0000EE"/>
            <w:u w:val="single"/>
          </w:rPr>
          <w:t>https://www.imdb.com/title/tt2294189/characters/nm0000096</w:t>
        </w:r>
      </w:hyperlink>
      <w:r>
        <w:t xml:space="preserve"> - An IMDb page detailing Gillian Anderson's character, Detective Superintendent Stella Gibson, in 'The Fall'. The page provides quotes and insights into the character's role in the series, highlighting her complex personality and the dynamics she shares with other characters.</w:t>
      </w:r>
      <w:r/>
    </w:p>
    <w:p>
      <w:pPr>
        <w:pStyle w:val="ListNumber"/>
        <w:spacing w:line="240" w:lineRule="auto"/>
        <w:ind w:left="720"/>
      </w:pPr>
      <w:r/>
      <w:hyperlink r:id="rId15">
        <w:r>
          <w:rPr>
            <w:color w:val="0000EE"/>
            <w:u w:val="single"/>
          </w:rPr>
          <w:t>https://www.imdb.com/title/tt2294189/episodes/</w:t>
        </w:r>
      </w:hyperlink>
      <w:r>
        <w:t xml:space="preserve"> - An IMDb page listing all episodes of 'The Fall'. The page offers a comprehensive overview of the series' episodes, including titles, air dates, and brief descriptions, providing viewers with a structured guide to the show's narrative progression.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4/ranking-6-gillian-anderson-roles-on-their-big-sapphic-energy/?utm_source=rss&amp;utm_medium=rss&amp;utm_campaign=ranking-6-gillian-anderson-roles-on-their-big-sapphic-energy" TargetMode="External"/><Relationship Id="rId10" Type="http://schemas.openxmlformats.org/officeDocument/2006/relationships/hyperlink" Target="https://www.netflix.com/tudum/articles/the-abandons-cast-guide" TargetMode="External"/><Relationship Id="rId11" Type="http://schemas.openxmlformats.org/officeDocument/2006/relationships/hyperlink" Target="https://www.forbes.com/sites/danafeldman/2025/12/05/gillian-anderson-finally-plays-a-baddie-in-netflixs-the-abandons/" TargetMode="External"/><Relationship Id="rId12" Type="http://schemas.openxmlformats.org/officeDocument/2006/relationships/hyperlink" Target="https://www.imdb.com/title/tt2294189/characters/nm0000096" TargetMode="External"/><Relationship Id="rId13" Type="http://schemas.openxmlformats.org/officeDocument/2006/relationships/hyperlink" Target="https://www.techradar.com/streaming/netflix/the-abandons-review" TargetMode="External"/><Relationship Id="rId14" Type="http://schemas.openxmlformats.org/officeDocument/2006/relationships/hyperlink" Target="https://www.netflix.com/tudum/articles/the-abandons-release-date" TargetMode="External"/><Relationship Id="rId15" Type="http://schemas.openxmlformats.org/officeDocument/2006/relationships/hyperlink" Target="https://www.imdb.com/title/tt2294189/episo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