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Self-Care Events in Evansville: Matthew 25’s Health Fair Carnival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morning of easy, wallet-friendly wellness , Matthew 25 AIDS Services is hosting a free Self-Care Health Fair Carnival in Evansville with fitness, mocktails, testing, and local resources, so anyone can try a new wellbeing activity without booking a spa day.</w:t>
      </w:r>
      <w:r/>
    </w:p>
    <w:p>
      <w:r/>
      <w:r>
        <w:t>Essential Takeaways</w:t>
      </w:r>
      <w:r/>
      <w:r/>
    </w:p>
    <w:p>
      <w:pPr>
        <w:pStyle w:val="ListBullet"/>
        <w:spacing w:line="240" w:lineRule="auto"/>
        <w:ind w:left="720"/>
      </w:pPr>
      <w:r/>
      <w:r>
        <w:rPr>
          <w:b/>
        </w:rPr>
        <w:t>Free and open:</w:t>
      </w:r>
      <w:r>
        <w:t xml:space="preserve"> The event on Saturday, September 12, runs 10 a.m. to noon at The Helms Hall, 5001 Washington Avenue, Entrance G , no ticket required.</w:t>
      </w:r>
      <w:r/>
    </w:p>
    <w:p>
      <w:pPr>
        <w:pStyle w:val="ListBullet"/>
        <w:spacing w:line="240" w:lineRule="auto"/>
        <w:ind w:left="720"/>
      </w:pPr>
      <w:r/>
      <w:r>
        <w:rPr>
          <w:b/>
        </w:rPr>
        <w:t>Activities to try:</w:t>
      </w:r>
      <w:r>
        <w:t xml:space="preserve"> Short, guided sessions include a South Bath Experience (bring a yoga mat) and a 30-minute hip-hop fitness class , gentle, energising options for all levels.</w:t>
      </w:r>
      <w:r/>
    </w:p>
    <w:p>
      <w:pPr>
        <w:pStyle w:val="ListBullet"/>
        <w:spacing w:line="240" w:lineRule="auto"/>
        <w:ind w:left="720"/>
      </w:pPr>
      <w:r/>
      <w:r>
        <w:rPr>
          <w:b/>
        </w:rPr>
        <w:t>Food and drinks:</w:t>
      </w:r>
      <w:r>
        <w:t xml:space="preserve"> Enjoy mocktails from Nirvana Mobile Bar and matcha, coffee, and baked goods from the Mindful Meals food truck , tastes are light and refreshing.</w:t>
      </w:r>
      <w:r/>
    </w:p>
    <w:p>
      <w:pPr>
        <w:pStyle w:val="ListBullet"/>
        <w:spacing w:line="240" w:lineRule="auto"/>
        <w:ind w:left="720"/>
      </w:pPr>
      <w:r/>
      <w:r>
        <w:rPr>
          <w:b/>
        </w:rPr>
        <w:t>Health services onsite:</w:t>
      </w:r>
      <w:r>
        <w:t xml:space="preserve"> Matthew 25 will offer free HIV and Hepatitis C testing, alongside information from local partners and supportive services.</w:t>
      </w:r>
      <w:r/>
    </w:p>
    <w:p>
      <w:pPr>
        <w:pStyle w:val="ListBullet"/>
        <w:spacing w:line="240" w:lineRule="auto"/>
        <w:ind w:left="720"/>
      </w:pPr>
      <w:r/>
      <w:r>
        <w:rPr>
          <w:b/>
        </w:rPr>
        <w:t>Community focus:</w:t>
      </w:r>
      <w:r>
        <w:t xml:space="preserve"> The fair gathers local groups like River City Pride, Evansville Housing Authority, and the Vanderburgh County Health Department , friendly, practical help is available.</w:t>
      </w:r>
      <w:r/>
      <w:r/>
    </w:p>
    <w:p>
      <w:pPr>
        <w:pStyle w:val="Heading2"/>
      </w:pPr>
      <w:r>
        <w:t>A friendly, free morning that actually feels like self-care</w:t>
      </w:r>
      <w:r/>
    </w:p>
    <w:p>
      <w:r/>
      <w:r>
        <w:t>Think of it as a low-pressure weekend pause: music in the air, the scent of coffee and matcha, and short wellness pop-ups that don’t demand a full-day commitment. Matthew 25 AIDS Services has designed the fair to be approachable , whether you’re curious about gentle movement, want to sip a non-alcoholic mocktail, or need testing and resources quietly and respectfully. It’s an ideal fit if you want self-care without the spa price tag or the pretence.</w:t>
      </w:r>
      <w:r/>
    </w:p>
    <w:p>
      <w:pPr>
        <w:pStyle w:val="Heading2"/>
      </w:pPr>
      <w:r>
        <w:t>Why Matthew 25 is putting community wellness front and centre</w:t>
      </w:r>
      <w:r/>
    </w:p>
    <w:p>
      <w:r/>
      <w:r>
        <w:t>Matthew 25 has been offering care, education and support around HIV and sexual health for decades, and this event reflects a broader approach to wellbeing. By pairing fitness tasters with mobile testing and community resources, the organisation makes health feel normal rather than clinical. For residents who might avoid formal clinics, a carnival-style event lowers barriers and reduces stigma , a practical way to reach more people.</w:t>
      </w:r>
      <w:r/>
    </w:p>
    <w:p>
      <w:pPr>
        <w:pStyle w:val="Heading2"/>
      </w:pPr>
      <w:r>
        <w:t>What you can do and try , quick, easy pick‑me‑ups</w:t>
      </w:r>
      <w:r/>
    </w:p>
    <w:p>
      <w:r/>
      <w:r>
        <w:t>Sunny Side Studios leads a South Bath Experience early on the patio, so bring a yoga mat if you’d like to lie down or stretch. Later, Studio Hype runs a 30-minute hip-hop fitness session for anyone wanting a short, upbeat workout. Between sessions you can grab a mocktail or a warm drink and chat with representatives from local services. These short bites of activity are great if you’re time-poor but want to try something new.</w:t>
      </w:r>
      <w:r/>
    </w:p>
    <w:p>
      <w:pPr>
        <w:pStyle w:val="Heading2"/>
      </w:pPr>
      <w:r>
        <w:t>Health checks without the waiting room stress</w:t>
      </w:r>
      <w:r/>
    </w:p>
    <w:p>
      <w:r/>
      <w:r>
        <w:t>If you’ve been putting off testing, this event makes it painless and private. Matthew 25 will provide free HIV and Hepatitis C testing onsite, alongside informational support. That accessibility is exactly the point: test, ask questions, and get guidance without judgement. It’s a helpful reminder that prevention and early care are part of everyday self-care.</w:t>
      </w:r>
      <w:r/>
    </w:p>
    <w:p>
      <w:pPr>
        <w:pStyle w:val="Heading2"/>
      </w:pPr>
      <w:r>
        <w:t>How community groups and visitors can get involved</w:t>
      </w:r>
      <w:r/>
    </w:p>
    <w:p>
      <w:r/>
      <w:r>
        <w:t>Matthew 25 is still welcoming additional vendors and organisations, so local groups can sign up to spread the word or offer services. If you represent a community resource, there’s a contact point for registration. For visitors, arrive early to secure a spot in the short classes and allow time to speak to staff from the partner organisations , you might leave with both a new routine and useful contacts.</w:t>
      </w:r>
      <w:r/>
    </w:p>
    <w:p>
      <w:r/>
      <w:r>
        <w:t>It's a small, practical morning that could leave you lighter, better informed, and maybe with a new wellness habit.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https://womiowensboro.com/ixp/72/p/matthew25-self-care-fair-evansville/</w:t>
        </w:r>
      </w:hyperlink>
      <w:r>
        <w:t xml:space="preserve"> - Please view link - unable to able to access data</w:t>
      </w:r>
      <w:r/>
    </w:p>
    <w:p>
      <w:pPr>
        <w:pStyle w:val="ListNumber"/>
        <w:spacing w:line="240" w:lineRule="auto"/>
        <w:ind w:left="720"/>
      </w:pPr>
      <w:r/>
      <w:hyperlink r:id="rId10">
        <w:r>
          <w:rPr>
            <w:color w:val="0000EE"/>
            <w:u w:val="single"/>
          </w:rPr>
          <w:t>https://happeningnext.com/event/self-care-carnival-with-matthew-25-eid3a0dxhaqlr</w:t>
        </w:r>
      </w:hyperlink>
      <w:r>
        <w:t xml:space="preserve"> - The Self-Care Carnival, organised by Matthew 25 AIDS Services, is scheduled for Saturday, 12 September 2026, from 10:00 am to 12:00 pm at The Helms Hall in Evansville, Indiana. The event is free and open to the public, featuring a sound bath from Sunny Side Studios, hip-hop fitness classes from Studio Hype, mocktails from Nirvana Mobile Bar, and food and coffee from Mindful Meals. Attendees can also participate in carnival games and have the chance to win tickets to BBQ, Bourbon &amp; Burlesque. Free HIV and Hepatitis C testing will be available during the event. For more information, contact Rachel Trout at rtrout@matthew25clinic.org.</w:t>
      </w:r>
      <w:r/>
    </w:p>
    <w:p>
      <w:pPr>
        <w:pStyle w:val="ListNumber"/>
        <w:spacing w:line="240" w:lineRule="auto"/>
        <w:ind w:left="720"/>
      </w:pPr>
      <w:r/>
      <w:hyperlink r:id="rId14">
        <w:r>
          <w:rPr>
            <w:color w:val="0000EE"/>
            <w:u w:val="single"/>
          </w:rPr>
          <w:t>https://news.wnin.org/community-calendar/event/matthew-25-self-care-carnival-11-08-2026-12-00-32</w:t>
        </w:r>
      </w:hyperlink>
      <w:r>
        <w:t xml:space="preserve"> - Matthew 25 AIDS Services is hosting the Self-Care Carnival on Saturday, 12 September 2026, from 10:00 am to 12:00 pm at The Helms Hall, 5001 Washington Avenue, Entrance G, Evansville, Indiana. The event is free and open to the public, featuring a sound bath from Sunny Side Studios, hip-hop fitness classes from Studio Hype, mocktails from Nirvana Mobile Bar, and food and coffee from Mindful Meals. Attendees can participate in carnival games and have the chance to win tickets to BBQ, Bourbon &amp; Burlesque. Free HIV and Hepatitis C testing will be available during the event. For more information, contact Rachel Trout at rtrout@matthew25clinic.org.</w:t>
      </w:r>
      <w:r/>
    </w:p>
    <w:p>
      <w:pPr>
        <w:pStyle w:val="ListNumber"/>
        <w:spacing w:line="240" w:lineRule="auto"/>
        <w:ind w:left="720"/>
      </w:pPr>
      <w:r/>
      <w:hyperlink r:id="rId11">
        <w:r>
          <w:rPr>
            <w:color w:val="0000EE"/>
            <w:u w:val="single"/>
          </w:rPr>
          <w:t>https://matthew25clinic.org/evansville/</w:t>
        </w:r>
      </w:hyperlink>
      <w:r>
        <w:t xml:space="preserve"> - Matthew 25 AIDS Services operates in Evansville, Indiana, providing comprehensive health care, education, and support for individuals at risk for or impacted by HIV and other sexually transmitted infections. The Evansville clinic is located at 101 NW 1st St., Suite 213 &amp; 215, Evansville, IN 47708. The clinic offers free HIV and Hepatitis C testing, as well as other services. For more information, call 812-437-5192.</w:t>
      </w:r>
      <w:r/>
    </w:p>
    <w:p>
      <w:pPr>
        <w:pStyle w:val="ListNumber"/>
        <w:spacing w:line="240" w:lineRule="auto"/>
        <w:ind w:left="720"/>
      </w:pPr>
      <w:r/>
      <w:hyperlink r:id="rId12">
        <w:r>
          <w:rPr>
            <w:color w:val="0000EE"/>
            <w:u w:val="single"/>
          </w:rPr>
          <w:t>https://npin.cdc.gov/organization/matthew-25-aids-services-incorporated-0</w:t>
        </w:r>
      </w:hyperlink>
      <w:r>
        <w:t xml:space="preserve"> - Matthew 25 AIDS Services Incorporated is located at 101 NW 1st St, Suite 215, Evansville, IN 47708. The clinic offers free HIV and Hepatitis C testing, as well as other services. For more information, call 812-437-5192.</w:t>
      </w:r>
      <w:r/>
    </w:p>
    <w:p>
      <w:pPr>
        <w:pStyle w:val="ListNumber"/>
        <w:spacing w:line="240" w:lineRule="auto"/>
        <w:ind w:left="720"/>
      </w:pPr>
      <w:r/>
      <w:hyperlink r:id="rId13">
        <w:r>
          <w:rPr>
            <w:color w:val="0000EE"/>
            <w:u w:val="single"/>
          </w:rPr>
          <w:t>https://gettested.cdc.gov/organizations/matthew-25-aids-services-incorporated-0</w:t>
        </w:r>
      </w:hyperlink>
      <w:r>
        <w:t xml:space="preserve"> - Matthew 25 AIDS Services Incorporated is located at 101 NW 1st St, Suite 215, Evansville, IN 47708. The clinic offers free HIV and Hepatitis C testing, as well as other services. For more information, call 812-437-5192.</w:t>
      </w:r>
      <w:r/>
    </w:p>
    <w:p>
      <w:pPr>
        <w:pStyle w:val="ListNumber"/>
        <w:spacing w:line="240" w:lineRule="auto"/>
        <w:ind w:left="720"/>
      </w:pPr>
      <w:r/>
      <w:hyperlink r:id="rId15">
        <w:r>
          <w:rPr>
            <w:color w:val="0000EE"/>
            <w:u w:val="single"/>
          </w:rPr>
          <w:t>https://www.statesdentalcare.com/details/1474</w:t>
        </w:r>
      </w:hyperlink>
      <w:r>
        <w:t xml:space="preserve"> - Matthew 25 AIDS Services does not have a dental clinic in Evansville. They do have a dental clinic in Henderson, KY, which is about 45 minutes away from Evansville. The dental clinic in Henderson offers a variety of services, including dental exams and cleanings, fillings, root canals, extractions, dentures, partials, crowns, and bridges. The dental clinic is open Monday–Friday from 8:30 am to 5:00 pm. To schedule an appointment, call (270) 860-1287.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omiowensboro.com/ixp/72/p/matthew25-self-care-fair-evansville/" TargetMode="External"/><Relationship Id="rId10" Type="http://schemas.openxmlformats.org/officeDocument/2006/relationships/hyperlink" Target="https://happeningnext.com/event/self-care-carnival-with-matthew-25-eid3a0dxhaqlr" TargetMode="External"/><Relationship Id="rId11" Type="http://schemas.openxmlformats.org/officeDocument/2006/relationships/hyperlink" Target="https://matthew25clinic.org/evansville/" TargetMode="External"/><Relationship Id="rId12" Type="http://schemas.openxmlformats.org/officeDocument/2006/relationships/hyperlink" Target="https://npin.cdc.gov/organization/matthew-25-aids-services-incorporated-0" TargetMode="External"/><Relationship Id="rId13" Type="http://schemas.openxmlformats.org/officeDocument/2006/relationships/hyperlink" Target="https://gettested.cdc.gov/organizations/matthew-25-aids-services-incorporated-0" TargetMode="External"/><Relationship Id="rId14" Type="http://schemas.openxmlformats.org/officeDocument/2006/relationships/hyperlink" Target="https://news.wnin.org/community-calendar/event/matthew-25-self-care-carnival-11-08-2026-12-00-32" TargetMode="External"/><Relationship Id="rId15" Type="http://schemas.openxmlformats.org/officeDocument/2006/relationships/hyperlink" Target="https://www.statesdentalcare.com/details/14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