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Foyle Pride Highlights: Why Derry’s LGBTQ+ Festival Still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families and activists are taking to the streets as Derry’s Foyle Pride returns , part festival, part protest , with a packed programme of events running from August 19 to 29 and a colourful parade through the city that matters to locals and visitors alike.</w:t>
      </w:r>
      <w:r/>
    </w:p>
    <w:p>
      <w:r/>
      <w:r>
        <w:t>Essential Takeaways</w:t>
      </w:r>
      <w:r/>
      <w:r/>
    </w:p>
    <w:p>
      <w:pPr>
        <w:pStyle w:val="ListBullet"/>
        <w:spacing w:line="240" w:lineRule="auto"/>
        <w:ind w:left="720"/>
      </w:pPr>
      <w:r/>
      <w:r>
        <w:rPr>
          <w:b/>
        </w:rPr>
        <w:t>Long history:</w:t>
      </w:r>
      <w:r>
        <w:t xml:space="preserve"> Foyle Pride began in 1993 and marked its 30th anniversary last year, rooted in Derry’s civil rights tradition. </w:t>
      </w:r>
      <w:r/>
    </w:p>
    <w:p>
      <w:pPr>
        <w:pStyle w:val="ListBullet"/>
        <w:spacing w:line="240" w:lineRule="auto"/>
        <w:ind w:left="720"/>
      </w:pPr>
      <w:r/>
      <w:r>
        <w:rPr>
          <w:b/>
        </w:rPr>
        <w:t>Big weekend:</w:t>
      </w:r>
      <w:r>
        <w:t xml:space="preserve"> The parade assembles at the North West Transport Hub and travels via Craigavon Bridge to finish at Guildhall Square, with live music from 3pm. </w:t>
      </w:r>
      <w:r/>
    </w:p>
    <w:p>
      <w:pPr>
        <w:pStyle w:val="ListBullet"/>
        <w:spacing w:line="240" w:lineRule="auto"/>
        <w:ind w:left="720"/>
      </w:pPr>
      <w:r/>
      <w:r>
        <w:rPr>
          <w:b/>
        </w:rPr>
        <w:t>Festive variety:</w:t>
      </w:r>
      <w:r>
        <w:t xml:space="preserve"> Events include sporting activities, screenings, live music and art exhibitions , something for families and nightlife seekers. </w:t>
      </w:r>
      <w:r/>
    </w:p>
    <w:p>
      <w:pPr>
        <w:pStyle w:val="ListBullet"/>
        <w:spacing w:line="240" w:lineRule="auto"/>
        <w:ind w:left="720"/>
      </w:pPr>
      <w:r/>
      <w:r>
        <w:rPr>
          <w:b/>
        </w:rPr>
        <w:t>Political pulse:</w:t>
      </w:r>
      <w:r>
        <w:t xml:space="preserve"> Local politicians and organisers emphasise Pride’s protest element as well as celebration, urging solidarity with LGBT+ residents. </w:t>
      </w:r>
      <w:r/>
    </w:p>
    <w:p>
      <w:pPr>
        <w:pStyle w:val="ListBullet"/>
        <w:spacing w:line="240" w:lineRule="auto"/>
        <w:ind w:left="720"/>
      </w:pPr>
      <w:r/>
      <w:r>
        <w:rPr>
          <w:b/>
        </w:rPr>
        <w:t>Visible support:</w:t>
      </w:r>
      <w:r>
        <w:t xml:space="preserve"> Landmarks and council buildings have been lit or decorated in rainbow colours, signalling civic backing and community pride.</w:t>
      </w:r>
      <w:r/>
      <w:r/>
    </w:p>
    <w:p>
      <w:pPr>
        <w:pStyle w:val="Heading2"/>
      </w:pPr>
      <w:r>
        <w:t>A parade that’s both joyful and defiant</w:t>
      </w:r>
      <w:r/>
    </w:p>
    <w:p>
      <w:r/>
      <w:r>
        <w:t>The parade through Derry is all about colour and noise , flags, bands, floats and a real upbeat vibe under the summer sky. But politicians and campaigners remind us it’s not just a party. According to local leaders, Pride still plays a crucial role in standing against rollbacks on LGBT+ rights and keeping equality on the civic agenda. If you go, expect cheer but also placards and speeches that hark back to decades of campaigning.</w:t>
      </w:r>
      <w:r/>
    </w:p>
    <w:p>
      <w:pPr>
        <w:pStyle w:val="Heading2"/>
      </w:pPr>
      <w:r>
        <w:t>Roots in the city’s civil rights story</w:t>
      </w:r>
      <w:r/>
    </w:p>
    <w:p>
      <w:r/>
      <w:r>
        <w:t>Foyle Pride didn’t appear out of nowhere. It grew from a small 1993 gathering into a city-wide festival, and over the years its story has been woven into Derry’s broader civil rights narrative. Remember when Free Derry Corner was painted pink? That was a striking symbol, showing the LGBTQ+ struggle seen as part of the same fight for rights that shapes the city. It’s a reminder Pride here is both local and political.</w:t>
      </w:r>
      <w:r/>
    </w:p>
    <w:p>
      <w:pPr>
        <w:pStyle w:val="Heading2"/>
      </w:pPr>
      <w:r>
        <w:t>What’s on: events for everyone</w:t>
      </w:r>
      <w:r/>
    </w:p>
    <w:p>
      <w:r/>
      <w:r>
        <w:t>Organisers have kept the programme broad to appeal to families, young people and older supporters. Expect sports events, film screenings, queer art trails and live gigs at Guildhall Square after the parade. For visitors, the Visit Derry listings give details on times and venues; for locals, the SDLP and council pages often flag smaller community gatherings and workshops. Tip: check the event schedule before you travel , several attractions run across the full festival week.</w:t>
      </w:r>
      <w:r/>
    </w:p>
    <w:p>
      <w:pPr>
        <w:pStyle w:val="Heading2"/>
      </w:pPr>
      <w:r>
        <w:t>Civic backing and visible solidarity</w:t>
      </w:r>
      <w:r/>
    </w:p>
    <w:p>
      <w:r/>
      <w:r>
        <w:t>This year councils and mayors have again shown support, lighting up public buildings in rainbow colours and publicly thanking organisers. That civic visibility matters: it reassures LGBT+ people and signals to those who might oppose equality that the community and its leaders are united. It’s a noisy, public gesture, but for many it carries real comfort and recognition.</w:t>
      </w:r>
      <w:r/>
    </w:p>
    <w:p>
      <w:pPr>
        <w:pStyle w:val="Heading2"/>
      </w:pPr>
      <w:r>
        <w:t>How to make the most of Pride weekend</w:t>
      </w:r>
      <w:r/>
    </w:p>
    <w:p>
      <w:r/>
      <w:r>
        <w:t>If you’re planning to attend, assemble early at the North West Transport Hub where the parade forms from 1pm, and be ready for a 2pm start. Wear comfortable shoes for the walk across Duke Street and over Craigavon Bridge, and bring water and sunscreen , the city can feel warm after the march. Consider combining the parade with an afternoon of music at Guildhall Square; it’s a relaxed way to linger, meet people and support local queer artists.</w:t>
      </w:r>
      <w:r/>
    </w:p>
    <w:p>
      <w:r/>
      <w:r>
        <w:t>It’s a small change that can make every celebration and protest feel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[2]</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0">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https://www.belfasttelegraph.co.uk/area/derry-londonderry-city/foyle-pride-hailed-as-a-celebration-and-protest-ahead-of-derry-parade/a/160418786.html</w:t>
        </w:r>
      </w:hyperlink>
      <w:r>
        <w:t xml:space="preserve"> - Please view link - unable to able to access data</w:t>
      </w:r>
      <w:r/>
    </w:p>
    <w:p>
      <w:pPr>
        <w:pStyle w:val="ListNumber"/>
        <w:spacing w:line="240" w:lineRule="auto"/>
        <w:ind w:left="720"/>
      </w:pPr>
      <w:r/>
      <w:hyperlink r:id="rId13">
        <w:r>
          <w:rPr>
            <w:color w:val="0000EE"/>
            <w:u w:val="single"/>
          </w:rPr>
          <w:t>https://www.derrydaily.net/news/thousands-attend-fabulous-30th-foyle-pride-parade-251660</w:t>
        </w:r>
      </w:hyperlink>
      <w:r>
        <w:t xml:space="preserve"> - Thousands of people participated in the 30th Foyle Pride parade in Derry on August 26, 2023. The parade commenced at Waterside Train Station, traversed the Craigavon Bridge, and concluded at Guildhall Square. SDLP leader Colum Eastwood highlighted the significance of the event, emphasizing the city's support for the LGBTQ+ community and the importance of standing against attempts to reverse hard-won rights.</w:t>
      </w:r>
      <w:r/>
    </w:p>
    <w:p>
      <w:pPr>
        <w:pStyle w:val="ListNumber"/>
        <w:spacing w:line="240" w:lineRule="auto"/>
        <w:ind w:left="720"/>
      </w:pPr>
      <w:r/>
      <w:hyperlink r:id="rId11">
        <w:r>
          <w:rPr>
            <w:color w:val="0000EE"/>
            <w:u w:val="single"/>
          </w:rPr>
          <w:t>https://www.derrynow.com/news/derrynow/1280070/foyle-pride-celebrates-30th-anniversary-this-weekend.html</w:t>
        </w:r>
      </w:hyperlink>
      <w:r>
        <w:t xml:space="preserve"> - The 30th anniversary of Foyle Pride was celebrated in Derry on August 25, 2023. The parade, marking three decades since its inception, was scheduled for August 26, departing from the Waterside Train Station at 2:00 pm. The event featured a variety of activities throughout the week, including crafts, sports, and arts, with Micháel Kerrigan, one of the founders, leading the parade alongside Sharon McCloskey and Caitlín Gallagher.</w:t>
      </w:r>
      <w:r/>
    </w:p>
    <w:p>
      <w:pPr>
        <w:pStyle w:val="ListNumber"/>
        <w:spacing w:line="240" w:lineRule="auto"/>
        <w:ind w:left="720"/>
      </w:pPr>
      <w:r/>
      <w:hyperlink r:id="rId14">
        <w:r>
          <w:rPr>
            <w:color w:val="0000EE"/>
            <w:u w:val="single"/>
          </w:rPr>
          <w:t>https://www.derrystrabane.com/news/mayor-lights-up-council-buildings-in-a-rainbow-to-support-30th-anniversary-of-foyle-pride</w:t>
        </w:r>
      </w:hyperlink>
      <w:r>
        <w:t xml:space="preserve"> - In support of the 30th anniversary of Foyle Pride, the Mayor of Derry City and Strabane District Council illuminated council buildings in rainbow colours during the week of August 21, 2023. Mayor Patricia Logue expressed solidarity with the LGBTQIA+ community and highlighted the ongoing efforts to create an inclusive and welcoming environment in Derry and Strabane.</w:t>
      </w:r>
      <w:r/>
    </w:p>
    <w:p>
      <w:pPr>
        <w:pStyle w:val="ListNumber"/>
        <w:spacing w:line="240" w:lineRule="auto"/>
        <w:ind w:left="720"/>
      </w:pPr>
      <w:r/>
      <w:hyperlink r:id="rId12">
        <w:r>
          <w:rPr>
            <w:color w:val="0000EE"/>
            <w:u w:val="single"/>
          </w:rPr>
          <w:t>https://www.sdlp.ie/foylepride</w:t>
        </w:r>
      </w:hyperlink>
      <w:r>
        <w:t xml:space="preserve"> - The SDLP LGBT+ group invited members, their families, and friends to join the Foyle Pride parade on August 26, 2023. The parade was set to begin at 1:00 pm at the Waterside Train Station in Derry. The SDLP emphasized the importance of Pride as a movement to celebrate achievements, show solidarity with those facing discrimination, and protest for equality.</w:t>
      </w:r>
      <w:r/>
    </w:p>
    <w:p>
      <w:pPr>
        <w:pStyle w:val="ListNumber"/>
        <w:spacing w:line="240" w:lineRule="auto"/>
        <w:ind w:left="720"/>
      </w:pPr>
      <w:r/>
      <w:hyperlink r:id="rId10">
        <w:r>
          <w:rPr>
            <w:color w:val="0000EE"/>
            <w:u w:val="single"/>
          </w:rPr>
          <w:t>https://www.visitderry.com/whats-on/foyle-pride-festival-p850101</w:t>
        </w:r>
      </w:hyperlink>
      <w:r>
        <w:t xml:space="preserve"> - The Foyle Pride Festival, themed 'Community: Local &amp; Global,' was scheduled from August 15 to August 25, 2024. The parade was set to depart from the North West Transport Hub at 2:00 pm on August 24, 2024. The festival aimed to celebrate diversity and inclusivity in Derry~Londonderry, featuring a variety of events across multiple venues in the city.</w:t>
      </w:r>
      <w:r/>
    </w:p>
    <w:p>
      <w:pPr>
        <w:pStyle w:val="ListNumber"/>
        <w:spacing w:line="240" w:lineRule="auto"/>
        <w:ind w:left="720"/>
      </w:pPr>
      <w:r/>
      <w:hyperlink r:id="rId15">
        <w:r>
          <w:rPr>
            <w:color w:val="0000EE"/>
            <w:u w:val="single"/>
          </w:rPr>
          <w:t>https://www.visitderry.com/whats-on/foyle-pride-festival-2024-queer-window-art-trail-with-cahal-oconnell-miss-mary-jane-and-ellee-dean-p917161</w:t>
        </w:r>
      </w:hyperlink>
      <w:r>
        <w:t xml:space="preserve"> - The Queer Window Art Trail was introduced during the Foyle Pride Festival in 2024 to highlight LGBTQIA+ art by local queer artists. The trail featured works displayed in public windows across the city's venues, providing a platform for artists to showcase their creations publicly. The art was on display for the duration of Pride Week, along the parade trail and its surroundings.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lfasttelegraph.co.uk/area/derry-londonderry-city/foyle-pride-hailed-as-a-celebration-and-protest-ahead-of-derry-parade/a/160418786.html" TargetMode="External"/><Relationship Id="rId10" Type="http://schemas.openxmlformats.org/officeDocument/2006/relationships/hyperlink" Target="https://www.visitderry.com/whats-on/foyle-pride-festival-p850101" TargetMode="External"/><Relationship Id="rId11" Type="http://schemas.openxmlformats.org/officeDocument/2006/relationships/hyperlink" Target="https://www.derrynow.com/news/derrynow/1280070/foyle-pride-celebrates-30th-anniversary-this-weekend.html" TargetMode="External"/><Relationship Id="rId12" Type="http://schemas.openxmlformats.org/officeDocument/2006/relationships/hyperlink" Target="https://www.sdlp.ie/foylepride" TargetMode="External"/><Relationship Id="rId13" Type="http://schemas.openxmlformats.org/officeDocument/2006/relationships/hyperlink" Target="https://www.derrydaily.net/news/thousands-attend-fabulous-30th-foyle-pride-parade-251660" TargetMode="External"/><Relationship Id="rId14" Type="http://schemas.openxmlformats.org/officeDocument/2006/relationships/hyperlink" Target="https://www.derrystrabane.com/news/mayor-lights-up-council-buildings-in-a-rainbow-to-support-30th-anniversary-of-foyle-pride" TargetMode="External"/><Relationship Id="rId15" Type="http://schemas.openxmlformats.org/officeDocument/2006/relationships/hyperlink" Target="https://www.visitderry.com/whats-on/foyle-pride-festival-2024-queer-window-art-trail-with-cahal-oconnell-miss-mary-jane-and-ellee-dean-p9171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