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Foyle Pride Events This Weekend — What to See, Hear and Join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Thousands are turning out for Foyle Pride this weekend in Derry, with a busy programme of live music, films, family events and thought‑provoking talks that celebrate LGBT+ life and protest alike , here’s what to catch, where to go and why each event matters.</w:t>
      </w:r>
      <w:r/>
    </w:p>
    <w:p>
      <w:r/>
      <w:r>
        <w:t>Essential Takeaways</w:t>
      </w:r>
      <w:r/>
      <w:r/>
    </w:p>
    <w:p>
      <w:pPr>
        <w:pStyle w:val="ListBullet"/>
        <w:spacing w:line="240" w:lineRule="auto"/>
        <w:ind w:left="720"/>
      </w:pPr>
      <w:r/>
      <w:r>
        <w:rPr>
          <w:b/>
        </w:rPr>
        <w:t>Parade route:</w:t>
      </w:r>
      <w:r>
        <w:t xml:space="preserve"> Assemble at North West Transport Hub from 1pm; parade follows the original 1968 Civil Rights Route to Guildhall Square, where live music starts from 3pm. </w:t>
      </w:r>
      <w:r/>
    </w:p>
    <w:p>
      <w:pPr>
        <w:pStyle w:val="ListBullet"/>
        <w:spacing w:line="240" w:lineRule="auto"/>
        <w:ind w:left="720"/>
      </w:pPr>
      <w:r/>
      <w:r>
        <w:rPr>
          <w:b/>
        </w:rPr>
        <w:t>Live highlights:</w:t>
      </w:r>
      <w:r>
        <w:t xml:space="preserve"> Beauty Sleep headline Guildhall Square; Taskmaster Derry brings audience tasks and comedy at the Guildhall on Thursday. </w:t>
      </w:r>
      <w:r/>
    </w:p>
    <w:p>
      <w:pPr>
        <w:pStyle w:val="ListBullet"/>
        <w:spacing w:line="240" w:lineRule="auto"/>
        <w:ind w:left="720"/>
      </w:pPr>
      <w:r/>
      <w:r>
        <w:rPr>
          <w:b/>
        </w:rPr>
        <w:t>Films and talks:</w:t>
      </w:r>
      <w:r>
        <w:t xml:space="preserve"> Preview screenings of Lesbian Lines and Queers for Years with Q&amp;As at the Nerve Centre; a free panel on trans solidarity at St Columb’s Hall. </w:t>
      </w:r>
      <w:r/>
    </w:p>
    <w:p>
      <w:pPr>
        <w:pStyle w:val="ListBullet"/>
        <w:spacing w:line="240" w:lineRule="auto"/>
        <w:ind w:left="720"/>
      </w:pPr>
      <w:r/>
      <w:r>
        <w:rPr>
          <w:b/>
        </w:rPr>
        <w:t>Family friendly:</w:t>
      </w:r>
      <w:r>
        <w:t xml:space="preserve"> Circus skills workshop, storytelling at Void Art Centre, and banner‑making crafts at the Playhouse for Saturday’s march. </w:t>
      </w:r>
      <w:r/>
    </w:p>
    <w:p>
      <w:pPr>
        <w:pStyle w:val="ListBullet"/>
        <w:spacing w:line="240" w:lineRule="auto"/>
        <w:ind w:left="720"/>
      </w:pPr>
      <w:r/>
      <w:r>
        <w:rPr>
          <w:b/>
        </w:rPr>
        <w:t>Community vibe:</w:t>
      </w:r>
      <w:r>
        <w:t xml:space="preserve"> Events mix celebration and activism , from Irish‑language queer meetups to football against homophobia and council buildings lit in rainbow colours.</w:t>
      </w:r>
      <w:r/>
      <w:r/>
    </w:p>
    <w:p>
      <w:pPr>
        <w:pStyle w:val="Heading2"/>
      </w:pPr>
      <w:r>
        <w:t>Parade day: a bright, noisy route with history and heart</w:t>
      </w:r>
      <w:r/>
    </w:p>
    <w:p>
      <w:r/>
      <w:r>
        <w:t>The parade still follows the Civil Rights Route, which gives the march a resonant, historic feel and a tidy visual , colourful flags bobbing along Duke Street and over Craigavon Bridge. Organisers say thousands are expected, and Guildhall Square will hum with music and atmosphere from mid‑afternoon.</w:t>
      </w:r>
      <w:r/>
    </w:p>
    <w:p>
      <w:r/>
      <w:r>
        <w:t>Festival planners have kept family elements front and centre, so expect a lively, inclusive crowd. If you’re going with kids, head to the Playhouse crafts before joining the march on Ferryquay Street , little banners are very proud to wave. For anyone wanting a quieter view, streets off the main route give decent sightlines without the crush.</w:t>
      </w:r>
      <w:r/>
    </w:p>
    <w:p>
      <w:pPr>
        <w:pStyle w:val="Heading2"/>
      </w:pPr>
      <w:r>
        <w:t>Music and comedy: from indie headliners to Taskmaster‑style challenges</w:t>
      </w:r>
      <w:r/>
    </w:p>
    <w:p>
      <w:r/>
      <w:r>
        <w:t>Live sets in Guildhall Square kick off at 3pm, with Beauty Sleep billed to headline; they’re a good fit for an open‑air, singalong slot. Later in the week Taskmaster Derry brings a theatrical game‑night to the Guildhall, mixing comedians, poets and audience participation , it’s billed as messy, surprising and good value for a night out.</w:t>
      </w:r>
      <w:r/>
    </w:p>
    <w:p>
      <w:r/>
      <w:r>
        <w:t>If you like a bit of spontaneity, go for the Taskmaster show and bring a few creative tricks , audience tasks are part of the fun. For those who prefer a calmer evening, the Nerve Centre film screenings are scheduled at convenient times and are followed by filmmaker Q&amp;As, which add depth to a film night.</w:t>
      </w:r>
      <w:r/>
    </w:p>
    <w:p>
      <w:pPr>
        <w:pStyle w:val="Heading2"/>
      </w:pPr>
      <w:r>
        <w:t>Films and history: Lesbian Lines and Queers for Years give context and memory</w:t>
      </w:r>
      <w:r/>
    </w:p>
    <w:p>
      <w:r/>
      <w:r>
        <w:t>The preview of Lesbian Lines centres on hidden helpline networks and the handwritten records that preserved calls during a turbulent, conservative era in Ireland. It’s described as evocative and quietly powerful , the kind of local history that makes you lean in.</w:t>
      </w:r>
      <w:r/>
    </w:p>
    <w:p>
      <w:r/>
      <w:r>
        <w:t>Queers for Years is intimate and reflective, with women speaking directly to their younger selves; a post‑screening discussion with the makers deepens the experience. If you care about queer history, both films are essential viewing , they remind you that Pride is about celebration and storytelling as much as it is about spectacle.</w:t>
      </w:r>
      <w:r/>
    </w:p>
    <w:p>
      <w:pPr>
        <w:pStyle w:val="Heading2"/>
      </w:pPr>
      <w:r>
        <w:t>Politics and solidarity: talks that matter right now</w:t>
      </w:r>
      <w:r/>
    </w:p>
    <w:p>
      <w:r/>
      <w:r>
        <w:t>A free panel at St Columb’s Hall addresses recent decisions affecting trans youth, bringing together activists and trans speakers to discuss why solidarity is vital. The event is timely and unflinching, aimed at people who want to learn, ask questions and get involved.</w:t>
      </w:r>
      <w:r/>
    </w:p>
    <w:p>
      <w:r/>
      <w:r>
        <w:t>Meanwhile, smaller community gatherings like the Queercal Comhrá Irish‑language circle at the Derby Bar offer quieter ways to connect. They meet monthly and are open to learners and fluent speakers, which is a lovely, grassroots way to fold language and identity into Pride life.</w:t>
      </w:r>
      <w:r/>
    </w:p>
    <w:p>
      <w:pPr>
        <w:pStyle w:val="Heading2"/>
      </w:pPr>
      <w:r>
        <w:t>Family and community: crafts, circus skills and sport</w:t>
      </w:r>
      <w:r/>
    </w:p>
    <w:p>
      <w:r/>
      <w:r>
        <w:t>For families, Void Art Centre’s interactive Storyfinder session and the Playhouse’s banner‑making morning give children a chance to be creative and take part in the parade properly. There’s also a sporting angle: local initiatives such as football matches against homophobia bring young people together and underline Pride’s community reach.</w:t>
      </w:r>
      <w:r/>
    </w:p>
    <w:p>
      <w:r/>
      <w:r>
        <w:t>If you’re bringing kids, pack sun cream and a lightweight blanket for Guildhall Square , it’s bench‑light and festival‑friendly. Volunteers and organisers are on site, so if you need accessibility or sensory‑friendly info, ask at stewarding points.</w:t>
      </w:r>
      <w:r/>
    </w:p>
    <w:p>
      <w:r/>
      <w:r>
        <w:t>It's a small change that can make every moment of Pride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https://www.derryjournal.com/news/people/derrys-foyle-pride-off-to-a-flying-start-with-packed-week-of-events-ahead-8937692</w:t>
        </w:r>
      </w:hyperlink>
      <w:r>
        <w:t xml:space="preserve"> - Please view link - unable to able to access data</w:t>
      </w:r>
      <w:r/>
    </w:p>
    <w:p>
      <w:pPr>
        <w:pStyle w:val="ListNumber"/>
        <w:spacing w:line="240" w:lineRule="auto"/>
        <w:ind w:left="720"/>
      </w:pPr>
      <w:r/>
      <w:hyperlink r:id="rId10">
        <w:r>
          <w:rPr>
            <w:color w:val="0000EE"/>
            <w:u w:val="single"/>
          </w:rPr>
          <w:t>https://www.derrydaily.net/news/thousands-attend-fabulous-30th-foyle-pride-parade-251660</w:t>
        </w:r>
      </w:hyperlink>
      <w:r>
        <w:t xml:space="preserve"> - Thousands of people participated in the 30th Foyle Pride parade in Derry on 26 August 2023. The parade commenced at Waterside Train Station, traversed the Craigavon Bridge, and proceeded through the city centre, concluding at Guildhall Square. The event was part of a week-long festival running from 18 to 27 August 2023, featuring various activities and celebrations. Despite some protests, the parade was celebrated as a significant milestone for the LGBTQIA+ community in the region.</w:t>
      </w:r>
      <w:r/>
    </w:p>
    <w:p>
      <w:pPr>
        <w:pStyle w:val="ListNumber"/>
        <w:spacing w:line="240" w:lineRule="auto"/>
        <w:ind w:left="720"/>
      </w:pPr>
      <w:r/>
      <w:hyperlink r:id="rId14">
        <w:r>
          <w:rPr>
            <w:color w:val="0000EE"/>
            <w:u w:val="single"/>
          </w:rPr>
          <w:t>https://www.derrystrabane.com/news/mayor-lights-up-council-buildings-in-a-rainbow-to-support-30th-anniversary-of-foyle-pride</w:t>
        </w:r>
      </w:hyperlink>
      <w:r>
        <w:t xml:space="preserve"> - In August 2023, the Mayor of Derry City and Strabane District Council illuminated council buildings in rainbow colours to commemorate the 30th anniversary of the Foyle Pride Festival. The festival, held from 18 to 27 August 2023, aimed to advocate for the rights and representation of LGBTQIA+ individuals in the Derry and Strabane area, enhancing visibility both locally and internationally. The Mayor expressed support for the festival and highlighted the ongoing efforts towards equality in the community.</w:t>
      </w:r>
      <w:r/>
    </w:p>
    <w:p>
      <w:pPr>
        <w:pStyle w:val="ListNumber"/>
        <w:spacing w:line="240" w:lineRule="auto"/>
        <w:ind w:left="720"/>
      </w:pPr>
      <w:r/>
      <w:hyperlink r:id="rId11">
        <w:r>
          <w:rPr>
            <w:color w:val="0000EE"/>
            <w:u w:val="single"/>
          </w:rPr>
          <w:t>https://www.visitderry.com/whats-on/foyle-pride-festival-p850101</w:t>
        </w:r>
      </w:hyperlink>
      <w:r>
        <w:t xml:space="preserve"> - The Foyle Pride Festival is an annual event celebrating diversity and inclusivity in Derry~Londonderry. The 2024 festival, themed 'Community: Local &amp; Global', took place from 15 to 25 August 2024, with the main parade on 24 August 2024. The parade assembled at the North West Transport Hub at 1:00pm, departing at 2:00pm, following a route through the city centre to Guildhall Square. The festival featured a variety of events and activities for the community.</w:t>
      </w:r>
      <w:r/>
    </w:p>
    <w:p>
      <w:pPr>
        <w:pStyle w:val="ListNumber"/>
        <w:spacing w:line="240" w:lineRule="auto"/>
        <w:ind w:left="720"/>
      </w:pPr>
      <w:r/>
      <w:hyperlink r:id="rId12">
        <w:r>
          <w:rPr>
            <w:color w:val="0000EE"/>
            <w:u w:val="single"/>
          </w:rPr>
          <w:t>https://www.visitderry.com/whats-on/foyle-pride-festival-2026-p1092721</w:t>
        </w:r>
      </w:hyperlink>
      <w:r>
        <w:t xml:space="preserve"> - The Foyle Pride Festival 2026 is scheduled to take place from 19 to 29 August 2026 in Derry. The theme for 2026 is 'Strength in Unity'. The main parade is set for Saturday, 29 August 2026, at 2pm, departing from the Waterside Transport Hub. The parade will follow a route through the city centre, including Duke Street, Craigavon Bridge, Carlisle Road, Ferryquay Street, Shipquay Street, and Guildhall Square. A full programme of events is available on the festival's website.</w:t>
      </w:r>
      <w:r/>
    </w:p>
    <w:p>
      <w:pPr>
        <w:pStyle w:val="ListNumber"/>
        <w:spacing w:line="240" w:lineRule="auto"/>
        <w:ind w:left="720"/>
      </w:pPr>
      <w:r/>
      <w:hyperlink r:id="rId13">
        <w:r>
          <w:rPr>
            <w:color w:val="0000EE"/>
            <w:u w:val="single"/>
          </w:rPr>
          <w:t>https://www.visitderry.com/whats-on/border-lines-pride-edition-p1088951</w:t>
        </w:r>
      </w:hyperlink>
      <w:r>
        <w:t xml:space="preserve"> - Border Lines, in association with Poetry Ireland and in partnership with Foyle Pride, is hosting a special Pride edition event in Derry. The event includes a two-hour poetry workshop led by acclaimed Derry poet Mícheál McCann, followed by an evening of readings featuring Mícheál McCann, Sam Ó Fearraigh, host Cat Brogan, and an open mic showcasing queer writers from across the North West and beyond. The evening reading is scheduled for 7.30pm at Cultúrlann Uí Chanáin, 37 Great James St, Derry.</w:t>
      </w:r>
      <w:r/>
    </w:p>
    <w:p>
      <w:pPr>
        <w:pStyle w:val="ListNumber"/>
        <w:spacing w:line="240" w:lineRule="auto"/>
        <w:ind w:left="720"/>
      </w:pPr>
      <w:r/>
      <w:hyperlink r:id="rId15">
        <w:r>
          <w:rPr>
            <w:color w:val="0000EE"/>
            <w:u w:val="single"/>
          </w:rPr>
          <w:t>https://www.community-relations.org.uk/news-centre/foyle-cup-bringing-young-people-together-sport-and-good-community-relations</w:t>
        </w:r>
      </w:hyperlink>
      <w:r>
        <w:t xml:space="preserve"> - The Foyle Cup, held from 18 to 23 July 2023 in Derry-Londonderry, is a cross-community event that brings together young people from Northern Ireland, Ireland, the UK, and beyond. The event promotes social interaction, cross-community engagement, reconciliation, and anti-sectarianism. Over 10,000 young people and 2,000 adults and coaches participated in the week-long sporting event, which also featured an exciting city centre parade.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erryjournal.com/news/people/derrys-foyle-pride-off-to-a-flying-start-with-packed-week-of-events-ahead-8937692" TargetMode="External"/><Relationship Id="rId10" Type="http://schemas.openxmlformats.org/officeDocument/2006/relationships/hyperlink" Target="https://www.derrydaily.net/news/thousands-attend-fabulous-30th-foyle-pride-parade-251660" TargetMode="External"/><Relationship Id="rId11" Type="http://schemas.openxmlformats.org/officeDocument/2006/relationships/hyperlink" Target="https://www.visitderry.com/whats-on/foyle-pride-festival-p850101" TargetMode="External"/><Relationship Id="rId12" Type="http://schemas.openxmlformats.org/officeDocument/2006/relationships/hyperlink" Target="https://www.visitderry.com/whats-on/foyle-pride-festival-2026-p1092721" TargetMode="External"/><Relationship Id="rId13" Type="http://schemas.openxmlformats.org/officeDocument/2006/relationships/hyperlink" Target="https://www.visitderry.com/whats-on/border-lines-pride-edition-p1088951" TargetMode="External"/><Relationship Id="rId14" Type="http://schemas.openxmlformats.org/officeDocument/2006/relationships/hyperlink" Target="https://www.derrystrabane.com/news/mayor-lights-up-council-buildings-in-a-rainbow-to-support-30th-anniversary-of-foyle-pride" TargetMode="External"/><Relationship Id="rId15" Type="http://schemas.openxmlformats.org/officeDocument/2006/relationships/hyperlink" Target="https://www.community-relations.org.uk/news-centre/foyle-cup-bringing-young-people-together-sport-and-good-community-rel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