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Crown &amp; Anchor Moments from Provincetown Carnival Week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flocking to Provincetown’s Commercial Street, and The Crown &amp; Anchor stood out as the hub of Carnival Week , an eight-day celebration blending poolside chill, parade-side spectacle and late-night pop energy that put community, colour and nonstop music at the heart of P‑Town.</w:t>
      </w:r>
      <w:r/>
    </w:p>
    <w:p>
      <w:r/>
      <w:r>
        <w:t>Essential Takeaways</w:t>
      </w:r>
      <w:r/>
      <w:r/>
    </w:p>
    <w:p>
      <w:pPr>
        <w:pStyle w:val="ListBullet"/>
        <w:spacing w:line="240" w:lineRule="auto"/>
        <w:ind w:left="720"/>
      </w:pPr>
      <w:r/>
      <w:r>
        <w:rPr>
          <w:b/>
        </w:rPr>
        <w:t>Prime location:</w:t>
      </w:r>
      <w:r>
        <w:t xml:space="preserve"> The Crown &amp; Anchor sits right on Commercial Street with a pool deck overlooking Provincetown Harbour, offering breezy daytime vibes and easy parade access.</w:t>
      </w:r>
      <w:r/>
    </w:p>
    <w:p>
      <w:pPr>
        <w:pStyle w:val="ListBullet"/>
        <w:spacing w:line="240" w:lineRule="auto"/>
        <w:ind w:left="720"/>
      </w:pPr>
      <w:r/>
      <w:r>
        <w:rPr>
          <w:b/>
        </w:rPr>
        <w:t>Multi-room venue:</w:t>
      </w:r>
      <w:r>
        <w:t xml:space="preserve"> Several rooms and outdoor spaces mean you can dance hard, catch your breath, or sip quietly by the pool.</w:t>
      </w:r>
      <w:r/>
    </w:p>
    <w:p>
      <w:pPr>
        <w:pStyle w:val="ListBullet"/>
        <w:spacing w:line="240" w:lineRule="auto"/>
        <w:ind w:left="720"/>
      </w:pPr>
      <w:r/>
      <w:r>
        <w:rPr>
          <w:b/>
        </w:rPr>
        <w:t>Standout events:</w:t>
      </w:r>
      <w:r>
        <w:t xml:space="preserve"> From a Mermaid Bash by Tryst Beach Club to Kim Petras and Trixie Mattel headline sets, the programming mixed queer cabaret, DJ culture and big-name pop.</w:t>
      </w:r>
      <w:r/>
    </w:p>
    <w:p>
      <w:pPr>
        <w:pStyle w:val="ListBullet"/>
        <w:spacing w:line="240" w:lineRule="auto"/>
        <w:ind w:left="720"/>
      </w:pPr>
      <w:r/>
      <w:r>
        <w:rPr>
          <w:b/>
        </w:rPr>
        <w:t>Carnival atmosphere:</w:t>
      </w:r>
      <w:r>
        <w:t xml:space="preserve"> Complimentary BBQ, an imaginative costume contest and a front-row parade viewing turned the venue into a community gathering spot.</w:t>
      </w:r>
      <w:r/>
    </w:p>
    <w:p>
      <w:pPr>
        <w:pStyle w:val="ListBullet"/>
        <w:spacing w:line="240" w:lineRule="auto"/>
        <w:ind w:left="720"/>
      </w:pPr>
      <w:r/>
      <w:r>
        <w:rPr>
          <w:b/>
        </w:rPr>
        <w:t>Friendly feel:</w:t>
      </w:r>
      <w:r>
        <w:t xml:space="preserve"> Staff, performers and locals contributed to an inclusive, joyful atmosphere , equal parts seaside escape and queer celebration.</w:t>
      </w:r>
      <w:r/>
      <w:r/>
    </w:p>
    <w:p>
      <w:pPr>
        <w:pStyle w:val="Heading2"/>
      </w:pPr>
      <w:r>
        <w:t>Why the Crown &amp; Anchor feels like Carnival HQ</w:t>
      </w:r>
      <w:r/>
    </w:p>
    <w:p>
      <w:r/>
      <w:r>
        <w:t>Walk into Commercial Street during Carnival and you’ll notice the Crown &amp; Anchor before you even see it: music spilling out, colour everywhere, and a pool glinting like a small harbour of its own. The pool deck looks straight onto Provincetown Harbour, so daytime events come with a salt-tinged breeze and the calming sight of boats bobbing at anchor. That contrast , quiet seaside textures by day, booming club energy by night , is what makes the venue feel like a weeklong home base for Carnival.</w:t>
      </w:r>
      <w:r/>
    </w:p>
    <w:p>
      <w:r/>
      <w:r>
        <w:t>Locals and visitors say the multi-room layout is key. If one space gets intense, you can slip into a quieter lounge or step outside for fresh air without losing the party. It’s a practical setup that keeps the mood inclusive and manageable, especially during packed headliner nights.</w:t>
      </w:r>
      <w:r/>
    </w:p>
    <w:p>
      <w:pPr>
        <w:pStyle w:val="Heading2"/>
      </w:pPr>
      <w:r>
        <w:t>Pool parties, mermaid aesthetics and sun-soaked beats</w:t>
      </w:r>
      <w:r/>
    </w:p>
    <w:p>
      <w:r/>
      <w:r>
        <w:t>Daytime programming leaned into the coast: the Mermaid Bash at Tryst Beach Club paired ambient DJ sets with pool lounging and margaritas, offering a gentle counterpoint to the late-night thump. Imagine toes in the water, cold drink in hand and a DJ blending chill-house tracks , it’s the kind of sensory reset festival veterans crave between back-to-back shows.</w:t>
      </w:r>
      <w:r/>
    </w:p>
    <w:p>
      <w:r/>
      <w:r>
        <w:t>If you’re choosing when to attend next year, aim for a weekday pool jam to savour the harbour views with fewer crowds, and save the weekend for headline acts. Bring a light cover-up for evening breezes and a waterproof pouch for your phone so you’ll keep the memories, rain or shine.</w:t>
      </w:r>
      <w:r/>
    </w:p>
    <w:p>
      <w:pPr>
        <w:pStyle w:val="Heading2"/>
      </w:pPr>
      <w:r>
        <w:t>Parade-day energy: costumes, barbecue and community</w:t>
      </w:r>
      <w:r/>
    </w:p>
    <w:p>
      <w:r/>
      <w:r>
        <w:t>The Crown &amp; Anchor turned Commercial Street into a viewing stand for the Carnival Parade, complete with a complimentary barbecue and a raucous hosting trio of drag favourites. Food, laughter and creativity created a family-friendly atmosphere that felt both local and celebratory. The costume contest raised the stakes: guests went all out with ocean-themed looks , mermaids, nautical disco and a clever Titanic-glacier-meets-disco-ball moment.</w:t>
      </w:r>
      <w:r/>
    </w:p>
    <w:p>
      <w:r/>
      <w:r>
        <w:t>There’s something grounding about watching floats, non-profits and local businesses glide past while neighbours and visitors cheer together. For future visitors, arriving early to stake a spot near the club keeps you close to the food and bathrooms, and nets a front-row vantage when the procession starts.</w:t>
      </w:r>
      <w:r/>
    </w:p>
    <w:p>
      <w:pPr>
        <w:pStyle w:val="Heading2"/>
      </w:pPr>
      <w:r>
        <w:t>Big names and midnight confetti: Kim Petras, Trixie and club takeovers</w:t>
      </w:r>
      <w:r/>
    </w:p>
    <w:p>
      <w:r/>
      <w:r>
        <w:t>Carnival’s late-night rhythm was turbocharged by headline sets at nearby clubs and the Crown &amp; Anchor’s dance rooms. Kim Petras brought a pop spectacle that fused stadium energy with intimate club heat, while Trixie Mattel’s birthday set turned into a communal singalong complete with DJ Leland mixing familiar anthems into ecstatic club edits.</w:t>
      </w:r>
      <w:r/>
    </w:p>
    <w:p>
      <w:r/>
      <w:r>
        <w:t>The takeaway for festival planners: mix big-name draws with strong resident DJs and themed nights , it keeps momentum steady across an eight-day run. If you’re sensitive to loud, late sets, consider earlier pool sessions and matinee-style cabaret shows as calmer alternatives.</w:t>
      </w:r>
      <w:r/>
    </w:p>
    <w:p>
      <w:pPr>
        <w:pStyle w:val="Heading2"/>
      </w:pPr>
      <w:r>
        <w:t>What to pack and how to plan for next year</w:t>
      </w:r>
      <w:r/>
    </w:p>
    <w:p>
      <w:r/>
      <w:r>
        <w:t>Provincetown’s microclimate means warm, sunlit afternoons and cool, salty evenings. Pack layers, comfortable shoes for cobbled Commercial Street, and a refillable water bottle to balance cocktails and dancing. Book accommodation early , the Crown &amp; Anchor and nearby rooms sell fast during Carnival , and scan event calendars ahead of arrival to snag pool events, parade spots and headline shows you don’t want to miss.</w:t>
      </w:r>
      <w:r/>
    </w:p>
    <w:p>
      <w:r/>
      <w:r>
        <w:t>For accessibility and quieter options, check venue maps and programming notes in advance; multi-room venues like the Crown &amp; Anchor often list quieter lounges or daytime events suited to different energy levels.</w:t>
      </w:r>
      <w:r/>
    </w:p>
    <w:p>
      <w:r/>
      <w:r>
        <w:t>It’s a small change that can make every Carnival experience brighter and more comfortable.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5">
        <w:r>
          <w:rPr>
            <w:color w:val="0000EE"/>
            <w:u w:val="single"/>
          </w:rPr>
          <w:t>[6]</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https://gayety.com/p-town-carnival-crown-and-anchor-review</w:t>
        </w:r>
      </w:hyperlink>
      <w:r>
        <w:t xml:space="preserve"> - Please view link - unable to able to access data</w:t>
      </w:r>
      <w:r/>
    </w:p>
    <w:p>
      <w:pPr>
        <w:pStyle w:val="ListNumber"/>
        <w:spacing w:line="240" w:lineRule="auto"/>
        <w:ind w:left="720"/>
      </w:pPr>
      <w:r/>
      <w:hyperlink r:id="rId11">
        <w:r>
          <w:rPr>
            <w:color w:val="0000EE"/>
            <w:u w:val="single"/>
          </w:rPr>
          <w:t>https://ptown.org/events/delta-miles-is-judy-the-crown-anchor/</w:t>
        </w:r>
      </w:hyperlink>
      <w:r>
        <w:t xml:space="preserve"> - On September 18, 2024, Delta Miles performed a tribute to Judy Garland at The Crown &amp; Anchor in Provincetown. The show featured Garland's greatest hits, including 'Get Happy,' 'The Trolley Song,' and 'Over the Rainbow.' Delta Miles delivered a live performance that captivated the audience with authenticity and passion. (</w:t>
      </w:r>
      <w:hyperlink r:id="rId16">
        <w:r>
          <w:rPr>
            <w:color w:val="0000EE"/>
            <w:u w:val="single"/>
          </w:rPr>
          <w:t>ptown.org</w:t>
        </w:r>
      </w:hyperlink>
      <w:r>
        <w:t>)</w:t>
      </w:r>
      <w:r/>
    </w:p>
    <w:p>
      <w:pPr>
        <w:pStyle w:val="ListNumber"/>
        <w:spacing w:line="240" w:lineRule="auto"/>
        <w:ind w:left="720"/>
      </w:pPr>
      <w:r/>
      <w:hyperlink r:id="rId13">
        <w:r>
          <w:rPr>
            <w:color w:val="0000EE"/>
            <w:u w:val="single"/>
          </w:rPr>
          <w:t>https://happeningnext.com/event/br%C3%9Ct-party-independence-provincetown-2024-the-crown-andamp-anchor-eid3a0bgeekch</w:t>
        </w:r>
      </w:hyperlink>
      <w:r>
        <w:t xml:space="preserve"> - On July 2, 2024, The Crown &amp; Anchor hosted the BRÜT Party during Provincetown's Independence Week. The event featured DJ Daddy Dan Darlington spinning high-energy vocal house beats, creating a vibrant atmosphere. Attendees celebrated in patriotic attire, including red, white, and blue, stars, stripes, and speedos. (</w:t>
      </w:r>
      <w:hyperlink r:id="rId17">
        <w:r>
          <w:rPr>
            <w:color w:val="0000EE"/>
            <w:u w:val="single"/>
          </w:rPr>
          <w:t>happeningnext.com</w:t>
        </w:r>
      </w:hyperlink>
      <w:r>
        <w:t>)</w:t>
      </w:r>
      <w:r/>
    </w:p>
    <w:p>
      <w:pPr>
        <w:pStyle w:val="ListNumber"/>
        <w:spacing w:line="240" w:lineRule="auto"/>
        <w:ind w:left="720"/>
      </w:pPr>
      <w:r/>
      <w:hyperlink r:id="rId10">
        <w:r>
          <w:rPr>
            <w:color w:val="0000EE"/>
            <w:u w:val="single"/>
          </w:rPr>
          <w:t>https://www.provincetown.com/calendar/provincetown-carnival</w:t>
        </w:r>
      </w:hyperlink>
      <w:r>
        <w:t xml:space="preserve"> - The Provincetown Carnival, created by the Provincetown Business Guild in 1978, is a weeklong festival celebrating community, expression, and creativity. The event attracts tens of thousands of guests from around the world, featuring parties, events, costume contests, and the celebrated Carnival parade down Commercial Street. (</w:t>
      </w:r>
      <w:hyperlink r:id="rId18">
        <w:r>
          <w:rPr>
            <w:color w:val="0000EE"/>
            <w:u w:val="single"/>
          </w:rPr>
          <w:t>provincetown.com</w:t>
        </w:r>
      </w:hyperlink>
      <w:r>
        <w:t>)</w:t>
      </w:r>
      <w:r/>
    </w:p>
    <w:p>
      <w:pPr>
        <w:pStyle w:val="ListNumber"/>
        <w:spacing w:line="240" w:lineRule="auto"/>
        <w:ind w:left="720"/>
      </w:pPr>
      <w:r/>
      <w:hyperlink r:id="rId14">
        <w:r>
          <w:rPr>
            <w:color w:val="0000EE"/>
            <w:u w:val="single"/>
          </w:rPr>
          <w:t>https://provincetownindependent.org/top-stories/2024/08/28/carnivals-revolution-theme-tests-the-edge-of-vacation-fantasies/</w:t>
        </w:r>
      </w:hyperlink>
      <w:r>
        <w:t xml:space="preserve"> - The 46th annual Provincetown Carnival, held on August 22, 2024, featured the theme 'Renaissance x Revolution.' The parade moved down Commercial Street with painted props and glittering bodies, and floats sent out waves of music that set the gathered revelers spinning and singing. (</w:t>
      </w:r>
      <w:hyperlink r:id="rId19">
        <w:r>
          <w:rPr>
            <w:color w:val="0000EE"/>
            <w:u w:val="single"/>
          </w:rPr>
          <w:t>provincetownindependent.org</w:t>
        </w:r>
      </w:hyperlink>
      <w:r>
        <w:t>)</w:t>
      </w:r>
      <w:r/>
    </w:p>
    <w:p>
      <w:pPr>
        <w:pStyle w:val="ListNumber"/>
        <w:spacing w:line="240" w:lineRule="auto"/>
        <w:ind w:left="720"/>
      </w:pPr>
      <w:r/>
      <w:hyperlink r:id="rId15">
        <w:r>
          <w:rPr>
            <w:color w:val="0000EE"/>
            <w:u w:val="single"/>
          </w:rPr>
          <w:t>https://www.broadwayworld.com/boston/regional/Provincetown-CabaretFest--Golden-Era-of-Night-Clubs--4144069</w:t>
        </w:r>
      </w:hyperlink>
      <w:r>
        <w:t xml:space="preserve"> - From June 5 to June 9, 2024, the Provincetown CabaretFest 'Golden Era of Night Clubs' was held at The Crown &amp; Anchor. The festival featured over 15 cabaret shows highlighting singers from the Golden Era of Night Clubs, including performances by Nick King &amp; Seth Sikes, Angela Bacari, Sidney Myer, Warren Schein, David Rhodes, Michael Garin, and Mardie Millit. (</w:t>
      </w:r>
      <w:hyperlink r:id="rId20">
        <w:r>
          <w:rPr>
            <w:color w:val="0000EE"/>
            <w:u w:val="single"/>
          </w:rPr>
          <w:t>broadwayworld.com</w:t>
        </w:r>
      </w:hyperlink>
      <w:r>
        <w:t>)</w:t>
      </w:r>
      <w:r/>
    </w:p>
    <w:p>
      <w:pPr>
        <w:pStyle w:val="ListNumber"/>
        <w:spacing w:line="240" w:lineRule="auto"/>
        <w:ind w:left="720"/>
      </w:pPr>
      <w:r/>
      <w:hyperlink r:id="rId12">
        <w:r>
          <w:rPr>
            <w:color w:val="0000EE"/>
            <w:u w:val="single"/>
          </w:rPr>
          <w:t>https://www.onlyatthecrown.com/the-paramount-club</w:t>
        </w:r>
      </w:hyperlink>
      <w:r>
        <w:t xml:space="preserve"> - The Paramount Club at The Crown &amp; Anchor is Provincetown's largest oceanside dance club and a premier nightlife destination. The venue hosts internationally recognized DJs, high-energy dance parties, themed events, drag spectaculars, and unforgettable nights that bring people together on the dance floor. (</w:t>
      </w:r>
      <w:hyperlink r:id="rId21">
        <w:r>
          <w:rPr>
            <w:color w:val="0000EE"/>
            <w:u w:val="single"/>
          </w:rPr>
          <w:t>onlyatthecrown.com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p-town-carnival-crown-and-anchor-review" TargetMode="External"/><Relationship Id="rId10" Type="http://schemas.openxmlformats.org/officeDocument/2006/relationships/hyperlink" Target="https://www.provincetown.com/calendar/provincetown-carnival" TargetMode="External"/><Relationship Id="rId11" Type="http://schemas.openxmlformats.org/officeDocument/2006/relationships/hyperlink" Target="https://ptown.org/events/delta-miles-is-judy-the-crown-anchor/" TargetMode="External"/><Relationship Id="rId12" Type="http://schemas.openxmlformats.org/officeDocument/2006/relationships/hyperlink" Target="https://www.onlyatthecrown.com/the-paramount-club" TargetMode="External"/><Relationship Id="rId13" Type="http://schemas.openxmlformats.org/officeDocument/2006/relationships/hyperlink" Target="https://happeningnext.com/event/br%C3%9Ct-party-independence-provincetown-2024-the-crown-andamp-anchor-eid3a0bgeekch" TargetMode="External"/><Relationship Id="rId14" Type="http://schemas.openxmlformats.org/officeDocument/2006/relationships/hyperlink" Target="https://provincetownindependent.org/top-stories/2024/08/28/carnivals-revolution-theme-tests-the-edge-of-vacation-fantasies/" TargetMode="External"/><Relationship Id="rId15" Type="http://schemas.openxmlformats.org/officeDocument/2006/relationships/hyperlink" Target="https://www.broadwayworld.com/boston/regional/Provincetown-CabaretFest--Golden-Era-of-Night-Clubs--4144069" TargetMode="External"/><Relationship Id="rId16" Type="http://schemas.openxmlformats.org/officeDocument/2006/relationships/hyperlink" Target="https://ptown.org/events/delta-miles-is-judy-the-crown-anchor/?utm_source=openai" TargetMode="External"/><Relationship Id="rId17" Type="http://schemas.openxmlformats.org/officeDocument/2006/relationships/hyperlink" Target="https://happeningnext.com/event/br%C3%9Ct-party-independence-provincetown-2024-the-crown-andamp-anchor-eid3a0bgeekch?utm_source=openai" TargetMode="External"/><Relationship Id="rId18" Type="http://schemas.openxmlformats.org/officeDocument/2006/relationships/hyperlink" Target="https://www.provincetown.com/calendar/provincetown-carnival?utm_source=openai" TargetMode="External"/><Relationship Id="rId19" Type="http://schemas.openxmlformats.org/officeDocument/2006/relationships/hyperlink" Target="https://provincetownindependent.org/top-stories/2024/08/28/carnivals-revolution-theme-tests-the-edge-of-vacation-fantasies/?utm_source=openai" TargetMode="External"/><Relationship Id="rId20" Type="http://schemas.openxmlformats.org/officeDocument/2006/relationships/hyperlink" Target="https://www.broadwayworld.com/boston/regional/Provincetown-CabaretFest--Golden-Era-of-Night-Clubs--4144069?utm_source=openai" TargetMode="External"/><Relationship Id="rId21" Type="http://schemas.openxmlformats.org/officeDocument/2006/relationships/hyperlink" Target="https://www.onlyatthecrown.com/the-paramount-club?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