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Moments This Week: Gay Roles, Rosie O’Donnell, and Fresh Looks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are buzzing as stars made headlines this week , from Michael Johnston reflecting on his first gay role to Rosie O’Donnell sparring with critics, Jonathan Groff eyeing a gender-bending Shakespeare twist, and Connor Storrie’s dramatic new buzzcut. Here’s what happened, why it matters, and what fans should know.</w:t>
      </w:r>
      <w:r/>
    </w:p>
    <w:p>
      <w:r/>
      <w:r>
        <w:t>Essential Takeaways</w:t>
      </w:r>
      <w:r/>
      <w:r/>
    </w:p>
    <w:p>
      <w:pPr>
        <w:pStyle w:val="ListBullet"/>
        <w:spacing w:line="240" w:lineRule="auto"/>
        <w:ind w:left="720"/>
      </w:pPr>
      <w:r/>
      <w:r>
        <w:rPr>
          <w:b/>
        </w:rPr>
        <w:t>Michael Johnston:</w:t>
      </w:r>
      <w:r>
        <w:t xml:space="preserve"> Openly honest reflection , his first gay role felt “terrifying,” revealing the pressure young actors face.</w:t>
      </w:r>
      <w:r/>
    </w:p>
    <w:p>
      <w:pPr>
        <w:pStyle w:val="ListBullet"/>
        <w:spacing w:line="240" w:lineRule="auto"/>
        <w:ind w:left="720"/>
      </w:pPr>
      <w:r/>
      <w:r>
        <w:rPr>
          <w:b/>
        </w:rPr>
        <w:t>Rosie O’Donnell:</w:t>
      </w:r>
      <w:r>
        <w:t xml:space="preserve"> Fired back after the White House called her a “total slob,” keeping her spot in culture-war headlines.</w:t>
      </w:r>
      <w:r/>
    </w:p>
    <w:p>
      <w:pPr>
        <w:pStyle w:val="ListBullet"/>
        <w:spacing w:line="240" w:lineRule="auto"/>
        <w:ind w:left="720"/>
      </w:pPr>
      <w:r/>
      <w:r>
        <w:rPr>
          <w:b/>
        </w:rPr>
        <w:t>Late-night push:</w:t>
      </w:r>
      <w:r>
        <w:t xml:space="preserve"> Critics are calling for Rosie to host late-night, arguing she could break comedy’s big gender barrier.</w:t>
      </w:r>
      <w:r/>
    </w:p>
    <w:p>
      <w:pPr>
        <w:pStyle w:val="ListBullet"/>
        <w:spacing w:line="240" w:lineRule="auto"/>
        <w:ind w:left="720"/>
      </w:pPr>
      <w:r/>
      <w:r>
        <w:rPr>
          <w:b/>
        </w:rPr>
        <w:t>Jonathan Groff:</w:t>
      </w:r>
      <w:r>
        <w:t xml:space="preserve"> Responded enthusiastically to the idea of fronting an all-male As You Like It revival, signalling appetite for playful casting.</w:t>
      </w:r>
      <w:r/>
    </w:p>
    <w:p>
      <w:pPr>
        <w:pStyle w:val="ListBullet"/>
        <w:spacing w:line="240" w:lineRule="auto"/>
        <w:ind w:left="720"/>
      </w:pPr>
      <w:r/>
      <w:r>
        <w:rPr>
          <w:b/>
        </w:rPr>
        <w:t>Style moment:</w:t>
      </w:r>
      <w:r>
        <w:t xml:space="preserve"> Connor Storrie’s new buzzcut for Heated Rivalry season 2 is sparky, fresh and already trending among fans.</w:t>
      </w:r>
      <w:r/>
      <w:r/>
    </w:p>
    <w:p>
      <w:pPr>
        <w:pStyle w:val="Heading2"/>
      </w:pPr>
      <w:r>
        <w:t>Michael Johnston on his first gay role: honest and human</w:t>
      </w:r>
      <w:r/>
    </w:p>
    <w:p>
      <w:r/>
      <w:r>
        <w:t>Michael Johnston admitted playing his first gay character was terrifying, and you can feel the vulnerability in that admission. According to Queerty, the actor spoke about the weight of representation and the tightrope younger performers walk when taking on roles that carry social meaning. Fans responded with empathy; the reaction was warm and protective rather than scandalised. If you care about authentic storytelling, Johnston’s experience underscores why careful casting and support matter , actors often carry more than a script. Expect more candid conversations about early-career pressures as Johnston’s profile keeps rising.</w:t>
      </w:r>
      <w:r/>
    </w:p>
    <w:p>
      <w:pPr>
        <w:pStyle w:val="Heading2"/>
      </w:pPr>
      <w:r>
        <w:t>Rosie O’Donnell didn’t back down , and that keeps her in the conversation</w:t>
      </w:r>
      <w:r/>
    </w:p>
    <w:p>
      <w:r/>
      <w:r>
        <w:t>Rosie O’Donnell responded sharply after the White House described her as a “total slob,” refusing to be relegated to a punchline. Entertainment Weekly covered her reply, and the spat is the latest chapter in a long-running public persona that still divides opinion. Commentary in Variety suggests there’s another side: many believe Rosie’s voice and timing would translate well to late-night TV, where she could use her bluntness as a strength. Whether you love her or roll your eyes, Rosie remains culturally relevant, and her feisty exchanges keep networks and pundits talking.</w:t>
      </w:r>
      <w:r/>
    </w:p>
    <w:p>
      <w:pPr>
        <w:pStyle w:val="Heading2"/>
      </w:pPr>
      <w:r>
        <w:t>Could Rosie host late-night and shatter a glass ceiling?</w:t>
      </w:r>
      <w:r/>
    </w:p>
    <w:p>
      <w:r/>
      <w:r>
        <w:t>Variety argues Rosie O’Donnell should host her own late-night show, pointing out the industry’s long-standing gender imbalance. The piece makes a wider point: late-night needs new energy and different voices, and Rosie’s mix of warmth, outrage and comedy could disrupt the usual format. There’s precedent for hosts who polarise but command attention, and Rosie fits that bill. For viewers, the takeaway is simple , late-night could use a shake-up, and a high-profile female host would be a meaningful step toward parity.</w:t>
      </w:r>
      <w:r/>
    </w:p>
    <w:p>
      <w:pPr>
        <w:pStyle w:val="Heading2"/>
      </w:pPr>
      <w:r>
        <w:t>Jonathan Groff and playful casting , why it matters</w:t>
      </w:r>
      <w:r/>
    </w:p>
    <w:p>
      <w:r/>
      <w:r>
        <w:t>Jonathan Groff’s upbeat reaction to being asked about fronting an all-male production of As You Like It shows how actors are leaning into adventurous staging. Pink News reported his excited reply, and it hints at a broader appetite for reimagining classics through contemporary lenses. Such productions can highlight different dynamics in the text and offer actors fresh challenges. If you love theatre, keep an eye on revivals that toy with gender and casting; they often spark the most interesting conversations about identity and performance.</w:t>
      </w:r>
      <w:r/>
    </w:p>
    <w:p>
      <w:pPr>
        <w:pStyle w:val="Heading2"/>
      </w:pPr>
      <w:r>
        <w:t>Connor Storrie’s buzzcut: a small change, big reaction</w:t>
      </w:r>
      <w:r/>
    </w:p>
    <w:p>
      <w:r/>
      <w:r>
        <w:t>Connor Storrie debuted a bold new buzzcut ahead of Heated Rivalry season 2 and the change is getting noticed for its smart, sculpted feel. Out.com covered the reveal, and fans praised the look as sexy, confident and low-maintenance. Haircuts like this do more than update a character’s image; they signal tonal shifts in a show. If you’re thinking of a fresh, fuss-free style, Storrie’s cut is proof a dramatic chop can feel modern and surprisingly versatile.</w:t>
      </w:r>
      <w:r/>
    </w:p>
    <w:p>
      <w:pPr>
        <w:pStyle w:val="Heading2"/>
      </w:pPr>
      <w:r>
        <w:t>Anna Faris and the fan connection that lasts</w:t>
      </w:r>
      <w:r/>
    </w:p>
    <w:p>
      <w:r/>
      <w:r>
        <w:t>Anna Faris reflected on her iconic characters and the affection she still receives from gay fans, as reported by Out.com. Her warmth and comedic timing built a durable rapport that businesses, PR teams and fellow performers note as a valuable kind of longevity. Fans often stick with performers who’ve given them touchstone moments, and Faris remains an example of how a career of light touch, human comedy builds loyalty. For performers, the lesson is clear: consistency and empathy create long-term goodwill.</w:t>
      </w:r>
      <w:r/>
    </w:p>
    <w:p>
      <w:r/>
      <w:r>
        <w:t>It's a small change that can make fans feel seen and performances land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3">
        <w:r>
          <w:rPr>
            <w:color w:val="0000EE"/>
            <w:u w:val="single"/>
          </w:rPr>
          <w:t>[4]</w:t>
        </w:r>
      </w:hyperlink>
      <w:r>
        <w:t xml:space="preserve">- Paragraph 4: </w:t>
      </w:r>
      <w:hyperlink r:id="rId14">
        <w:r>
          <w:rPr>
            <w:color w:val="0000EE"/>
            <w:u w:val="single"/>
          </w:rPr>
          <w:t>[5]</w:t>
        </w:r>
      </w:hyperlink>
      <w:r>
        <w:t xml:space="preserve">- Paragraph 5: </w:t>
      </w:r>
      <w:hyperlink r:id="rId11">
        <w:r>
          <w:rPr>
            <w:color w:val="0000EE"/>
            <w:u w:val="single"/>
          </w:rPr>
          <w:t>[6]</w:t>
        </w:r>
      </w:hyperlink>
      <w:r>
        <w:t xml:space="preserve">- Paragraph 6: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https://greginhollywood.com/monday-round-up-michael-johnston-rosie-odonnell-connor-storrie-jonathan-groff-more-252494</w:t>
        </w:r>
      </w:hyperlink>
      <w:r>
        <w:t xml:space="preserve"> - Please view link - unable to able to access data</w:t>
      </w:r>
      <w:r/>
    </w:p>
    <w:p>
      <w:pPr>
        <w:pStyle w:val="ListNumber"/>
        <w:spacing w:line="240" w:lineRule="auto"/>
        <w:ind w:left="720"/>
      </w:pPr>
      <w:r/>
      <w:hyperlink r:id="rId10">
        <w:r>
          <w:rPr>
            <w:color w:val="0000EE"/>
            <w:u w:val="single"/>
          </w:rPr>
          <w:t>https://www.queerty.com/michael-johnston-reflects-on-his-very-first-gay-role-it-was-terrifying-20260823/</w:t>
        </w:r>
      </w:hyperlink>
      <w:r>
        <w:t xml:space="preserve"> - Michael Johnston, known for his role as Corey Bryant on 'Teen Wolf', reflects on his first gay role, describing it as 'terrifying'. He discusses his journey of self-discovery and the support he received from fans, highlighting the impact of representation in media. Johnston also shares insights into his experiences on set and his approach to portraying LGBTQ+ characters authentically.</w:t>
      </w:r>
      <w:r/>
    </w:p>
    <w:p>
      <w:pPr>
        <w:pStyle w:val="ListNumber"/>
        <w:spacing w:line="240" w:lineRule="auto"/>
        <w:ind w:left="720"/>
      </w:pPr>
      <w:r/>
      <w:hyperlink r:id="rId12">
        <w:r>
          <w:rPr>
            <w:color w:val="0000EE"/>
            <w:u w:val="single"/>
          </w:rPr>
          <w:t>https://www.ew.com/rosie-odonnell-responds-to-white-house-calling-her-a-total-slob/</w:t>
        </w:r>
      </w:hyperlink>
      <w:r>
        <w:t xml:space="preserve"> - Rosie O'Donnell responds to the White House's criticism, calling her a 'total slob'. In her statement, she addresses the remarks, providing her perspective and expressing her views on the matter. O'Donnell's response sheds light on the ongoing tensions and offers her side of the story regarding the recent controversy.</w:t>
      </w:r>
      <w:r/>
    </w:p>
    <w:p>
      <w:pPr>
        <w:pStyle w:val="ListNumber"/>
        <w:spacing w:line="240" w:lineRule="auto"/>
        <w:ind w:left="720"/>
      </w:pPr>
      <w:r/>
      <w:hyperlink r:id="rId13">
        <w:r>
          <w:rPr>
            <w:color w:val="0000EE"/>
            <w:u w:val="single"/>
          </w:rPr>
          <w:t>https://variety.com/rosie-odonnell-should-host-her-own-show-on-late-night-tv-and-shatter-comedys-greatest-glass-ceiling/</w:t>
        </w:r>
      </w:hyperlink>
      <w:r>
        <w:t xml:space="preserve"> - An opinion piece in Variety advocates for Rosie O'Donnell to host her own late-night TV show, arguing that it would break comedy's 'greatest glass ceiling'. The article discusses O'Donnell's career, her impact on the industry, and the potential significance of her hosting a late-night show in the current television landscape.</w:t>
      </w:r>
      <w:r/>
    </w:p>
    <w:p>
      <w:pPr>
        <w:pStyle w:val="ListNumber"/>
        <w:spacing w:line="240" w:lineRule="auto"/>
        <w:ind w:left="720"/>
      </w:pPr>
      <w:r/>
      <w:hyperlink r:id="rId14">
        <w:r>
          <w:rPr>
            <w:color w:val="0000EE"/>
            <w:u w:val="single"/>
          </w:rPr>
          <w:t>https://www.thepinknews.com/jonathan-groff-had-excited-reply-when-asked-to-front-all-male-as-you-like-it/</w:t>
        </w:r>
      </w:hyperlink>
      <w:r>
        <w:t xml:space="preserve"> - Jonathan Groff responds enthusiastically to the idea of leading an all-male production of 'As You Like It'. The article explores Groff's reaction, his thoughts on the play, and the implications of such a casting choice. It also delves into the broader conversation about gender representation in theatre.</w:t>
      </w:r>
      <w:r/>
    </w:p>
    <w:p>
      <w:pPr>
        <w:pStyle w:val="ListNumber"/>
        <w:spacing w:line="240" w:lineRule="auto"/>
        <w:ind w:left="720"/>
      </w:pPr>
      <w:r/>
      <w:hyperlink r:id="rId11">
        <w:r>
          <w:rPr>
            <w:color w:val="0000EE"/>
            <w:u w:val="single"/>
          </w:rPr>
          <w:t>https://www.out.com/connor-storrie-debuts-sexy-new-buzzcut-for-heated-rivalry-season-2/</w:t>
        </w:r>
      </w:hyperlink>
      <w:r>
        <w:t xml:space="preserve"> - Connor Storrie unveils a new buzzcut for the second season of 'Heated Rivalry'. The piece highlights Storrie's transformation, discussing the significance of the new look for his character and the show's upcoming season. It also touches on the actor's career and previous roles.</w:t>
      </w:r>
      <w:r/>
    </w:p>
    <w:p>
      <w:pPr>
        <w:pStyle w:val="ListNumber"/>
        <w:spacing w:line="240" w:lineRule="auto"/>
        <w:ind w:left="720"/>
      </w:pPr>
      <w:r/>
      <w:hyperlink r:id="rId15">
        <w:r>
          <w:rPr>
            <w:color w:val="0000EE"/>
            <w:u w:val="single"/>
          </w:rPr>
          <w:t>https://www.out.com/anna-faris-dishes-on-her-iconic-characters-beloved-by-her-gay-fans/</w:t>
        </w:r>
      </w:hyperlink>
      <w:r>
        <w:t xml:space="preserve"> - Anna Faris discusses her iconic characters and their special place in the hearts of her gay fans. The article features Faris's reflections on her roles, the impact they've had on LGBTQ+ audiences, and her thoughts on representation in media. It also includes anecdotes and insights from her career.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reginhollywood.com/monday-round-up-michael-johnston-rosie-odonnell-connor-storrie-jonathan-groff-more-252494" TargetMode="External"/><Relationship Id="rId10" Type="http://schemas.openxmlformats.org/officeDocument/2006/relationships/hyperlink" Target="https://www.queerty.com/michael-johnston-reflects-on-his-very-first-gay-role-it-was-terrifying-20260823/" TargetMode="External"/><Relationship Id="rId11" Type="http://schemas.openxmlformats.org/officeDocument/2006/relationships/hyperlink" Target="https://www.out.com/connor-storrie-debuts-sexy-new-buzzcut-for-heated-rivalry-season-2/" TargetMode="External"/><Relationship Id="rId12" Type="http://schemas.openxmlformats.org/officeDocument/2006/relationships/hyperlink" Target="https://www.ew.com/rosie-odonnell-responds-to-white-house-calling-her-a-total-slob/" TargetMode="External"/><Relationship Id="rId13" Type="http://schemas.openxmlformats.org/officeDocument/2006/relationships/hyperlink" Target="https://variety.com/rosie-odonnell-should-host-her-own-show-on-late-night-tv-and-shatter-comedys-greatest-glass-ceiling/" TargetMode="External"/><Relationship Id="rId14" Type="http://schemas.openxmlformats.org/officeDocument/2006/relationships/hyperlink" Target="https://www.thepinknews.com/jonathan-groff-had-excited-reply-when-asked-to-front-all-male-as-you-like-it/" TargetMode="External"/><Relationship Id="rId15" Type="http://schemas.openxmlformats.org/officeDocument/2006/relationships/hyperlink" Target="https://www.out.com/anna-faris-dishes-on-her-iconic-characters-beloved-by-her-gay-f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