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Weekend Round-Up: Celebrity Moments, Music Feuds and Queer Stories to Watch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pop-culture fans are catching up on a buzzy weekend of celeb news: who’s starring in new queer adaptations, which stars clashed over politics, and which performers’ personal lives sparked fresh conversation , all in one lively roundup you can skim in minutes.</w:t>
      </w:r>
      <w:r/>
    </w:p>
    <w:p>
      <w:r/>
      <w:r>
        <w:t>Essential Takeaways</w:t>
      </w:r>
      <w:r/>
      <w:r/>
    </w:p>
    <w:p>
      <w:pPr>
        <w:pStyle w:val="ListBullet"/>
        <w:spacing w:line="240" w:lineRule="auto"/>
        <w:ind w:left="720"/>
      </w:pPr>
      <w:r/>
      <w:r>
        <w:rPr>
          <w:b/>
        </w:rPr>
        <w:t>Nico Tortorella’s new role:</w:t>
      </w:r>
      <w:r>
        <w:t xml:space="preserve"> The Younger actor is adapting classic Lyonesse Trilogy tales into spicy, short-form microdramas with a queer angle; expect intimate, character-driven moments and a sleek, modern sensibility.</w:t>
      </w:r>
      <w:r/>
    </w:p>
    <w:p>
      <w:pPr>
        <w:pStyle w:val="ListBullet"/>
        <w:spacing w:line="240" w:lineRule="auto"/>
        <w:ind w:left="720"/>
      </w:pPr>
      <w:r/>
      <w:r>
        <w:rPr>
          <w:b/>
        </w:rPr>
        <w:t>Rosie O’Donnell vs. the White House:</w:t>
      </w:r>
      <w:r>
        <w:t xml:space="preserve"> O’Donnell’s guest-host spot on Jimmy Kimmel Live drew sharp, public barbs back from the White House, turning a late-night riff into a wider media flap.</w:t>
      </w:r>
      <w:r/>
    </w:p>
    <w:p>
      <w:pPr>
        <w:pStyle w:val="ListBullet"/>
        <w:spacing w:line="240" w:lineRule="auto"/>
        <w:ind w:left="720"/>
      </w:pPr>
      <w:r/>
      <w:r>
        <w:rPr>
          <w:b/>
        </w:rPr>
        <w:t>Celebs speaking out:</w:t>
      </w:r>
      <w:r>
        <w:t xml:space="preserve"> Ariana Grande protested the Trump administration’s use of her music on a social platform, echoing a growing artist pushback against political soundtracks.</w:t>
      </w:r>
      <w:r/>
    </w:p>
    <w:p>
      <w:pPr>
        <w:pStyle w:val="ListBullet"/>
        <w:spacing w:line="240" w:lineRule="auto"/>
        <w:ind w:left="720"/>
      </w:pPr>
      <w:r/>
      <w:r>
        <w:rPr>
          <w:b/>
        </w:rPr>
        <w:t>Bisexual visibility:</w:t>
      </w:r>
      <w:r>
        <w:t xml:space="preserve"> Comedian Maxx Eddy is publicly correcting rumours and stereotypes about being bisexual, giving a frank, humanising take on identity and fidelity.</w:t>
      </w:r>
      <w:r/>
      <w:r/>
    </w:p>
    <w:p>
      <w:pPr>
        <w:pStyle w:val="Heading2"/>
      </w:pPr>
      <w:r>
        <w:t>Nico Tortorella’s microdramas bring classic fantasy into queer, bite-sized form</w:t>
      </w:r>
      <w:r/>
    </w:p>
    <w:p>
      <w:r/>
      <w:r>
        <w:t>Nico Tortorella is taking the towelling-off, intimate-camera energy we associate with social video and putting it to work on the Lyonesse Trilogy. The result feels quiet and skin-close, a mix of old-school Arthurian atmosphere and modern flirtation. Entertainment Weekly reports Tortorella’s leaning into short, cinematic scenes that foreground desire and identity, rather than sprawling fantasy spectacle. That makes them easy to binge between chores, with music and mood doing a lot of the storytelling. If you like your fantasy less armour and more emotion, these microdramas are worth a look. They’re also a reminder that familiar stories can feel fresh when told through a different lens , and that queer retellings have a growing place in mainstream outlets.</w:t>
      </w:r>
      <w:r/>
    </w:p>
    <w:p>
      <w:pPr>
        <w:pStyle w:val="Heading2"/>
      </w:pPr>
      <w:r>
        <w:t>Rosie O’Donnell’s late-night jibe turned into an unexpected White House response</w:t>
      </w:r>
      <w:r/>
    </w:p>
    <w:p>
      <w:r/>
      <w:r>
        <w:t>Rosie O’Donnell used her guest-host slot on Jimmy Kimmel Live to land some sharp jokes about Donald Trump, and the White House didn’t let the moment slide. The exchange escalated beyond late-night banter into public criticism from officials, who fired back with a zinger of their own. Coverage in TheWrap and The Independent shows how quickly late-night comedy can become headline news in a hyperpolarised media climate. O’Donnell’s approach was very much old-school roast , loud, pointed and personal , which makes it delicious TV for some and fuel for furious rebuttals for others. If you watch late-night for the laughs, you’re also watching politics now. For public figures, a guest-hosting spot can amplify a line into a statement, so expect more careful calibrations from other hosts in future.</w:t>
      </w:r>
      <w:r/>
    </w:p>
    <w:p>
      <w:pPr>
        <w:pStyle w:val="Heading2"/>
      </w:pPr>
      <w:r>
        <w:t>Ariana Grande and artists pushing back on political use of their music</w:t>
      </w:r>
      <w:r/>
    </w:p>
    <w:p>
      <w:r/>
      <w:r>
        <w:t>Ariana Grande publicly objected to the Trump administration using her songs on TikTok, joining other artists who’ve pushed back when their work becomes political background music without consent. The move is part of a broader pattern where musicians are asserting control over how and where their art is used. This strikes a chord because music shapes mood and message; a familiar song can lend legitimacy or warmth to a political scene, intentionally or not. Fans and creators alike are paying attention, and platforms are being nudged to think harder about rights and context. For performers, the lesson is simple: monitor the way your art is used and speak up when it’s repurposed in ways that clash with your values.</w:t>
      </w:r>
      <w:r/>
    </w:p>
    <w:p>
      <w:pPr>
        <w:pStyle w:val="Heading2"/>
      </w:pPr>
      <w:r>
        <w:t>Maxx Eddy’s candid chat challenges bisexual myths</w:t>
      </w:r>
      <w:r/>
    </w:p>
    <w:p>
      <w:r/>
      <w:r>
        <w:t>Comedian Maxx Eddy has been tackling rumours and stereotypes about bisexuality head-on, addressing everything from “secretly gay” suggestions to myths about openness and infidelity. The tone is frank, human and often funny , the sort of honest conversation that helps chip away at tired misconceptions. Queerty covered Eddy’s responses, and the conversation is useful for anyone trying to understand how public narratives shape private lives. Bisexual visibility still matters because it reduces stigma and brings nuance to how we talk about relationships. If you’re curious how identity and comedy intersect, Eddy’s approach is a good example: use humour to make a point, then follow it with real talk.</w:t>
      </w:r>
      <w:r/>
    </w:p>
    <w:p>
      <w:pPr>
        <w:pStyle w:val="Heading2"/>
      </w:pPr>
      <w:r>
        <w:t>Why these moments matter beyond gossip</w:t>
      </w:r>
      <w:r/>
    </w:p>
    <w:p>
      <w:r/>
      <w:r>
        <w:t>This weekend’s headlines show celebrity culture doing what it always does best: magnifying stories that sit at the crossroads of entertainment, identity and politics. Whether it’s a queer retelling of a fantasy epic, a late-night jibe that prompts an official reply, or an artist defending how their music is used, these items tell us something about control , of story, sound and self. For readers, the takeaway is practical. Follow creators whose work aligns with your values, pay attention to how platforms mediate content, and don’t underestimate the small cultural moments that quietly shift public conversation. It’s a small change that can make every headline feel a little more relevant to your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3">
        <w:r>
          <w:rPr>
            <w:color w:val="0000EE"/>
            <w:u w:val="single"/>
          </w:rPr>
          <w:t>[7]</w:t>
        </w:r>
      </w:hyperlink>
      <w:r>
        <w:t xml:space="preserve">- Paragraph 4: </w:t>
      </w:r>
      <w:hyperlink r:id="rId12">
        <w:r>
          <w:rPr>
            <w:color w:val="0000EE"/>
            <w:u w:val="single"/>
          </w:rPr>
          <w:t>[5]</w:t>
        </w:r>
      </w:hyperlink>
      <w:r>
        <w:t xml:space="preserve">, </w:t>
      </w:r>
      <w:hyperlink r:id="rId10">
        <w:r>
          <w:rPr>
            <w:color w:val="0000EE"/>
            <w:u w:val="single"/>
          </w:rPr>
          <w:t>[2]</w:t>
        </w:r>
      </w:hyperlink>
      <w:r>
        <w:t xml:space="preserve">- Paragraph 5: </w:t>
      </w:r>
      <w:hyperlink r:id="rId11">
        <w:r>
          <w:rPr>
            <w:color w:val="0000EE"/>
            <w:u w:val="single"/>
          </w:rPr>
          <w:t>[3]</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https://greginhollywood.com/weekend-round-up-nico-tortorella-rosie-odonnell-maxx-eddy-adam-lambert-ariana-grande-more-252470</w:t>
        </w:r>
      </w:hyperlink>
      <w:r>
        <w:t xml:space="preserve"> - Please view link - unable to able to access data</w:t>
      </w:r>
      <w:r/>
    </w:p>
    <w:p>
      <w:pPr>
        <w:pStyle w:val="ListNumber"/>
        <w:spacing w:line="240" w:lineRule="auto"/>
        <w:ind w:left="720"/>
      </w:pPr>
      <w:r/>
      <w:hyperlink r:id="rId10">
        <w:r>
          <w:rPr>
            <w:color w:val="0000EE"/>
            <w:u w:val="single"/>
          </w:rPr>
          <w:t>https://ew.com/books/nico-tortorella-lyonesse-trilogy-adaptations/</w:t>
        </w:r>
      </w:hyperlink>
      <w:r>
        <w:t xml:space="preserve"> - Nico Tortorella, known for their role in 'Younger', is venturing into the world of microdramas with adaptations of the 'Lyonesse Trilogy'. These adaptations are set to bring a fresh, queer perspective to the classic fantasy series, blending Tortorella's unique storytelling style with the rich, mythical world of Lyonesse. The project aims to explore themes of identity, love, and transformation, resonating with contemporary audiences seeking diverse narratives in fantasy genres.</w:t>
      </w:r>
      <w:r/>
    </w:p>
    <w:p>
      <w:pPr>
        <w:pStyle w:val="ListNumber"/>
        <w:spacing w:line="240" w:lineRule="auto"/>
        <w:ind w:left="720"/>
      </w:pPr>
      <w:r/>
      <w:hyperlink r:id="rId11">
        <w:r>
          <w:rPr>
            <w:color w:val="0000EE"/>
            <w:u w:val="single"/>
          </w:rPr>
          <w:t>https://www.thewrap.com/rosie-odonnell-taunts-trump-jimmy-kimmel-live/</w:t>
        </w:r>
      </w:hyperlink>
      <w:r>
        <w:t xml:space="preserve"> - During her guest-hosting debut on 'Jimmy Kimmel Live!', Rosie O'Donnell took aim at President Donald Trump without directly mentioning his name. She referenced her move to Ireland following Trump's re-election, stating, 'I’ve been living in Ireland for the past two years because of Mango Mussolini.' O'Donnell's monologue included jabs at Trump's administration and his recent actions, highlighting the ongoing tension between the comedian and the president.</w:t>
      </w:r>
      <w:r/>
    </w:p>
    <w:p>
      <w:pPr>
        <w:pStyle w:val="ListNumber"/>
        <w:spacing w:line="240" w:lineRule="auto"/>
        <w:ind w:left="720"/>
      </w:pPr>
      <w:r/>
      <w:hyperlink r:id="rId14">
        <w:r>
          <w:rPr>
            <w:color w:val="0000EE"/>
            <w:u w:val="single"/>
          </w:rPr>
          <w:t>https://www.cinemablend.com/television/how-rosie-odonnell-ended-up-hosting-kimmel-live-not-friends</w:t>
        </w:r>
      </w:hyperlink>
      <w:r>
        <w:t xml:space="preserve"> - Rosie O'Donnell recently guest-hosted 'Jimmy Kimmel Live!' during mid-August 2026, despite a historically distant relationship with regular host Jimmy Kimmel. O'Donnell revealed in an interview with Variety that Kimmel was 'never a fan' of hers and that their relationship had been somewhat adversarial over the years. They had only exchanged texts and briefly interacted at social events, facilitated by Howard Stern. However, after O'Donnell expressed condolences when Kimmel's uncle Frank Potenza passed away in 2011, the tension between them softened. Though she had never even been a guest on his show, Kimmel extended an official guest-hosting offer, which she accepted with surprise and gratitude. O'Donnell, a veteran talk show personality best known for her self-titled Emmy-winning show and 'The View', denied recent rumors about hosting her own late-night show. Her guest hosting stint comes amid Kimmel’s annual summer break. Upcoming guests during her hosting week include Charlie Day, Janelle James, Megan Mullally, Nick Offerman, Shawn Hatosy, and Sydney James Harcourt. Whether this stint leads to future appearances remains to be seen. Jimmy Kimmel Live! airs weeknights on ABC.</w:t>
      </w:r>
      <w:r/>
    </w:p>
    <w:p>
      <w:pPr>
        <w:pStyle w:val="ListNumber"/>
        <w:spacing w:line="240" w:lineRule="auto"/>
        <w:ind w:left="720"/>
      </w:pPr>
      <w:r/>
      <w:hyperlink r:id="rId12">
        <w:r>
          <w:rPr>
            <w:color w:val="0000EE"/>
            <w:u w:val="single"/>
          </w:rPr>
          <w:t>https://www.thewrap.com/rosie-odonnell-unleashes-on-trump-jimmy-kimmel-live/</w:t>
        </w:r>
      </w:hyperlink>
      <w:r>
        <w:t xml:space="preserve"> - Hours after the White House blasted Rosie O'Donnell as 'nasty' over her jokes on 'Jimmy Kimmel Live' this week, the comedian unleashed a series of scathing digs at President Donald Trump during her farewell monologue. O'Donnell addressed the White House’s comments at the top of her monologue, telling her studio audience, 'Welcome to 'Jimmy Kimmel Live.' I am your guest host, 'Nasty' Rosie O'Donnell.' She continued to mock Trump, referencing his recent actions and the ongoing tension between them.</w:t>
      </w:r>
      <w:r/>
    </w:p>
    <w:p>
      <w:pPr>
        <w:pStyle w:val="ListNumber"/>
        <w:spacing w:line="240" w:lineRule="auto"/>
        <w:ind w:left="720"/>
      </w:pPr>
      <w:r/>
      <w:hyperlink r:id="rId12">
        <w:r>
          <w:rPr>
            <w:color w:val="0000EE"/>
            <w:u w:val="single"/>
          </w:rPr>
          <w:t>https://www.thewrap.com/rosie-odonnell-unleashes-on-trump-jimmy-kimmel-live/</w:t>
        </w:r>
      </w:hyperlink>
      <w:r>
        <w:t xml:space="preserve"> - Hours after the White House blasted Rosie O'Donnell as 'nasty' over her jokes on 'Jimmy Kimmel Live' this week, the comedian unleashed a series of scathing digs at President Donald Trump during her farewell monologue. O'Donnell addressed the White House’s comments at the top of her monologue, telling her studio audience, 'Welcome to 'Jimmy Kimmel Live.' I am your guest host, 'Nasty' Rosie O'Donnell.' She continued to mock Trump, referencing his recent actions and the ongoing tension between them.</w:t>
      </w:r>
      <w:r/>
    </w:p>
    <w:p>
      <w:pPr>
        <w:pStyle w:val="ListNumber"/>
        <w:spacing w:line="240" w:lineRule="auto"/>
        <w:ind w:left="720"/>
      </w:pPr>
      <w:r/>
      <w:hyperlink r:id="rId13">
        <w:r>
          <w:rPr>
            <w:color w:val="0000EE"/>
            <w:u w:val="single"/>
          </w:rPr>
          <w:t>https://www.the-independent.com/bulletin/culture/rosie-odonnell-guest-host-jimmy-kimmel-trump-b3034897.html</w:t>
        </w:r>
      </w:hyperlink>
      <w:r>
        <w:t xml:space="preserve"> - Comedian Rosie O'Donnell guest-hosted 'Jimmy Kimmel Live!' on Monday night and took aim at President Donald Trump in her opening monologue in their latest public clash. O'Donnell addressed her move to Ireland with her 13-year-old child following Trump's second inauguration, stating, 'You know, I’ve been living in Ireland for the past two years because of Mango Mussolini. I read that Project 2025 and said, ‘Got to get myself out of here,’ you know?' During the broadcast, an emotional O'Donnell paid tribute to actress Hayden Panettiere, who died on Sunday at age 36 and had previously appeared on O'Donnell's talk show as a child actor. 'She was so brave talking about mental health before people were really ready to hear about it, and very sad. My love to her family and friends, and she will be missed. Godspeed, Hayden,' O'Donnell said. Viewers praised O'Donnell's guest-hosting performance, which aired amidst Trump's continued calls for television networks to take action against late-night hosts who criticize him.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reginhollywood.com/weekend-round-up-nico-tortorella-rosie-odonnell-maxx-eddy-adam-lambert-ariana-grande-more-252470" TargetMode="External"/><Relationship Id="rId10" Type="http://schemas.openxmlformats.org/officeDocument/2006/relationships/hyperlink" Target="https://ew.com/books/nico-tortorella-lyonesse-trilogy-adaptations/" TargetMode="External"/><Relationship Id="rId11" Type="http://schemas.openxmlformats.org/officeDocument/2006/relationships/hyperlink" Target="https://www.thewrap.com/rosie-odonnell-taunts-trump-jimmy-kimmel-live/" TargetMode="External"/><Relationship Id="rId12" Type="http://schemas.openxmlformats.org/officeDocument/2006/relationships/hyperlink" Target="https://www.thewrap.com/rosie-odonnell-unleashes-on-trump-jimmy-kimmel-live/" TargetMode="External"/><Relationship Id="rId13" Type="http://schemas.openxmlformats.org/officeDocument/2006/relationships/hyperlink" Target="https://www.the-independent.com/bulletin/culture/rosie-odonnell-guest-host-jimmy-kimmel-trump-b3034897.html" TargetMode="External"/><Relationship Id="rId14" Type="http://schemas.openxmlformats.org/officeDocument/2006/relationships/hyperlink" Target="https://www.cinemablend.com/television/how-rosie-odonnell-ended-up-hosting-kimmel-live-not-frie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