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Celebrate at Alton Pride Festival 2026: Guide to the Fifth Annual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the moment: Alton Pride returns to Belle Street on Saturday 12 September with live music, drag shows, food stalls and a Pup Parade , a welcome, colourful day that spotlights inclusion, local businesses and ways to support LGBTQ+ youth in the Riverbend area.</w:t>
      </w:r>
      <w:r/>
    </w:p>
    <w:p>
      <w:r/>
      <w:r>
        <w:t>Essential takeaways</w:t>
      </w:r>
      <w:r/>
      <w:r/>
    </w:p>
    <w:p>
      <w:pPr>
        <w:pStyle w:val="ListBullet"/>
        <w:spacing w:line="240" w:lineRule="auto"/>
        <w:ind w:left="720"/>
      </w:pPr>
      <w:r/>
      <w:r>
        <w:rPr>
          <w:b/>
        </w:rPr>
        <w:t>When and where:</w:t>
      </w:r>
      <w:r>
        <w:t xml:space="preserve"> The festival runs on Belle Street in downtown Alton on Saturday 12 September, starting at 11am.</w:t>
      </w:r>
      <w:r/>
    </w:p>
    <w:p>
      <w:pPr>
        <w:pStyle w:val="ListBullet"/>
        <w:spacing w:line="240" w:lineRule="auto"/>
        <w:ind w:left="720"/>
      </w:pPr>
      <w:r/>
      <w:r>
        <w:rPr>
          <w:b/>
        </w:rPr>
        <w:t>Highlights:</w:t>
      </w:r>
      <w:r>
        <w:t xml:space="preserve"> Expect an Alton Pride Pup Parade, main-stage music, drag bingo and performances, plus a south-stage DJ and karaoke.</w:t>
      </w:r>
      <w:r/>
    </w:p>
    <w:p>
      <w:pPr>
        <w:pStyle w:val="ListBullet"/>
        <w:spacing w:line="240" w:lineRule="auto"/>
        <w:ind w:left="720"/>
      </w:pPr>
      <w:r/>
      <w:r>
        <w:rPr>
          <w:b/>
        </w:rPr>
        <w:t>Community impact:</w:t>
      </w:r>
      <w:r>
        <w:t xml:space="preserve"> Alton Pride funds scholarships for LGBTQ+ and ally students and runs local drives and parade floats year-round.</w:t>
      </w:r>
      <w:r/>
    </w:p>
    <w:p>
      <w:pPr>
        <w:pStyle w:val="ListBullet"/>
        <w:spacing w:line="240" w:lineRule="auto"/>
        <w:ind w:left="720"/>
      </w:pPr>
      <w:r/>
      <w:r>
        <w:rPr>
          <w:b/>
        </w:rPr>
        <w:t>How to help:</w:t>
      </w:r>
      <w:r>
        <w:t xml:space="preserve"> Organisers are running a $5 for Five fundraiser and encourage donations, volunteers and sponsorships.</w:t>
      </w:r>
      <w:r/>
    </w:p>
    <w:p>
      <w:pPr>
        <w:pStyle w:val="ListBullet"/>
        <w:spacing w:line="240" w:lineRule="auto"/>
        <w:ind w:left="720"/>
      </w:pPr>
      <w:r/>
      <w:r>
        <w:rPr>
          <w:b/>
        </w:rPr>
        <w:t>Family friendly:</w:t>
      </w:r>
      <w:r>
        <w:t xml:space="preserve"> The event features adoptable pets, food trucks and activities suitable for a broad audience, with a lively, welcoming atmosphere.</w:t>
      </w:r>
      <w:r/>
      <w:r/>
    </w:p>
    <w:p>
      <w:pPr>
        <w:pStyle w:val="Heading2"/>
      </w:pPr>
      <w:r>
        <w:t>What to expect on Belle Street , the sights, sounds and tastes</w:t>
      </w:r>
      <w:r/>
    </w:p>
    <w:p>
      <w:r/>
      <w:r>
        <w:t>The festival opens with the Pup Parade at 11am, a joyful, slightly chaotic parade of wagging tails and hopeful eyes from Hope Animal Rescue. Expect bright banners, a steady beat from the main stage and the smell of barbecue and sweet treats from food trucks. According to Alton Pride, organisers line up vendors and sponsors to make the day feel like a block party that’s both polished and warm.</w:t>
      </w:r>
      <w:r/>
    </w:p>
    <w:p>
      <w:r/>
      <w:r>
        <w:t>This year’s layout keeps performance stages central , a main stage for headline music and drag shows, and a south stage for DJ sets and karaoke that keeps things buzzing away from the crowd. If you want a quieter moment, scouts at previous events note there are shaded pockets along Belle Street where you can hear the music without standing in the thick of it.</w:t>
      </w:r>
      <w:r/>
    </w:p>
    <w:p>
      <w:pPr>
        <w:pStyle w:val="Heading2"/>
      </w:pPr>
      <w:r>
        <w:t>Why the fifth festival matters , community, confidence and scholarships</w:t>
      </w:r>
      <w:r/>
    </w:p>
    <w:p>
      <w:r/>
      <w:r>
        <w:t>Organiser Anne McCoy says the event exists to give the LGBTQ+ community a sense of belonging and visibility across Alton and nearby towns. That visibility isn’t just symbolic: since year two, Alton Pride has offered scholarships to LGBTQ+ and ally high-schoolers, and the $5 for Five fundraiser aims to grow that work. Supporting the event means supporting practical help for young people finding their footing.</w:t>
      </w:r>
      <w:r/>
    </w:p>
    <w:p>
      <w:r/>
      <w:r>
        <w:t>Alton Pride also keeps busy beyond September , they build floats for the Halloween Parade, host a Thanksgiving food drive and show up at local events, so the festival’s proceeds help a year-round civic presence. If you like cause-driven days out, this is one where your ticket, donation or volunteer hour stretches beyond the weekend.</w:t>
      </w:r>
      <w:r/>
    </w:p>
    <w:p>
      <w:pPr>
        <w:pStyle w:val="Heading2"/>
      </w:pPr>
      <w:r>
        <w:t>How to plan your visit , tips for families, first-timers and supporters</w:t>
      </w:r>
      <w:r/>
    </w:p>
    <w:p>
      <w:r/>
      <w:r>
        <w:t>Arrive early if you want a good spot for the Pup Parade and to beat queues at popular food trucks. Bring cash and cards: vendors often accept both, but smaller sellers may prefer notes. If you’re sensitive to crowds or noise, pack ear protection and scout the south stage area for a gentler vibe.</w:t>
      </w:r>
      <w:r/>
    </w:p>
    <w:p>
      <w:r/>
      <w:r>
        <w:t>Thinking of volunteering or sponsoring? Alton Pride’s website and Facebook event page have sign-up links and contact details. Even a small donation to the $5 for Five campaign helps, organisers say, and volunteers make the logistics run smoothly , you’ll meet locals and leave with a nice community buzz.</w:t>
      </w:r>
      <w:r/>
    </w:p>
    <w:p>
      <w:pPr>
        <w:pStyle w:val="Heading2"/>
      </w:pPr>
      <w:r>
        <w:t>Entertainment that’s inclusive , drag, karaoke and family-friendly fun</w:t>
      </w:r>
      <w:r/>
    </w:p>
    <w:p>
      <w:r/>
      <w:r>
        <w:t>The festival programme balances rowdy, celebratory performances with accessible, family-friendly activities. Drag bingo and evening drag shows are scheduled alongside daytime music and a karaoke space that anyone can try. Attendees say the energy is celebratory rather than confrontational, a prideful day aimed at community rather than spectacle alone.</w:t>
      </w:r>
      <w:r/>
    </w:p>
    <w:p>
      <w:r/>
      <w:r>
        <w:t>If you’re bringing kids, organisers recommend checking the schedule for family-oriented slots and arriving during daylight hours when programming is geared to all ages. Expect a mix of high-energy sets and quieter moments, and street-level staging that keeps everything visible and welcoming.</w:t>
      </w:r>
      <w:r/>
    </w:p>
    <w:p>
      <w:pPr>
        <w:pStyle w:val="Heading2"/>
      </w:pPr>
      <w:r>
        <w:t>Looking ahead , what five years of Alton Pride means for the Riverbend area</w:t>
      </w:r>
      <w:r/>
    </w:p>
    <w:p>
      <w:r/>
      <w:r>
        <w:t>Five festivals in, Alton Pride has moved from a hopeful idea to a fixture on the local calendar, with growing sponsorships, scholarship funds and volunteer momentum. The organisers are clear they want more input from the community , ideas, hands-on help, and partnerships will shape future events and outreach.</w:t>
      </w:r>
      <w:r/>
    </w:p>
    <w:p>
      <w:r/>
      <w:r>
        <w:t>This festival is as much about celebration as it is about continuing a visible, civic presence for LGBTQ+ people in the area. Come for the music and pup parade, stay because it feels good to support something that helps young people and builds community year-round.</w:t>
      </w:r>
      <w:r/>
    </w:p>
    <w:p>
      <w:r/>
      <w:r>
        <w:t>It's a small change that can make every celebration mean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[7]</w:t>
        </w:r>
      </w:hyperlink>
      <w:r>
        <w:t xml:space="preserve">, </w:t>
      </w:r>
      <w:hyperlink r:id="rId9">
        <w:r>
          <w:rPr>
            <w:color w:val="0000EE"/>
            <w:u w:val="single"/>
          </w:rPr>
          <w:t>[1]</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1">
        <w:r>
          <w:rPr>
            <w:color w:val="0000EE"/>
            <w:u w:val="single"/>
          </w:rPr>
          <w:t>[4]</w:t>
        </w:r>
      </w:hyperlink>
      <w:r>
        <w:t xml:space="preserve">, </w:t>
      </w:r>
      <w:hyperlink r:id="rId15">
        <w:r>
          <w:rPr>
            <w:color w:val="0000EE"/>
            <w:u w:val="single"/>
          </w:rPr>
          <w:t>[3]</w:t>
        </w:r>
      </w:hyperlink>
      <w:r>
        <w:t xml:space="preserve">- Paragraph 6: </w:t>
      </w:r>
      <w:hyperlink r:id="rId13">
        <w:r>
          <w:rPr>
            <w:color w:val="0000EE"/>
            <w:u w:val="single"/>
          </w:rPr>
          <w:t>[7]</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https://www.riverbender.com/news/details/alton-pride-invites-community-to-fifth-festival-96132.cfm</w:t>
        </w:r>
      </w:hyperlink>
      <w:r>
        <w:t xml:space="preserve"> - Please view link - unable to able to access data</w:t>
      </w:r>
      <w:r/>
    </w:p>
    <w:p>
      <w:pPr>
        <w:pStyle w:val="ListNumber"/>
        <w:spacing w:line="240" w:lineRule="auto"/>
        <w:ind w:left="720"/>
      </w:pPr>
      <w:r/>
      <w:hyperlink r:id="rId10">
        <w:r>
          <w:rPr>
            <w:color w:val="0000EE"/>
            <w:u w:val="single"/>
          </w:rPr>
          <w:t>https://altonpride.com/festival</w:t>
        </w:r>
      </w:hyperlink>
      <w:r>
        <w:t xml:space="preserve"> - The official website for the 5th Annual Alton Pride Festival, scheduled for Saturday, September 12, 2026, along Belle Street in Downtown Alton, Illinois. The festival will feature live music, drag performances, food vendors, and more. The main stage schedule includes a pup parade, drag bingo, drag performances, and live music from local artists. The south stage will offer DJ and karaoke entertainment throughout the day. Vendor and volunteer applications are currently open, with sponsorship opportunities available to support the event.</w:t>
      </w:r>
      <w:r/>
    </w:p>
    <w:p>
      <w:pPr>
        <w:pStyle w:val="ListNumber"/>
        <w:spacing w:line="240" w:lineRule="auto"/>
        <w:ind w:left="720"/>
      </w:pPr>
      <w:r/>
      <w:hyperlink r:id="rId15">
        <w:r>
          <w:rPr>
            <w:color w:val="0000EE"/>
            <w:u w:val="single"/>
          </w:rPr>
          <w:t>https://altonpride.com/events</w:t>
        </w:r>
      </w:hyperlink>
      <w:r>
        <w:t xml:space="preserve"> - A listing of upcoming events hosted by Alton Pride, including the 5th Annual Pride Festival on September 12, 2026, and the 'Evolution of Pride' pageant on July 10, 2026. The pageant will honour the 2025-26 King and Queen of Alton Pride and crown the next royalty. The festival will take place along Belle Street in Downtown Alton, featuring vendor booths, food trucks, live music, and drag performances. Admission is free, and the event aims to celebrate the LGBTQ+ community with a day of fun and inclusivity.</w:t>
      </w:r>
      <w:r/>
    </w:p>
    <w:p>
      <w:pPr>
        <w:pStyle w:val="ListNumber"/>
        <w:spacing w:line="240" w:lineRule="auto"/>
        <w:ind w:left="720"/>
      </w:pPr>
      <w:r/>
      <w:hyperlink r:id="rId11">
        <w:r>
          <w:rPr>
            <w:color w:val="0000EE"/>
            <w:u w:val="single"/>
          </w:rPr>
          <w:t>https://www.riversandroutes.com/events/alton-pride-festival-2026/</w:t>
        </w:r>
      </w:hyperlink>
      <w:r>
        <w:t xml:space="preserve"> - An event listing for the 5th Annual Alton Pride Festival, taking place on September 12, 2026, along Belle Street in Alton, Illinois. The festival will offer a full day of fun, food, live entertainment, and community spirit, with local vendors offering crafts, Pride merchandise, and more. The main stage schedule includes a pup parade, drag bingo, drag performances, and live music from local artists. The south stage will feature DJ and karaoke entertainment throughout the day. The event is free and open to the public.</w:t>
      </w:r>
      <w:r/>
    </w:p>
    <w:p>
      <w:pPr>
        <w:pStyle w:val="ListNumber"/>
        <w:spacing w:line="240" w:lineRule="auto"/>
        <w:ind w:left="720"/>
      </w:pPr>
      <w:r/>
      <w:hyperlink r:id="rId14">
        <w:r>
          <w:rPr>
            <w:color w:val="0000EE"/>
            <w:u w:val="single"/>
          </w:rPr>
          <w:t>https://www.riverbender.com/events/details.cfm?seriesid=54402</w:t>
        </w:r>
      </w:hyperlink>
      <w:r>
        <w:t xml:space="preserve"> - An event page for the 5th Annual Alton Pride Festival, scheduled for Saturday, September 12, 2026, from 11:00 AM to 7:00 PM at Bubby and Sissy's Bar and Nightclub on Belle Street in Downtown Alton, Illinois. The festival will feature vendor booths, food trucks, live music, and drag performances. The main stage entertainment schedule includes a pup parade, drag bingo, drag performances, and live music from local artists. The south stage will offer DJ and karaoke entertainment throughout the day. Admission is free.</w:t>
      </w:r>
      <w:r/>
    </w:p>
    <w:p>
      <w:pPr>
        <w:pStyle w:val="ListNumber"/>
        <w:spacing w:line="240" w:lineRule="auto"/>
        <w:ind w:left="720"/>
      </w:pPr>
      <w:r/>
      <w:hyperlink r:id="rId12">
        <w:r>
          <w:rPr>
            <w:color w:val="0000EE"/>
            <w:u w:val="single"/>
          </w:rPr>
          <w:t>https://tourillinois.org/things-to-do/listing/alton-pride-festival-2026/</w:t>
        </w:r>
      </w:hyperlink>
      <w:r>
        <w:t xml:space="preserve"> - A listing for the 5th Annual Alton Pride Festival, taking place on September 12, 2026, along Belle Street in Alton, Illinois. The festival will feature live music, drag performances, local vendors, family-friendly activities, and delicious food. The main stage schedule includes a pup parade, drag bingo, drag performances, and live music from local artists. The south stage will offer DJ and karaoke entertainment throughout the day. The event is accessible, family-friendly, LGBTQ+ friendly, and pet-friendly.</w:t>
      </w:r>
      <w:r/>
    </w:p>
    <w:p>
      <w:pPr>
        <w:pStyle w:val="ListNumber"/>
        <w:spacing w:line="240" w:lineRule="auto"/>
        <w:ind w:left="720"/>
      </w:pPr>
      <w:r/>
      <w:hyperlink r:id="rId13">
        <w:r>
          <w:rPr>
            <w:color w:val="0000EE"/>
            <w:u w:val="single"/>
          </w:rPr>
          <w:t>https://altonpride.com/about-us</w:t>
        </w:r>
      </w:hyperlink>
      <w:r>
        <w:t xml:space="preserve"> - The 'About Us' page for Alton Pride, a charitable and educational organisation established to bring awareness, understanding, and advocacy to the regional LGBTQ+ community. The organisation fosters relationships within the surrounding communities and other 501(c)(3) organisations to create a network of support for LGBTQ+ individuals and other communities. The page provides information about the board of directors, their roles, and contact details for those interested in getting involved or learning more about the organisation.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iverbender.com/news/details/alton-pride-invites-community-to-fifth-festival-96132.cfm" TargetMode="External"/><Relationship Id="rId10" Type="http://schemas.openxmlformats.org/officeDocument/2006/relationships/hyperlink" Target="https://altonpride.com/festival" TargetMode="External"/><Relationship Id="rId11" Type="http://schemas.openxmlformats.org/officeDocument/2006/relationships/hyperlink" Target="https://www.riversandroutes.com/events/alton-pride-festival-2026/" TargetMode="External"/><Relationship Id="rId12" Type="http://schemas.openxmlformats.org/officeDocument/2006/relationships/hyperlink" Target="https://tourillinois.org/things-to-do/listing/alton-pride-festival-2026/" TargetMode="External"/><Relationship Id="rId13" Type="http://schemas.openxmlformats.org/officeDocument/2006/relationships/hyperlink" Target="https://altonpride.com/about-us" TargetMode="External"/><Relationship Id="rId14" Type="http://schemas.openxmlformats.org/officeDocument/2006/relationships/hyperlink" Target="https://www.riverbender.com/events/details.cfm?seriesid=54402" TargetMode="External"/><Relationship Id="rId15" Type="http://schemas.openxmlformats.org/officeDocument/2006/relationships/hyperlink" Target="https://altonpride.com/ev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