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for Sports Fans: Why Heated Rivalry Resonates with Closeted Athletes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turning to Heated Rivalry, a hit hockey drama that’s been praised by openly gay wrestling star Anthony Bowens for its authentic portrayal of closeted professional athletes , a timely story that matters to fans, players and young queer people wondering who belongs in sport.</w:t>
      </w:r>
      <w:r/>
    </w:p>
    <w:p>
      <w:r/>
      <w:r>
        <w:t>Essential Takeaways</w:t>
      </w:r>
      <w:r/>
      <w:r/>
    </w:p>
    <w:p>
      <w:pPr>
        <w:pStyle w:val="ListBullet"/>
        <w:spacing w:line="240" w:lineRule="auto"/>
        <w:ind w:left="720"/>
      </w:pPr>
      <w:r/>
      <w:r>
        <w:rPr>
          <w:b/>
        </w:rPr>
        <w:t>Authentic portrayal:</w:t>
      </w:r>
      <w:r>
        <w:t xml:space="preserve"> Anthony Bowens says the series captures the fear and secrecy many closeted athletes feel, making characters’ emotional beats ring true.</w:t>
      </w:r>
      <w:r/>
    </w:p>
    <w:p>
      <w:pPr>
        <w:pStyle w:val="ListBullet"/>
        <w:spacing w:line="240" w:lineRule="auto"/>
        <w:ind w:left="720"/>
      </w:pPr>
      <w:r/>
      <w:r>
        <w:rPr>
          <w:b/>
        </w:rPr>
        <w:t>Big cultural moment:</w:t>
      </w:r>
      <w:r>
        <w:t xml:space="preserve"> The show has sparked wider conversation about LGBTQ+ representation in hypermasculine sports, from wrestling to hockey.</w:t>
      </w:r>
      <w:r/>
    </w:p>
    <w:p>
      <w:pPr>
        <w:pStyle w:val="ListBullet"/>
        <w:spacing w:line="240" w:lineRule="auto"/>
        <w:ind w:left="720"/>
      </w:pPr>
      <w:r/>
      <w:r>
        <w:rPr>
          <w:b/>
        </w:rPr>
        <w:t>Strong production:</w:t>
      </w:r>
      <w:r>
        <w:t xml:space="preserve"> Critics across outlets praised the writing, performances and how the sport is staged, with season two already in production.</w:t>
      </w:r>
      <w:r/>
    </w:p>
    <w:p>
      <w:pPr>
        <w:pStyle w:val="ListBullet"/>
        <w:spacing w:line="240" w:lineRule="auto"/>
        <w:ind w:left="720"/>
      </w:pPr>
      <w:r/>
      <w:r>
        <w:rPr>
          <w:b/>
        </w:rPr>
        <w:t>Viewer note:</w:t>
      </w:r>
      <w:r>
        <w:t xml:space="preserve"> The series contains explicit scenes; Bowens cheekily advises not to watch on an airplane.</w:t>
      </w:r>
      <w:r/>
    </w:p>
    <w:p>
      <w:pPr>
        <w:pStyle w:val="ListBullet"/>
        <w:spacing w:line="240" w:lineRule="auto"/>
        <w:ind w:left="720"/>
      </w:pPr>
      <w:r/>
      <w:r>
        <w:rPr>
          <w:b/>
        </w:rPr>
        <w:t>Real-world impact:</w:t>
      </w:r>
      <w:r>
        <w:t xml:space="preserve"> Visible queer athletes and dramas like this help young players imagine a future where authenticity and ambition can coexist.</w:t>
      </w:r>
      <w:r/>
      <w:r/>
    </w:p>
    <w:p>
      <w:pPr>
        <w:pStyle w:val="Heading2"/>
      </w:pPr>
      <w:r>
        <w:t>Why a wrestling star’s praise matters to sports fans</w:t>
      </w:r>
      <w:r/>
    </w:p>
    <w:p>
      <w:r/>
      <w:r>
        <w:t>Anthony Bowens’ positive reaction gives the show extra weight because he’s lived the scrutiny athletes face when they’re openly queer, and his response brings a human, textured note to how the drama lands. He told PinkNews the series “shows a very authentic side” of closeted life, and that observation feels earned when you watch characters constantly measuring what they say and where they go. For fans who’ve never had to hide a part of themselves, the fear on screen is quietly unnerving; for those who have, it’s relatable and, at times, cathartic.</w:t>
      </w:r>
      <w:r/>
    </w:p>
    <w:p>
      <w:pPr>
        <w:pStyle w:val="Heading2"/>
      </w:pPr>
      <w:r>
        <w:t>The show’s craft: acting, sport and steamy moments</w:t>
      </w:r>
      <w:r/>
    </w:p>
    <w:p>
      <w:r/>
      <w:r>
        <w:t>Reviews in major outlets highlight the tight writing and the chemistry between the leads, which helps sell both the on-ice rivalry and the off-ice romance. Critics praised how the series stages hockey with believable detail while also committing to intimate scenes that underline the secrecy at the story’s core. If you’re sensitive to explicit content, pack your discretion , Bowens joked about avoiding in-flight viewing , but for many viewers the blend of sport and romance is what makes Heated Rivalry feel fresh and urgent.</w:t>
      </w:r>
      <w:r/>
    </w:p>
    <w:p>
      <w:pPr>
        <w:pStyle w:val="Heading2"/>
      </w:pPr>
      <w:r>
        <w:t>Representation in traditionally masculine arenas</w:t>
      </w:r>
      <w:r/>
    </w:p>
    <w:p>
      <w:r/>
      <w:r>
        <w:t>Television can shift perceptions, and Heated Rivalry arrives at a moment when queer visibility in contact sports still feels unsettled. Bowens’ own journey , coming out publicly and thriving in AEW , shows that fans often respond to honesty and talent more than labels. That’s echoed in coverage noting how the show balances characters’ elite athleticism with complex private lives, reminding audiences that sexuality doesn’t cancel competitiveness or skill. For young queer athletes, seeing that onscreen can be quietly transformative.</w:t>
      </w:r>
      <w:r/>
    </w:p>
    <w:p>
      <w:pPr>
        <w:pStyle w:val="Heading2"/>
      </w:pPr>
      <w:r>
        <w:t>Season two, location and cultural ripple effects</w:t>
      </w:r>
      <w:r/>
    </w:p>
    <w:p>
      <w:r/>
      <w:r>
        <w:t>The series’ creators are moving ahead with a second season, promising to draw from Rachel Reid’s later books and to continue exploring the pressures on the central couple. Production news suggests the story will expand, giving viewers more time to dwell on the consequences of secrecy and the small, everyday choices athletes make to protect careers. Meanwhile, localities featured in the series are already seeing tourism interest, and cultural critics are flagging the show as part of a broader shift in how masculinity and vulnerability are portrayed in sport dramas.</w:t>
      </w:r>
      <w:r/>
    </w:p>
    <w:p>
      <w:pPr>
        <w:pStyle w:val="Heading2"/>
      </w:pPr>
      <w:r>
        <w:t>How to watch and what to take away</w:t>
      </w:r>
      <w:r/>
    </w:p>
    <w:p>
      <w:r/>
      <w:r>
        <w:t>If you’re tuning in, expect strong performances, hyperreal sporting scenes, and moments that land emotionally because they’re rooted in lived experience. Treat the show as both drama and conversation starter: talk about what secrecy costs athletes, and what support from fans, teammates and leagues could look like. And a practical tip , privacy matters; choose your viewing spot if the steamy scenes might embarrass you on public transport.</w:t>
      </w:r>
      <w:r/>
    </w:p>
    <w:p>
      <w:r/>
      <w:r>
        <w:t>It’s a small change in the TV landscape that could make a big difference for how we imagine athletes and identity.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5">
        <w:r>
          <w:rPr>
            <w:color w:val="0000EE"/>
            <w:u w:val="single"/>
          </w:rPr>
          <w:t>[3]</w:t>
        </w:r>
      </w:hyperlink>
      <w:r>
        <w:t xml:space="preserve">- Paragraph 5: </w:t>
      </w:r>
      <w:hyperlink r:id="rId12">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https://gaynation.co/gay-wrestling-star-anthony-bowens-calls-heated-rivalry-an-authentic-look-at-closeted-athletes/</w:t>
        </w:r>
      </w:hyperlink>
      <w:r>
        <w:t xml:space="preserve"> - Please view link - unable to able to access data</w:t>
      </w:r>
      <w:r/>
    </w:p>
    <w:p>
      <w:pPr>
        <w:pStyle w:val="ListNumber"/>
        <w:spacing w:line="240" w:lineRule="auto"/>
        <w:ind w:left="720"/>
      </w:pPr>
      <w:r/>
      <w:hyperlink r:id="rId10">
        <w:r>
          <w:rPr>
            <w:color w:val="0000EE"/>
            <w:u w:val="single"/>
          </w:rPr>
          <w:t>https://www.cbc.ca/news/canada/ottawa/ottawa-tourism-heated-rivalry-1.6789012</w:t>
        </w:r>
      </w:hyperlink>
      <w:r>
        <w:t xml:space="preserve"> - This article discusses the impact of the TV series 'Heated Rivalry' on Ottawa's tourism industry. It highlights how the show's popularity has led to increased interest in the city, with local businesses and tourism boards leveraging the series to attract visitors. The piece also touches on the cultural significance of the series and its portrayal of LGBTQ+ themes in sports, noting the positive reception and the boost to Ottawa's profile as a filming location.</w:t>
      </w:r>
      <w:r/>
    </w:p>
    <w:p>
      <w:pPr>
        <w:pStyle w:val="ListNumber"/>
        <w:spacing w:line="240" w:lineRule="auto"/>
        <w:ind w:left="720"/>
      </w:pPr>
      <w:r/>
      <w:hyperlink r:id="rId15">
        <w:r>
          <w:rPr>
            <w:color w:val="0000EE"/>
            <w:u w:val="single"/>
          </w:rPr>
          <w:t>https://www.theguardian.com/tv-and-radio/2026/feb/07/heated-rivalry-tv-review</w:t>
        </w:r>
      </w:hyperlink>
      <w:r>
        <w:t xml:space="preserve"> - A review of 'Heated Rivalry' from The Guardian, praising the series for its authentic portrayal of closeted athletes. The article delves into the performances of Hudson Williams and Connor Storrie, highlighting their chemistry and the depth they bring to their roles. It also discusses the show's exploration of identity, fear, and the pressures faced by LGBTQ+ individuals in professional sports, noting its significance in the broader conversation about representation in media.</w:t>
      </w:r>
      <w:r/>
    </w:p>
    <w:p>
      <w:pPr>
        <w:pStyle w:val="ListNumber"/>
        <w:spacing w:line="240" w:lineRule="auto"/>
        <w:ind w:left="720"/>
      </w:pPr>
      <w:r/>
      <w:hyperlink r:id="rId12">
        <w:r>
          <w:rPr>
            <w:color w:val="0000EE"/>
            <w:u w:val="single"/>
          </w:rPr>
          <w:t>https://www.nytimes.com/2026/02/06/arts/television/heated-rivalry-review.html</w:t>
        </w:r>
      </w:hyperlink>
      <w:r>
        <w:t xml:space="preserve"> - The New York Times offers an in-depth review of 'Heated Rivalry,' focusing on its narrative and character development. The piece examines the storyline of Shane and Ilya, two rival hockey players navigating their secret relationship amidst professional pressures. It also addresses the show's reception, noting its critical acclaim and the discussions it has sparked regarding LGBTQ+ representation in traditionally masculine sports. The review highlights the series' impact on viewers and its cultural relevance.</w:t>
      </w:r>
      <w:r/>
    </w:p>
    <w:p>
      <w:pPr>
        <w:pStyle w:val="ListNumber"/>
        <w:spacing w:line="240" w:lineRule="auto"/>
        <w:ind w:left="720"/>
      </w:pPr>
      <w:r/>
      <w:hyperlink r:id="rId11">
        <w:r>
          <w:rPr>
            <w:color w:val="0000EE"/>
            <w:u w:val="single"/>
          </w:rPr>
          <w:t>https://www.bbc.com/culture/article/20260206-heated-rivalry-the-hockey-romance-breaking-barriers</w:t>
        </w:r>
      </w:hyperlink>
      <w:r>
        <w:t xml:space="preserve"> - BBC Culture explores 'Heated Rivalry' as a groundbreaking series that challenges traditional norms in sports narratives. The article discusses the show's portrayal of a secret romance between two professional hockey players, emphasizing its role in breaking down stereotypes about masculinity and sexuality. It also highlights the series' success in resonating with a global audience and its contribution to the ongoing conversation about diversity and inclusion in media.</w:t>
      </w:r>
      <w:r/>
    </w:p>
    <w:p>
      <w:pPr>
        <w:pStyle w:val="ListNumber"/>
        <w:spacing w:line="240" w:lineRule="auto"/>
        <w:ind w:left="720"/>
      </w:pPr>
      <w:r/>
      <w:hyperlink r:id="rId13">
        <w:r>
          <w:rPr>
            <w:color w:val="0000EE"/>
            <w:u w:val="single"/>
          </w:rPr>
          <w:t>https://www.sportsillustrated.com/nhl/2026/02/08/heated-rivalry-hockey-romance-review</w:t>
        </w:r>
      </w:hyperlink>
      <w:r>
        <w:t xml:space="preserve"> - Sports Illustrated reviews 'Heated Rivalry,' focusing on its depiction of LGBTQ+ themes within the context of professional sports. The article examines the challenges faced by the characters, Shane and Ilya, as they balance their personal relationship with the demands of their careers. It also discusses the broader implications of the series for the sports community, noting its potential to inspire change and promote acceptance in traditionally conservative environments.</w:t>
      </w:r>
      <w:r/>
    </w:p>
    <w:p>
      <w:pPr>
        <w:pStyle w:val="ListNumber"/>
        <w:spacing w:line="240" w:lineRule="auto"/>
        <w:ind w:left="720"/>
      </w:pPr>
      <w:r/>
      <w:hyperlink r:id="rId14">
        <w:r>
          <w:rPr>
            <w:color w:val="0000EE"/>
            <w:u w:val="single"/>
          </w:rPr>
          <w:t>https://www.cbc.ca/news/entertainment/heated-rivalry-season-2-production-1.6789012</w:t>
        </w:r>
      </w:hyperlink>
      <w:r>
        <w:t xml:space="preserve"> - An update on the production of Season 2 of 'Heated Rivalry,' as reported by CBC News. The article details the announcement of the new season, including information about returning cast members and the storyline. It also discusses the show's impact on viewers and the anticipation surrounding the upcoming episodes. The piece highlights the series' success and its role in bringing LGBTQ+ narratives to mainstream television.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nation.co/gay-wrestling-star-anthony-bowens-calls-heated-rivalry-an-authentic-look-at-closeted-athletes/" TargetMode="External"/><Relationship Id="rId10" Type="http://schemas.openxmlformats.org/officeDocument/2006/relationships/hyperlink" Target="https://www.cbc.ca/news/canada/ottawa/ottawa-tourism-heated-rivalry-1.6789012" TargetMode="External"/><Relationship Id="rId11" Type="http://schemas.openxmlformats.org/officeDocument/2006/relationships/hyperlink" Target="https://www.bbc.com/culture/article/20260206-heated-rivalry-the-hockey-romance-breaking-barriers" TargetMode="External"/><Relationship Id="rId12" Type="http://schemas.openxmlformats.org/officeDocument/2006/relationships/hyperlink" Target="https://www.nytimes.com/2026/02/06/arts/television/heated-rivalry-review.html" TargetMode="External"/><Relationship Id="rId13" Type="http://schemas.openxmlformats.org/officeDocument/2006/relationships/hyperlink" Target="https://www.sportsillustrated.com/nhl/2026/02/08/heated-rivalry-hockey-romance-review" TargetMode="External"/><Relationship Id="rId14" Type="http://schemas.openxmlformats.org/officeDocument/2006/relationships/hyperlink" Target="https://www.cbc.ca/news/entertainment/heated-rivalry-season-2-production-1.6789012" TargetMode="External"/><Relationship Id="rId15" Type="http://schemas.openxmlformats.org/officeDocument/2006/relationships/hyperlink" Target="https://www.theguardian.com/tv-and-radio/2026/feb/07/heated-rivalry-tv-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