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Takes on Dating Bisexual Men: What the Research and Internet Say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Scroll-stopping arguments about who we date keep looping on social media, and bisexual men are in the middle again , here's who’s saying what, what studies actually show, and simple ways to separate preference from prejudice.</w:t>
      </w:r>
      <w:r/>
    </w:p>
    <w:p>
      <w:r/>
      <w:r>
        <w:t>Essential Takeaways</w:t>
      </w:r>
      <w:r/>
      <w:r/>
    </w:p>
    <w:p>
      <w:pPr>
        <w:pStyle w:val="ListBullet"/>
        <w:spacing w:line="240" w:lineRule="auto"/>
        <w:ind w:left="720"/>
      </w:pPr>
      <w:r/>
      <w:r>
        <w:rPr>
          <w:b/>
        </w:rPr>
        <w:t>Research consensus:</w:t>
      </w:r>
      <w:r>
        <w:t xml:space="preserve"> Multiple reviews show men, especially straight men, report more negative attitudes toward bisexuality than women do, but reluctance to date bisexual men appears strong among both straight and bisexual women.</w:t>
      </w:r>
      <w:r/>
    </w:p>
    <w:p>
      <w:pPr>
        <w:pStyle w:val="ListBullet"/>
        <w:spacing w:line="240" w:lineRule="auto"/>
        <w:ind w:left="720"/>
      </w:pPr>
      <w:r/>
      <w:r>
        <w:rPr>
          <w:b/>
        </w:rPr>
        <w:t>Common fears:</w:t>
      </w:r>
      <w:r>
        <w:t xml:space="preserve"> Stereotypes centre on bisexual men being secretly gay, more likely to cheat, or higher STI risk , these ideas are interconnected and often unsupported.</w:t>
      </w:r>
      <w:r/>
    </w:p>
    <w:p>
      <w:pPr>
        <w:pStyle w:val="ListBullet"/>
        <w:spacing w:line="240" w:lineRule="auto"/>
        <w:ind w:left="720"/>
      </w:pPr>
      <w:r/>
      <w:r>
        <w:rPr>
          <w:b/>
        </w:rPr>
        <w:t>Real harm:</w:t>
      </w:r>
      <w:r>
        <w:t xml:space="preserve"> Repeated online cycles of discourse contribute to stigma; bisexual men report lower levels of being out to friends and family.</w:t>
      </w:r>
      <w:r/>
    </w:p>
    <w:p>
      <w:pPr>
        <w:pStyle w:val="ListBullet"/>
        <w:spacing w:line="240" w:lineRule="auto"/>
        <w:ind w:left="720"/>
      </w:pPr>
      <w:r/>
      <w:r>
        <w:rPr>
          <w:b/>
        </w:rPr>
        <w:t>Practical tip:</w:t>
      </w:r>
      <w:r>
        <w:t xml:space="preserve"> Ask yourself if a preference is about attraction or about stereotypes you’ve absorbed; that pause can reduce unfair judgements.</w:t>
      </w:r>
      <w:r/>
    </w:p>
    <w:p>
      <w:pPr>
        <w:pStyle w:val="ListBullet"/>
        <w:spacing w:line="240" w:lineRule="auto"/>
        <w:ind w:left="720"/>
      </w:pPr>
      <w:r/>
      <w:r>
        <w:rPr>
          <w:b/>
        </w:rPr>
        <w:t>Dating advice:</w:t>
      </w:r>
      <w:r>
        <w:t xml:space="preserve"> If you’re unsure, have an honest, non-judgemental conversation about boundaries, sexual history and expectations before assuming the worst.</w:t>
      </w:r>
      <w:r/>
      <w:r/>
    </w:p>
    <w:p>
      <w:pPr>
        <w:pStyle w:val="Heading2"/>
      </w:pPr>
      <w:r>
        <w:t>Why the topic keeps coming back , the internet’s echo chamber</w:t>
      </w:r>
      <w:r/>
    </w:p>
    <w:p>
      <w:r/>
      <w:r>
        <w:t>The loudest reason is simple: online discourse loops. Reaction-first posts blow sparks into full-on arguments that resurface yearly, and bisexual men become the recurring character in that drama, often accompanied by a sharp, personal tone. Mashable reported that viral clips about straight women not wanting to date bi men have dominated TikTok and X recently, repeating a debate seen in 2018, 2020 and 2024. Academic reviews and polls repeatedly feed the narrative by giving people stats to latch onto, but the social media format rewards outrage more than nuance. So expect this to pop up again , maybe next year, and the year after.</w:t>
      </w:r>
      <w:r/>
    </w:p>
    <w:p>
      <w:pPr>
        <w:pStyle w:val="Heading2"/>
      </w:pPr>
      <w:r>
        <w:t>What the studies actually say about attitudes</w:t>
      </w:r>
      <w:r/>
    </w:p>
    <w:p>
      <w:r/>
      <w:r>
        <w:t>A broad meta-analysis pulling together dozens of studies found a consistent pattern: men tend to show more negative attitudes toward bisexuality than women do, and that gap widens specifically around male bisexuality. Separate surveys suggest people in general are less willing to date bisexual partners than bisexual people are to date them, and the reluctance is especially pronounced toward bisexual men. According to published research, those trends are robust across samples and timeframes, which helps explain why the topic keeps grabbing headlines. It’s worth noting these academic papers separate measurable bias from personal preference, which not everyone online does.</w:t>
      </w:r>
      <w:r/>
    </w:p>
    <w:p>
      <w:pPr>
        <w:pStyle w:val="Heading2"/>
      </w:pPr>
      <w:r>
        <w:t>The stereotypes that fuel rejection , and why they persist</w:t>
      </w:r>
      <w:r/>
    </w:p>
    <w:p>
      <w:r/>
      <w:r>
        <w:t>Stereotypes about bisexual men , that they’re secretly gay, more likely to cheat or carry STIs , don’t exist in isolation. Experts argue they prop each other up: the “secretly gay” myth feeds assumptions about sexual risk, while assumptions about non-monogamy amplify fears about faithfulness. Those ideas survive because they’re easy shortcuts for people who prefer a tidy explanation for an uncomfortable feeling. But research and sex-health guidance challenge many of these claims; treating a whole group as risky or untrustworthy based on sexuality is both unfair and often false.</w:t>
      </w:r>
      <w:r/>
    </w:p>
    <w:p>
      <w:pPr>
        <w:pStyle w:val="Heading2"/>
      </w:pPr>
      <w:r>
        <w:t>When preference crosses into prejudice , how to tell the difference</w:t>
      </w:r>
      <w:r/>
    </w:p>
    <w:p>
      <w:r/>
      <w:r>
        <w:t>No one owes anyone attraction, and saying “I’m not attracted to X” is valid. The problem arises when attraction claims are anchored in harmful generalisations. A helpful litmus test: could you imagine dating someone with the same qualities except for their sexual history? If the answer is no because of unfounded assumptions, you might be dealing with bias rather than preference. Conversations that centre on mutual expectations, sexual health, and relationship style are more productive than blanket exclusions, and they spare people the indignity of being written off by a stereotype.</w:t>
      </w:r>
      <w:r/>
    </w:p>
    <w:p>
      <w:pPr>
        <w:pStyle w:val="Heading2"/>
      </w:pPr>
      <w:r>
        <w:t>The real-world cost to bisexual men</w:t>
      </w:r>
      <w:r/>
    </w:p>
    <w:p>
      <w:r/>
      <w:r>
        <w:t>The recurring online fights aren’t just noise; they have human consequences. Surveys by major centres show bisexual men are less likely to be out to the important people around them than gay men or lesbians. Stigma, even subtle, contributes to lower visibility and can affect mental health and relationship access. So while a thread on X might feel ephemeral, it reinforces social messages that shape whether people feel safe being honest about who they are.</w:t>
      </w:r>
      <w:r/>
    </w:p>
    <w:p>
      <w:r/>
      <w:r>
        <w:t>It's a small change that can make dating fairer: check your assumptions before you swipe left.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https://mashable.com/life/internet-bi-men-dating-discourse-vortex</w:t>
        </w:r>
      </w:hyperlink>
      <w:r>
        <w:t xml:space="preserve"> - Please view link - unable to able to access data</w:t>
      </w:r>
      <w:r/>
    </w:p>
    <w:p>
      <w:pPr>
        <w:pStyle w:val="ListNumber"/>
        <w:spacing w:line="240" w:lineRule="auto"/>
        <w:ind w:left="720"/>
      </w:pPr>
      <w:r/>
      <w:hyperlink r:id="rId10">
        <w:r>
          <w:rPr>
            <w:color w:val="0000EE"/>
            <w:u w:val="single"/>
          </w:rPr>
          <w:t>https://pubmed.ncbi.nlm.nih.gov/32378076/</w:t>
        </w:r>
      </w:hyperlink>
      <w:r>
        <w:t xml:space="preserve"> - This study examines how bisexual men experience discrimination, internalised biphobia, and identity affirmation based on their partner's gender. It found that bisexual men in relationships with men reported more discrimination and family stress than those with female partners, highlighting the impact of partner gender on stigma-related experiences and mental health.</w:t>
      </w:r>
      <w:r/>
    </w:p>
    <w:p>
      <w:pPr>
        <w:pStyle w:val="ListNumber"/>
        <w:spacing w:line="240" w:lineRule="auto"/>
        <w:ind w:left="720"/>
      </w:pPr>
      <w:r/>
      <w:hyperlink r:id="rId12">
        <w:r>
          <w:rPr>
            <w:color w:val="0000EE"/>
            <w:u w:val="single"/>
          </w:rPr>
          <w:t>https://pubmed.ncbi.nlm.nih.gov/24558124/</w:t>
        </w:r>
      </w:hyperlink>
      <w:r>
        <w:t xml:space="preserve"> - This research investigates the stereotypes held by heterosexual individuals towards bisexual men. It reveals that bisexual men are often perceived as confused, untrustworthy, and less inclined towards monogamous relationships, reflecting prevalent societal biases.</w:t>
      </w:r>
      <w:r/>
    </w:p>
    <w:p>
      <w:pPr>
        <w:pStyle w:val="ListNumber"/>
        <w:spacing w:line="240" w:lineRule="auto"/>
        <w:ind w:left="720"/>
      </w:pPr>
      <w:r/>
      <w:hyperlink r:id="rId11">
        <w:r>
          <w:rPr>
            <w:color w:val="0000EE"/>
            <w:u w:val="single"/>
          </w:rPr>
          <w:t>https://pubmed.ncbi.nlm.nih.gov/37502222/</w:t>
        </w:r>
      </w:hyperlink>
      <w:r>
        <w:t xml:space="preserve"> - This study explores how the gender of a bisexual man's partner influences his experiences of stigma and mental health. It finds that those in relationships with men face more discrimination and family stress, while those without partners report higher levels of anticipated stigma and depression.</w:t>
      </w:r>
      <w:r/>
    </w:p>
    <w:p>
      <w:pPr>
        <w:pStyle w:val="ListNumber"/>
        <w:spacing w:line="240" w:lineRule="auto"/>
        <w:ind w:left="720"/>
      </w:pPr>
      <w:r/>
      <w:hyperlink r:id="rId14">
        <w:r>
          <w:rPr>
            <w:color w:val="0000EE"/>
            <w:u w:val="single"/>
          </w:rPr>
          <w:t>https://journals.sagepub.com/doi/10.1177/0011000015608242</w:t>
        </w:r>
      </w:hyperlink>
      <w:r>
        <w:t xml:space="preserve"> - This qualitative research investigates the sexual self-schemas and masculinity ideologies of bisexual men. It identifies eight categories describing their relationships and self-attitudes, providing insight into how bisexual men perceive their sexuality and masculinity.</w:t>
      </w:r>
      <w:r/>
    </w:p>
    <w:p>
      <w:pPr>
        <w:pStyle w:val="ListNumber"/>
        <w:spacing w:line="240" w:lineRule="auto"/>
        <w:ind w:left="720"/>
      </w:pPr>
      <w:r/>
      <w:hyperlink r:id="rId13">
        <w:r>
          <w:rPr>
            <w:color w:val="0000EE"/>
            <w:u w:val="single"/>
          </w:rPr>
          <w:t>https://pubmed.ncbi.nlm.nih.gov/29868991/</w:t>
        </w:r>
      </w:hyperlink>
      <w:r>
        <w:t xml:space="preserve"> - This study examines the impact of traditional sex and gender stereotypes on bisexual men who do not disclose their same-sex behaviors to their female partners. It highlights how these stereotypes can constrain relationships and decrease sexual satisfaction.</w:t>
      </w:r>
      <w:r/>
    </w:p>
    <w:p>
      <w:pPr>
        <w:pStyle w:val="ListNumber"/>
        <w:spacing w:line="240" w:lineRule="auto"/>
        <w:ind w:left="720"/>
      </w:pPr>
      <w:r/>
      <w:hyperlink r:id="rId15">
        <w:r>
          <w:rPr>
            <w:color w:val="0000EE"/>
            <w:u w:val="single"/>
          </w:rPr>
          <w:t>https://pubmed.ncbi.nlm.nih.gov/12545409/</w:t>
        </w:r>
      </w:hyperlink>
      <w:r>
        <w:t xml:space="preserve"> - This research assesses heterosexual adults' attitudes towards bisexual men and women in the United States. It finds that bisexual individuals are viewed less favorably than other groups, indicating prevalent societal biases.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shable.com/life/internet-bi-men-dating-discourse-vortex" TargetMode="External"/><Relationship Id="rId10" Type="http://schemas.openxmlformats.org/officeDocument/2006/relationships/hyperlink" Target="https://pubmed.ncbi.nlm.nih.gov/32378076/" TargetMode="External"/><Relationship Id="rId11" Type="http://schemas.openxmlformats.org/officeDocument/2006/relationships/hyperlink" Target="https://pubmed.ncbi.nlm.nih.gov/37502222/" TargetMode="External"/><Relationship Id="rId12" Type="http://schemas.openxmlformats.org/officeDocument/2006/relationships/hyperlink" Target="https://pubmed.ncbi.nlm.nih.gov/24558124/" TargetMode="External"/><Relationship Id="rId13" Type="http://schemas.openxmlformats.org/officeDocument/2006/relationships/hyperlink" Target="https://pubmed.ncbi.nlm.nih.gov/29868991/" TargetMode="External"/><Relationship Id="rId14" Type="http://schemas.openxmlformats.org/officeDocument/2006/relationships/hyperlink" Target="https://journals.sagepub.com/doi/10.1177/0011000015608242" TargetMode="External"/><Relationship Id="rId15" Type="http://schemas.openxmlformats.org/officeDocument/2006/relationships/hyperlink" Target="https://pubmed.ncbi.nlm.nih.gov/125454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