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Streaming Lesbian Sex Scenes to Watch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flocking to sexy queer cinema this weekend , if you loved the electric energy of Jane Schoenbrun’s Teenage Sex and Death at Camp Miasma on the big screen, there’s plenty to tide you over at home. From horny slashers to tender coming‑of‑age kisses, here are the best lesbian movie sex scenes currently streaming and why they land.</w:t>
      </w:r>
      <w:r/>
    </w:p>
    <w:p>
      <w:r/>
      <w:r>
        <w:t>Essential takeaways</w:t>
      </w:r>
      <w:r/>
      <w:r/>
    </w:p>
    <w:p>
      <w:pPr>
        <w:pStyle w:val="ListBullet"/>
        <w:spacing w:line="240" w:lineRule="auto"/>
        <w:ind w:left="720"/>
      </w:pPr>
      <w:r/>
      <w:r>
        <w:rPr>
          <w:b/>
        </w:rPr>
        <w:t>Hot and bold:</w:t>
      </w:r>
      <w:r>
        <w:t xml:space="preserve"> Honey Don’t! delivers uninhibited public‑space heat with Margaret Qualley and Aubrey Plaza, streaming on Netflix.</w:t>
      </w:r>
      <w:r/>
    </w:p>
    <w:p>
      <w:pPr>
        <w:pStyle w:val="ListBullet"/>
        <w:spacing w:line="240" w:lineRule="auto"/>
        <w:ind w:left="720"/>
      </w:pPr>
      <w:r/>
      <w:r>
        <w:rPr>
          <w:b/>
        </w:rPr>
        <w:t>Sweet and ambiguous:</w:t>
      </w:r>
      <w:r>
        <w:t xml:space="preserve"> Girls Like Girls offers a frantic, emotional make‑out scene that’s streaming exclusively on Peacock.</w:t>
      </w:r>
      <w:r/>
    </w:p>
    <w:p>
      <w:pPr>
        <w:pStyle w:val="ListBullet"/>
        <w:spacing w:line="240" w:lineRule="auto"/>
        <w:ind w:left="720"/>
      </w:pPr>
      <w:r/>
      <w:r>
        <w:rPr>
          <w:b/>
        </w:rPr>
        <w:t>Creepy but erotic:</w:t>
      </w:r>
      <w:r>
        <w:t xml:space="preserve"> Jagged Mind blends horror and desire in a time‑loop tryst available on Hulu.</w:t>
      </w:r>
      <w:r/>
    </w:p>
    <w:p>
      <w:pPr>
        <w:pStyle w:val="ListBullet"/>
        <w:spacing w:line="240" w:lineRule="auto"/>
        <w:ind w:left="720"/>
      </w:pPr>
      <w:r/>
      <w:r>
        <w:rPr>
          <w:b/>
        </w:rPr>
        <w:t>Tenderly intimate:</w:t>
      </w:r>
      <w:r>
        <w:t xml:space="preserve"> Shirley’s sex scenes are framed by female creators, focusing on desire and nuance , check it on Tubi.</w:t>
      </w:r>
      <w:r/>
    </w:p>
    <w:p>
      <w:pPr>
        <w:pStyle w:val="ListBullet"/>
        <w:spacing w:line="240" w:lineRule="auto"/>
        <w:ind w:left="720"/>
      </w:pPr>
      <w:r/>
      <w:r>
        <w:rPr>
          <w:b/>
        </w:rPr>
        <w:t>Playful firsts:</w:t>
      </w:r>
      <w:r>
        <w:t xml:space="preserve"> Booksmart gives a funny, awkward first‑time sequence that’s sincere and human on Lionsgate+.</w:t>
      </w:r>
      <w:r/>
      <w:r/>
    </w:p>
    <w:p>
      <w:pPr>
        <w:pStyle w:val="Heading2"/>
      </w:pPr>
      <w:r>
        <w:t>Why Honey Don’t! feels like a cheeky guilty pleasure</w:t>
      </w:r>
      <w:r/>
    </w:p>
    <w:p>
      <w:r/>
      <w:r>
        <w:t>Honey Don’t! practically winks at you , it’s loud, messy and often delightfully over the top. The film trades on B‑movie energy, and a standout moment finds Aubrey Plaza and Margaret Qualley exchanging a wildly public hook‑up that’s as brazen as it is funny. Netflix currently carries the title, so it’s easy to queue up if you want something audacious. If you prize audacity and a bit of spice, this is a go‑to; pick the version that matches your tolerance for the outrageous and the erotic.</w:t>
      </w:r>
      <w:r/>
    </w:p>
    <w:p>
      <w:pPr>
        <w:pStyle w:val="Heading2"/>
      </w:pPr>
      <w:r>
        <w:t>Girls Like Girls: a kiss that says everything</w:t>
      </w:r>
      <w:r/>
    </w:p>
    <w:p>
      <w:r/>
      <w:r>
        <w:t>Hayley Kiyoko’s Girls Like Girls lives in that sweet spot between romance and desire, and one long, messy make‑out scene in a grassy field has already become a talking point. Streaming exclusively on Peacock, the scene plays as both tender and frantic, leaving the rest to the viewer’s imagination , which, let’s be honest, is half the fun. If you’re after emotional heat rather than explicitness, this is a top pick; it’s ideal for date‑night viewing or for anyone who likes their sex scenes more about the feeling than the details.</w:t>
      </w:r>
      <w:r/>
    </w:p>
    <w:p>
      <w:pPr>
        <w:pStyle w:val="Heading2"/>
      </w:pPr>
      <w:r>
        <w:t>Jagged Mind mixes horror thrills with a seductive night</w:t>
      </w:r>
      <w:r/>
    </w:p>
    <w:p>
      <w:r/>
      <w:r>
        <w:t>If you like your eroticism served with a side of dread, Jagged Mind’s time‑loop conceit turns a single night of pleasure into something haunting. Hulu streams this one, and it makes the intimacy feel temporary and urgent , the stakes heighten the chemistry. For viewers who enjoy genre mashups, this film demonstrates how horror can amplify desire, making even a brief encounter feel intense and resonant.</w:t>
      </w:r>
      <w:r/>
    </w:p>
    <w:p>
      <w:pPr>
        <w:pStyle w:val="Heading2"/>
      </w:pPr>
      <w:r>
        <w:t>Shirley shows female desire filmed by women</w:t>
      </w:r>
      <w:r/>
    </w:p>
    <w:p>
      <w:r/>
      <w:r>
        <w:t>Shirley’s sex scenes stand out because they’re filmed and written from female perspectives, which changes the tone entirely. There are moments of quiet, charged intimacy , even a memorable game of footsie , that foreground the lead’s desire without exploitation. Tubi offers Shirley to stream with ads, so you can watch for free if you want something more textured and character‑driven. It’s a reminder that how a scene is shot matters as much as what happens.</w:t>
      </w:r>
      <w:r/>
    </w:p>
    <w:p>
      <w:pPr>
        <w:pStyle w:val="Heading2"/>
      </w:pPr>
      <w:r>
        <w:t>Booksmart: awkward, funny and very human</w:t>
      </w:r>
      <w:r/>
    </w:p>
    <w:p>
      <w:r/>
      <w:r>
        <w:t>Olivia Wilde’s Booksmart captures the messy sweetness of a first time in a way that’s both comic and tender. The bathroom hookup between Amy and Hope is brief, awkward and unexpectedly lovely; it’s the sort of scene that makes you cringe and smile at once. Lionsgate+ currently streams it, and it’s perfect for viewers who like their sex scenes wrapped in comedy and empathy. If authenticity wins you over, start here.</w:t>
      </w:r>
      <w:r/>
    </w:p>
    <w:p>
      <w:pPr>
        <w:pStyle w:val="Heading2"/>
      </w:pPr>
      <w:r>
        <w:t>Duck Butter: intimacy as experiment</w:t>
      </w:r>
      <w:r/>
    </w:p>
    <w:p>
      <w:r/>
      <w:r>
        <w:t>For a more experimental watch, Duck Butter turns marathon sex into a study of closeness, with Alia Shawkat and Laia Costa physically and emotionally attempting to fuse. The film can feel raw and unvarnished, and it’s available across multiple platforms including Netflix and Prime Video. Choose this if you’re curious about a movie that treats sex as a social experiment and doesn’t shy away from messier, slower intimacy.</w:t>
      </w:r>
      <w:r/>
    </w:p>
    <w:p>
      <w:r/>
      <w:r>
        <w:t>Closing line</w:t>
      </w:r>
      <w:r/>
    </w:p>
    <w:p>
      <w:r/>
      <w:r>
        <w:t>It’s a small change in evening plans, but swapping one film for another can mean everything , explore a scene that matches your mood tonight.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[7]</w:t>
        </w:r>
      </w:hyperlink>
      <w:r>
        <w:t xml:space="preserve">, </w:t>
      </w:r>
      <w:hyperlink r:id="rId11">
        <w:r>
          <w:rPr>
            <w:color w:val="0000EE"/>
            <w:u w:val="single"/>
          </w:rPr>
          <w:t>[3]</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[5]</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https://decider.com/2026/08/21/lesbian-sex-scenes-lesbian-movies-on-streaming/</w:t>
        </w:r>
      </w:hyperlink>
      <w:r>
        <w:t xml:space="preserve"> - Please view link - unable to able to access data</w:t>
      </w:r>
      <w:r/>
    </w:p>
    <w:p>
      <w:pPr>
        <w:pStyle w:val="ListNumber"/>
        <w:spacing w:line="240" w:lineRule="auto"/>
        <w:ind w:left="720"/>
      </w:pPr>
      <w:r/>
      <w:hyperlink r:id="rId10">
        <w:r>
          <w:rPr>
            <w:color w:val="0000EE"/>
            <w:u w:val="single"/>
          </w:rPr>
          <w:t>https://www.netflix-movies.com/movie/1149504/honey-don-t</w:t>
        </w:r>
      </w:hyperlink>
      <w:r>
        <w:t xml:space="preserve"> - 'Honey Don't!' is a 2025 comedy-crime-thriller directed by Ethan Coen, featuring Margaret Qualley as Honey O'Donahue, a private investigator in a small town. The film delves into a series of mysterious deaths linked to a religious cult. It was released on Netflix in the United States on February 3, 2026. (</w:t>
      </w:r>
      <w:hyperlink r:id="rId16">
        <w:r>
          <w:rPr>
            <w:color w:val="0000EE"/>
            <w:u w:val="single"/>
          </w:rPr>
          <w:t>netflix-movies.com</w:t>
        </w:r>
      </w:hyperlink>
      <w:r>
        <w:t>)</w:t>
      </w:r>
      <w:r/>
    </w:p>
    <w:p>
      <w:pPr>
        <w:pStyle w:val="ListNumber"/>
        <w:spacing w:line="240" w:lineRule="auto"/>
        <w:ind w:left="720"/>
      </w:pPr>
      <w:r/>
      <w:hyperlink r:id="rId11">
        <w:r>
          <w:rPr>
            <w:color w:val="0000EE"/>
            <w:u w:val="single"/>
          </w:rPr>
          <w:t>https://www.peacocktv.com/watch-online/movies/girls-like-girls/3f36e692-b134-3bb2-84f5-5f910038557b</w:t>
        </w:r>
      </w:hyperlink>
      <w:r>
        <w:t xml:space="preserve"> - 'Girls Like Girls' is a 2026 romantic drama directed by Hayley Kiyoko, based on her 2015 music video. The film follows Coley, a 17-year-old girl who moves to a small town and falls in love with her friend Sonya. It began streaming exclusively on Peacock on August 14, 2026. (</w:t>
      </w:r>
      <w:hyperlink r:id="rId17">
        <w:r>
          <w:rPr>
            <w:color w:val="0000EE"/>
            <w:u w:val="single"/>
          </w:rPr>
          <w:t>peacocktv.com</w:t>
        </w:r>
      </w:hyperlink>
      <w:r>
        <w:t>)</w:t>
      </w:r>
      <w:r/>
    </w:p>
    <w:p>
      <w:pPr>
        <w:pStyle w:val="ListNumber"/>
        <w:spacing w:line="240" w:lineRule="auto"/>
        <w:ind w:left="720"/>
      </w:pPr>
      <w:r/>
      <w:hyperlink r:id="rId13">
        <w:r>
          <w:rPr>
            <w:color w:val="0000EE"/>
            <w:u w:val="single"/>
          </w:rPr>
          <w:t>https://www.broadwayworld.com/bwwtv/article/GIRLS-LIKE-GIRLS-to-Stream-Exclusively-on-Peacock-20260807</w:t>
        </w:r>
      </w:hyperlink>
      <w:r>
        <w:t xml:space="preserve"> - 'Girls Like Girls' is set to stream exclusively on Peacock starting August 14, 2026. The film, directed by Hayley Kiyoko, stars Maya da Costa and Myra Molloy. It is based on Kiyoko's 2015 music video and follows the story of Coley, a new girl in town who falls in love with her friend Sonya. (</w:t>
      </w:r>
      <w:hyperlink r:id="rId18">
        <w:r>
          <w:rPr>
            <w:color w:val="0000EE"/>
            <w:u w:val="single"/>
          </w:rPr>
          <w:t>broadwayworld.com</w:t>
        </w:r>
      </w:hyperlink>
      <w:r>
        <w:t>)</w:t>
      </w:r>
      <w:r/>
    </w:p>
    <w:p>
      <w:pPr>
        <w:pStyle w:val="ListNumber"/>
        <w:spacing w:line="240" w:lineRule="auto"/>
        <w:ind w:left="720"/>
      </w:pPr>
      <w:r/>
      <w:hyperlink r:id="rId15">
        <w:r>
          <w:rPr>
            <w:color w:val="0000EE"/>
            <w:u w:val="single"/>
          </w:rPr>
          <w:t>https://www.tomsguide.com/entertainment/netflix/watch-this-not-that-i-have-the-perfect-alternative-to-netflixs-lackluster-top-10-mystery-comedy-movie</w:t>
        </w:r>
      </w:hyperlink>
      <w:r>
        <w:t xml:space="preserve"> - An article from Tom's Guide critiques the 2025 Netflix mystery-comedy 'Honey Don't,' highlighting its incoherent plot and inconsistent humor. The film, directed by Ethan Coen and starring Margaret Qualley, is described as stylish but ultimately hollow. The article recommends the 2005 film 'Kiss Kiss Bang Bang' as a superior alternative. (</w:t>
      </w:r>
      <w:hyperlink r:id="rId19">
        <w:r>
          <w:rPr>
            <w:color w:val="0000EE"/>
            <w:u w:val="single"/>
          </w:rPr>
          <w:t>tomsguide.com</w:t>
        </w:r>
      </w:hyperlink>
      <w:r>
        <w:t>)</w:t>
      </w:r>
      <w:r/>
    </w:p>
    <w:p>
      <w:pPr>
        <w:pStyle w:val="ListNumber"/>
        <w:spacing w:line="240" w:lineRule="auto"/>
        <w:ind w:left="720"/>
      </w:pPr>
      <w:r/>
      <w:hyperlink r:id="rId14">
        <w:r>
          <w:rPr>
            <w:color w:val="0000EE"/>
            <w:u w:val="single"/>
          </w:rPr>
          <w:t>https://www.tomsguide.com/entertainment/movies/7-top-new-movies-to-stream-this-week-on-netflix-hbo-max-hulu-and-more-aug-11-17-including-one-of-the-funniest-movies-ive-seen-this-year</w:t>
        </w:r>
      </w:hyperlink>
      <w:r>
        <w:t xml:space="preserve"> - Tom's Guide highlights several new movies available for streaming between August 11–17, 2026. Among them is 'Girls Like Girls,' a queer coming-of-age indie film that premiered on Peacock on August 14. The film follows Coley, a 17-year-old girl who moves to a small town and falls in love with her friend Sonya. (</w:t>
      </w:r>
      <w:hyperlink r:id="rId20">
        <w:r>
          <w:rPr>
            <w:color w:val="0000EE"/>
            <w:u w:val="single"/>
          </w:rPr>
          <w:t>tomsguide.com</w:t>
        </w:r>
      </w:hyperlink>
      <w:r>
        <w:t>)</w:t>
      </w:r>
      <w:r/>
    </w:p>
    <w:p>
      <w:pPr>
        <w:pStyle w:val="ListNumber"/>
        <w:spacing w:line="240" w:lineRule="auto"/>
        <w:ind w:left="720"/>
      </w:pPr>
      <w:r/>
      <w:hyperlink r:id="rId12">
        <w:r>
          <w:rPr>
            <w:color w:val="0000EE"/>
            <w:u w:val="single"/>
          </w:rPr>
          <w:t>https://www.whowhatwear.com/fashion/celebrity/hayley-kiyoko-girls-like-girls</w:t>
        </w:r>
      </w:hyperlink>
      <w:r>
        <w:t xml:space="preserve"> - An article from Who What Wear discusses Hayley Kiyoko's journey in adapting her 2015 viral music video 'Girls Like Girls' into a feature film. The film, directed by Kiyoko, stars Maya da Costa and Myra Molloy and follows the story of Coley, a 17-year-old girl who falls in love with her friend Sonya. The film premiered on June 19, 2026. (</w:t>
      </w:r>
      <w:hyperlink r:id="rId21">
        <w:r>
          <w:rPr>
            <w:color w:val="0000EE"/>
            <w:u w:val="single"/>
          </w:rPr>
          <w:t>whowhatwear.com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ecider.com/2026/08/21/lesbian-sex-scenes-lesbian-movies-on-streaming/" TargetMode="External"/><Relationship Id="rId10" Type="http://schemas.openxmlformats.org/officeDocument/2006/relationships/hyperlink" Target="https://www.netflix-movies.com/movie/1149504/honey-don-t" TargetMode="External"/><Relationship Id="rId11" Type="http://schemas.openxmlformats.org/officeDocument/2006/relationships/hyperlink" Target="https://www.peacocktv.com/watch-online/movies/girls-like-girls/3f36e692-b134-3bb2-84f5-5f910038557b" TargetMode="External"/><Relationship Id="rId12" Type="http://schemas.openxmlformats.org/officeDocument/2006/relationships/hyperlink" Target="https://www.whowhatwear.com/fashion/celebrity/hayley-kiyoko-girls-like-girls" TargetMode="External"/><Relationship Id="rId13" Type="http://schemas.openxmlformats.org/officeDocument/2006/relationships/hyperlink" Target="https://www.broadwayworld.com/bwwtv/article/GIRLS-LIKE-GIRLS-to-Stream-Exclusively-on-Peacock-20260807" TargetMode="External"/><Relationship Id="rId14" Type="http://schemas.openxmlformats.org/officeDocument/2006/relationships/hyperlink" Target="https://www.tomsguide.com/entertainment/movies/7-top-new-movies-to-stream-this-week-on-netflix-hbo-max-hulu-and-more-aug-11-17-including-one-of-the-funniest-movies-ive-seen-this-year" TargetMode="External"/><Relationship Id="rId15" Type="http://schemas.openxmlformats.org/officeDocument/2006/relationships/hyperlink" Target="https://www.tomsguide.com/entertainment/netflix/watch-this-not-that-i-have-the-perfect-alternative-to-netflixs-lackluster-top-10-mystery-comedy-movie" TargetMode="External"/><Relationship Id="rId16" Type="http://schemas.openxmlformats.org/officeDocument/2006/relationships/hyperlink" Target="https://www.netflix-movies.com/movie/1149504/honey-don-t?utm_source=openai" TargetMode="External"/><Relationship Id="rId17" Type="http://schemas.openxmlformats.org/officeDocument/2006/relationships/hyperlink" Target="https://www.peacocktv.com/watch-online/movies/girls-like-girls/3f36e692-b134-3bb2-84f5-5f910038557b?utm_source=openai" TargetMode="External"/><Relationship Id="rId18" Type="http://schemas.openxmlformats.org/officeDocument/2006/relationships/hyperlink" Target="https://www.broadwayworld.com/bwwtv/article/GIRLS-LIKE-GIRLS-to-Stream-Exclusively-on-Peacock-20260807?utm_source=openai" TargetMode="External"/><Relationship Id="rId19" Type="http://schemas.openxmlformats.org/officeDocument/2006/relationships/hyperlink" Target="https://www.tomsguide.com/entertainment/netflix/watch-this-not-that-i-have-the-perfect-alternative-to-netflixs-lackluster-top-10-mystery-comedy-movie?utm_source=openai" TargetMode="External"/><Relationship Id="rId20" Type="http://schemas.openxmlformats.org/officeDocument/2006/relationships/hyperlink" Target="https://www.tomsguide.com/entertainment/movies/7-top-new-movies-to-stream-this-week-on-netflix-hbo-max-hulu-and-more-aug-11-17-including-one-of-the-funniest-movies-ive-seen-this-year?utm_source=openai" TargetMode="External"/><Relationship Id="rId21" Type="http://schemas.openxmlformats.org/officeDocument/2006/relationships/hyperlink" Target="https://www.whowhatwear.com/fashion/celebrity/hayley-kiyoko-girls-like-girl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