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Musical Film Festival Returns: Strange, Eccentric, Exceptional Queer Cinema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coming back to the cinema , and this September a local cineclube resurrects the musical with a queer twist, inviting LGBTQIAPN+ audiences to a lively programme of six feature films, debates, vogue performance, popcorn and soft drinks across three neighbourhood venues.</w:t>
      </w:r>
      <w:r/>
    </w:p>
    <w:p>
      <w:r/>
      <w:r>
        <w:t>Essential Takeaways</w:t>
      </w:r>
      <w:r/>
      <w:r/>
    </w:p>
    <w:p>
      <w:pPr>
        <w:pStyle w:val="ListBullet"/>
        <w:spacing w:line="240" w:lineRule="auto"/>
        <w:ind w:left="720"/>
      </w:pPr>
      <w:r/>
      <w:r>
        <w:rPr>
          <w:b/>
        </w:rPr>
        <w:t>Dates and theme:</w:t>
      </w:r>
      <w:r>
        <w:t xml:space="preserve"> The 7th edition runs 3–23 September, titled "Strange, Eccentric, Exceptional: Queer Musical Cinema."</w:t>
      </w:r>
      <w:r/>
    </w:p>
    <w:p>
      <w:pPr>
        <w:pStyle w:val="ListBullet"/>
        <w:spacing w:line="240" w:lineRule="auto"/>
        <w:ind w:left="720"/>
      </w:pPr>
      <w:r/>
      <w:r>
        <w:rPr>
          <w:b/>
        </w:rPr>
        <w:t>Six feature films:</w:t>
      </w:r>
      <w:r>
        <w:t xml:space="preserve"> A diverse slate spans eras and styles, from cult midnight fare to contemporary Afrofuturist musical cinema.</w:t>
      </w:r>
      <w:r/>
    </w:p>
    <w:p>
      <w:pPr>
        <w:pStyle w:val="ListBullet"/>
        <w:spacing w:line="240" w:lineRule="auto"/>
        <w:ind w:left="720"/>
      </w:pPr>
      <w:r/>
      <w:r>
        <w:rPr>
          <w:b/>
        </w:rPr>
        <w:t>Venues:</w:t>
      </w:r>
      <w:r>
        <w:t xml:space="preserve"> Screenings are at Teatro do Mundo, CUFA, and the finale at Capivas Cervejaria , small, social settings with a party feel.</w:t>
      </w:r>
      <w:r/>
    </w:p>
    <w:p>
      <w:pPr>
        <w:pStyle w:val="ListBullet"/>
        <w:spacing w:line="240" w:lineRule="auto"/>
        <w:ind w:left="720"/>
      </w:pPr>
      <w:r/>
      <w:r>
        <w:rPr>
          <w:b/>
        </w:rPr>
        <w:t>Events:</w:t>
      </w:r>
      <w:r>
        <w:t xml:space="preserve"> Each screening includes mediation or debates, popcorn and soft drinks; opening features a House of Quimera vogue performance.</w:t>
      </w:r>
      <w:r/>
    </w:p>
    <w:p>
      <w:pPr>
        <w:pStyle w:val="ListBullet"/>
        <w:spacing w:line="240" w:lineRule="auto"/>
        <w:ind w:left="720"/>
      </w:pPr>
      <w:r/>
      <w:r>
        <w:rPr>
          <w:b/>
        </w:rPr>
        <w:t>Closing celebration:</w:t>
      </w:r>
      <w:r>
        <w:t xml:space="preserve"> The festival ends with a short film, DJ set and a communal, celebratory atmosphere.</w:t>
      </w:r>
      <w:r/>
      <w:r/>
    </w:p>
    <w:p>
      <w:pPr>
        <w:pStyle w:val="Heading2"/>
      </w:pPr>
      <w:r>
        <w:t>A cult classic kicks things off , expect glitter and audience energy</w:t>
      </w:r>
      <w:r/>
    </w:p>
    <w:p>
      <w:r/>
      <w:r>
        <w:t>The show opens on 3 September at Teatro do Mundo with The Rocky Horror Picture Show, a film that still smells of hairspray and midnight revelry. According to museum and cinema guides, Rocky Horror thrives as interactive cinema, so expect call-outs, props and a boisterous crowd. The organisers have booked House of Quimera to perform vogue, setting a performative tone that bridges screen and stage. If you love communal screenings, this is the one to mark , bring a sense of humour and possibly comfortable shoes for a post-film dance.</w:t>
      </w:r>
      <w:r/>
    </w:p>
    <w:p>
      <w:pPr>
        <w:pStyle w:val="Heading2"/>
      </w:pPr>
      <w:r>
        <w:t>A careful curatorial mix: classics meet newer, risk-taking works</w:t>
      </w:r>
      <w:r/>
    </w:p>
    <w:p>
      <w:r/>
      <w:r>
        <w:t>The programme pairs a decades-old vehicle of drag and camp with titles like Victor/Victoria, which screens twice, and cinema that leans experimental and political. The curators aim to map how musicals have been used for invention and resistance across geographies and eras. This kind of line-up helps viewers see continuities , how camp, gender play and musical staging recur even as aesthetics shift. If you’re choosing sessions, pick a mix: a classic for the communal vibe and a contemporary piece for fresh perspectives.</w:t>
      </w:r>
      <w:r/>
    </w:p>
    <w:p>
      <w:pPr>
        <w:pStyle w:val="Heading2"/>
      </w:pPr>
      <w:r>
        <w:t>Venues and vibe: intimate theatres and a brewery finale</w:t>
      </w:r>
      <w:r/>
    </w:p>
    <w:p>
      <w:r/>
      <w:r>
        <w:t>Screenings take place across Teatro do Mundo and CUFA, with the final party at Capivas Cervejaria. Small venues mean a warmer, more immediate experience; the CUFA screening of Victor/Victoria gives a chance to catch the film in a community-focused space. The brewery closure promises a looser, festival-like wind-down with Scorpio Rising and a DJ set. Practically, arrive early to grab a seat and enjoy the free popcorn and soft drinks , it’s the kind of outing that feels like Saturday night, but affordable.</w:t>
      </w:r>
      <w:r/>
    </w:p>
    <w:p>
      <w:pPr>
        <w:pStyle w:val="Heading2"/>
      </w:pPr>
      <w:r>
        <w:t>Events beyond the screen: debates, mediations and vogue performances</w:t>
      </w:r>
      <w:r/>
    </w:p>
    <w:p>
      <w:r/>
      <w:r>
        <w:t>Each film is followed by mediation and debate, turning passive viewing into conversation. That format suits films that interrogate gender and identity; audiences can unpack representation, choreography and soundtrack choices with moderators. The vogue performance at opening and the DJ at closing create bookends that remind you the festival is as much about live queer culture as it is about movies. If you’re curious, bring questions , these sessions are designed for exchange, not lecturing.</w:t>
      </w:r>
      <w:r/>
    </w:p>
    <w:p>
      <w:pPr>
        <w:pStyle w:val="Heading2"/>
      </w:pPr>
      <w:r>
        <w:t>Who will this festival most appeal to , and why it matters now</w:t>
      </w:r>
      <w:r/>
    </w:p>
    <w:p>
      <w:r/>
      <w:r>
        <w:t>The show is aimed at LGBTQIAPN+ audiences and allies who enjoy music, spectacle and political storytelling. In a moment when queer visibility is both broader and contested, a focused festival like this foregrounds community histories and contemporary creativity. It’s also a good pick for film fans who prefer screenings with context , the mediations and catalogue essays mean you’ll leave with more than memories: you’ll have language to talk about what you saw. Think of it as cultural nourishment with popcorn on the side.</w:t>
      </w:r>
      <w:r/>
    </w:p>
    <w:p>
      <w:r/>
      <w:r>
        <w:t>It's a small programme with heart , pick a night, bring a friend, and let the music do the talking.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https://www.campograndenews.com.br/lado-b/artes-23-08-2011-08/cineclube-retorna-em-setembro-com-mostra-dedicada-a-musicais-queer</w:t>
        </w:r>
      </w:hyperlink>
      <w:r>
        <w:t xml:space="preserve"> - Please view link - unable to able to access data</w:t>
      </w:r>
      <w:r/>
    </w:p>
    <w:p>
      <w:pPr>
        <w:pStyle w:val="ListNumber"/>
        <w:spacing w:line="240" w:lineRule="auto"/>
        <w:ind w:left="720"/>
      </w:pPr>
      <w:r/>
      <w:hyperlink r:id="rId10">
        <w:r>
          <w:rPr>
            <w:color w:val="0000EE"/>
            <w:u w:val="single"/>
          </w:rPr>
          <w:t>https://www.mopop.org/sffhof/the-rocky-horror-picture-show</w:t>
        </w:r>
      </w:hyperlink>
      <w:r>
        <w:t xml:space="preserve"> - The Museum of Pop Culture (MoPOP) provides an in-depth look at 'The Rocky Horror Picture Show,' a 1975 cult classic directed by Jim Sharman. The film, based on Richard O'Brien's 1973 musical, stars O'Brien, Tim Curry, Susan Sarandon, and Barry Bostwick. It follows a young couple who, after their car breaks down, encounter Dr. Frank N. Furter and his eccentric guests. The movie is renowned for its transgressive exploration of sexuality and gender fluidity, becoming a global phenomenon with interactive audience participation. In 2016, a television remake featured Laverne Cox as Dr. Frank N. Furter. The film was inducted into MoPOP's Science Fiction and Fantasy Hall of Fame in 2023. (</w:t>
      </w:r>
      <w:hyperlink r:id="rId16">
        <w:r>
          <w:rPr>
            <w:color w:val="0000EE"/>
            <w:u w:val="single"/>
          </w:rPr>
          <w:t>mopop.org</w:t>
        </w:r>
      </w:hyperlink>
      <w:r>
        <w:t>)</w:t>
      </w:r>
      <w:r/>
    </w:p>
    <w:p>
      <w:pPr>
        <w:pStyle w:val="ListNumber"/>
        <w:spacing w:line="240" w:lineRule="auto"/>
        <w:ind w:left="720"/>
      </w:pPr>
      <w:r/>
      <w:hyperlink r:id="rId13">
        <w:r>
          <w:rPr>
            <w:color w:val="0000EE"/>
            <w:u w:val="single"/>
          </w:rPr>
          <w:t>https://somad.nyc/happenings/dykecinemaclub</w:t>
        </w:r>
      </w:hyperlink>
      <w:r>
        <w:t xml:space="preserve"> - Dyke Cinema Club, in collaboration with SoMad, hosted a screening of the sci-fi, afrofuturist, punk musical 'Neptune Frost' on December 15, 2023. The event featured a drag performance by Klondyke and a DJ set by DinahFire. Directed by Saul Williams and Anisia Uzeyman, 'Neptune Frost' is set in a village in Burundi made of computer parts and centers on the relationship between Neptune, an intersex runaway, and Matalusa, a coltan miner. The film uses the musical genre to embrace oral tradition and song-poetry, addressing themes of patriarchy and feminist science fiction literature. (</w:t>
      </w:r>
      <w:hyperlink r:id="rId17">
        <w:r>
          <w:rPr>
            <w:color w:val="0000EE"/>
            <w:u w:val="single"/>
          </w:rPr>
          <w:t>somad.nyc</w:t>
        </w:r>
      </w:hyperlink>
      <w:r>
        <w:t>)</w:t>
      </w:r>
      <w:r/>
    </w:p>
    <w:p>
      <w:pPr>
        <w:pStyle w:val="ListNumber"/>
        <w:spacing w:line="240" w:lineRule="auto"/>
        <w:ind w:left="720"/>
      </w:pPr>
      <w:r/>
      <w:hyperlink r:id="rId11">
        <w:r>
          <w:rPr>
            <w:color w:val="0000EE"/>
            <w:u w:val="single"/>
          </w:rPr>
          <w:t>https://loftcinema.org/film/the-rocky-horror-picture-show/</w:t>
        </w:r>
      </w:hyperlink>
      <w:r>
        <w:t xml:space="preserve"> - The Loft Cinema in Tucson, Arizona, hosted a screening of 'The Rocky Horror Picture Show' on June 20, 2023. The event featured the Heavy Petting shadow cast, a local group known for their interactive performances. The film, directed by Jim Sharman in 1975, follows Brad and Janet as they encounter Dr. Frank-N-Furter and his eccentric guests after their car breaks down. The Loft Cinema has been hosting this tradition for 45 years, offering an interactive experience where audiences are encouraged to participate in the performance. (</w:t>
      </w:r>
      <w:hyperlink r:id="rId18">
        <w:r>
          <w:rPr>
            <w:color w:val="0000EE"/>
            <w:u w:val="single"/>
          </w:rPr>
          <w:t>loftcinema.org</w:t>
        </w:r>
      </w:hyperlink>
      <w:r>
        <w:t>)</w:t>
      </w:r>
      <w:r/>
    </w:p>
    <w:p>
      <w:pPr>
        <w:pStyle w:val="ListNumber"/>
        <w:spacing w:line="240" w:lineRule="auto"/>
        <w:ind w:left="720"/>
      </w:pPr>
      <w:r/>
      <w:hyperlink r:id="rId12">
        <w:r>
          <w:rPr>
            <w:color w:val="0000EE"/>
            <w:u w:val="single"/>
          </w:rPr>
          <w:t>https://www.siskelfilmcenter.org/will-o-wisp</w:t>
        </w:r>
      </w:hyperlink>
      <w:r>
        <w:t xml:space="preserve"> - The Gene Siskel Film Center in Chicago showcased 'Will-O'-The-Wisp' ('Fogo-Fátuo'), a 2023 film by João Pedro Rodrigues, on July 15, 2024. The film is set in 2069 and follows King Alfredo as he recalls his younger years, including his sexual exploits as a member of an erotically charged fire brigade. The film is a musical romp that addresses themes of class, race, sex, and romance. It was an official selection at the Director's Fortnight at the Cannes Film Festival and was nominated for the Queer Palme. (</w:t>
      </w:r>
      <w:hyperlink r:id="rId19">
        <w:r>
          <w:rPr>
            <w:color w:val="0000EE"/>
            <w:u w:val="single"/>
          </w:rPr>
          <w:t>siskelfilmcenter.org</w:t>
        </w:r>
      </w:hyperlink>
      <w:r>
        <w:t>)</w:t>
      </w:r>
      <w:r/>
    </w:p>
    <w:p>
      <w:pPr>
        <w:pStyle w:val="ListNumber"/>
        <w:spacing w:line="240" w:lineRule="auto"/>
        <w:ind w:left="720"/>
      </w:pPr>
      <w:r/>
      <w:hyperlink r:id="rId14">
        <w:r>
          <w:rPr>
            <w:color w:val="0000EE"/>
            <w:u w:val="single"/>
          </w:rPr>
          <w:t>https://www.artscomplex.com/events/detail/rocky-horror-picture-show-490237</w:t>
        </w:r>
      </w:hyperlink>
      <w:r>
        <w:t xml:space="preserve"> - The Denver Performing Arts Complex hosted a screening of 'The Rocky Horror Picture Show' on September 9, 2023. The event featured an interactive shadow cast performance by Colorado Elusive Ingredient. The film, directed by Jim Sharman in 1975, follows Brad and Janet as they encounter Dr. Frank-N-Furter and his eccentric guests after their car breaks down. The event encouraged audience participation, with viewers singing along and using props. Throw bags were available for purchase before the start of the show, which included all of the Rocky Horror classic essentials. (</w:t>
      </w:r>
      <w:hyperlink r:id="rId20">
        <w:r>
          <w:rPr>
            <w:color w:val="0000EE"/>
            <w:u w:val="single"/>
          </w:rPr>
          <w:t>artscomplex.com</w:t>
        </w:r>
      </w:hyperlink>
      <w:r>
        <w:t>)</w:t>
      </w:r>
      <w:r/>
    </w:p>
    <w:p>
      <w:pPr>
        <w:pStyle w:val="ListNumber"/>
        <w:spacing w:line="240" w:lineRule="auto"/>
        <w:ind w:left="720"/>
      </w:pPr>
      <w:r/>
      <w:hyperlink r:id="rId15">
        <w:r>
          <w:rPr>
            <w:color w:val="0000EE"/>
            <w:u w:val="single"/>
          </w:rPr>
          <w:t>https://nevadatheatre.com/events/the-rocky-horror-picture-show-2023/</w:t>
        </w:r>
      </w:hyperlink>
      <w:r>
        <w:t xml:space="preserve"> - The Nevada Theatre in Nevada City, California, celebrated the 47th anniversary of 'The Rocky Horror Picture Show' with screenings from October 20 to 22, 2023. The event featured a live all-star shadow cast performing on stage. The film, directed by Jim Sharman in 1975, follows Brad and Janet as they encounter Dr. Frank-N-Furter and his eccentric guests after their car breaks down. The Nevada Theatre has a long history with the film, having launched its film series with 'The Rocky Horror Picture Show' in 1979. (</w:t>
      </w:r>
      <w:hyperlink r:id="rId21">
        <w:r>
          <w:rPr>
            <w:color w:val="0000EE"/>
            <w:u w:val="single"/>
          </w:rPr>
          <w:t>nevadatheatre.com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ampograndenews.com.br/lado-b/artes-23-08-2011-08/cineclube-retorna-em-setembro-com-mostra-dedicada-a-musicais-queer" TargetMode="External"/><Relationship Id="rId10" Type="http://schemas.openxmlformats.org/officeDocument/2006/relationships/hyperlink" Target="https://www.mopop.org/sffhof/the-rocky-horror-picture-show" TargetMode="External"/><Relationship Id="rId11" Type="http://schemas.openxmlformats.org/officeDocument/2006/relationships/hyperlink" Target="https://loftcinema.org/film/the-rocky-horror-picture-show/" TargetMode="External"/><Relationship Id="rId12" Type="http://schemas.openxmlformats.org/officeDocument/2006/relationships/hyperlink" Target="https://www.siskelfilmcenter.org/will-o-wisp" TargetMode="External"/><Relationship Id="rId13" Type="http://schemas.openxmlformats.org/officeDocument/2006/relationships/hyperlink" Target="https://somad.nyc/happenings/dykecinemaclub" TargetMode="External"/><Relationship Id="rId14" Type="http://schemas.openxmlformats.org/officeDocument/2006/relationships/hyperlink" Target="https://www.artscomplex.com/events/detail/rocky-horror-picture-show-490237" TargetMode="External"/><Relationship Id="rId15" Type="http://schemas.openxmlformats.org/officeDocument/2006/relationships/hyperlink" Target="https://nevadatheatre.com/events/the-rocky-horror-picture-show-2023/" TargetMode="External"/><Relationship Id="rId16" Type="http://schemas.openxmlformats.org/officeDocument/2006/relationships/hyperlink" Target="https://www.mopop.org/sffhof/the-rocky-horror-picture-show?utm_source=openai" TargetMode="External"/><Relationship Id="rId17" Type="http://schemas.openxmlformats.org/officeDocument/2006/relationships/hyperlink" Target="https://somad.nyc/happenings/dykecinemaclub?utm_source=openai" TargetMode="External"/><Relationship Id="rId18" Type="http://schemas.openxmlformats.org/officeDocument/2006/relationships/hyperlink" Target="https://loftcinema.org/film/the-rocky-horror-picture-show/?utm_source=openai" TargetMode="External"/><Relationship Id="rId19" Type="http://schemas.openxmlformats.org/officeDocument/2006/relationships/hyperlink" Target="https://www.siskelfilmcenter.org/will-o-wisp?utm_source=openai" TargetMode="External"/><Relationship Id="rId20" Type="http://schemas.openxmlformats.org/officeDocument/2006/relationships/hyperlink" Target="https://www.artscomplex.com/events/detail/rocky-horror-picture-show-490237?utm_source=openai" TargetMode="External"/><Relationship Id="rId21" Type="http://schemas.openxmlformats.org/officeDocument/2006/relationships/hyperlink" Target="https://nevadatheatre.com/events/the-rocky-horror-picture-show-2023/?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