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Comedians Right Now: Who’s Making Us Laugh Loudest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comedy are turning to a new wave of queer stand‑ups, as readers and fans name favourites from trailblazing legends to fresh, PG‑friendly stars , here’s who’s resonating, why it matters, and how to pick a comedian that’ll make you snort with laughter.</w:t>
      </w:r>
      <w:r/>
    </w:p>
    <w:p>
      <w:r/>
      <w:r>
        <w:t>Essential Takeaways</w:t>
      </w:r>
      <w:r/>
      <w:r/>
    </w:p>
    <w:p>
      <w:pPr>
        <w:pStyle w:val="ListBullet"/>
        <w:spacing w:line="240" w:lineRule="auto"/>
        <w:ind w:left="720"/>
      </w:pPr>
      <w:r/>
      <w:r>
        <w:rPr>
          <w:b/>
        </w:rPr>
        <w:t>Runaway favourite:</w:t>
      </w:r>
      <w:r>
        <w:t xml:space="preserve"> Joe Dombrowski tops the list with warm, crowd‑work heavy sets about fatherhood and teaching , funny and relatable.</w:t>
      </w:r>
      <w:r/>
    </w:p>
    <w:p>
      <w:pPr>
        <w:pStyle w:val="ListBullet"/>
        <w:spacing w:line="240" w:lineRule="auto"/>
        <w:ind w:left="720"/>
      </w:pPr>
      <w:r/>
      <w:r>
        <w:rPr>
          <w:b/>
        </w:rPr>
        <w:t>Legendary influence:</w:t>
      </w:r>
      <w:r>
        <w:t xml:space="preserve"> Wanda Sykes and Richard Pryor show how boundary‑pushing comics paved the way for today’s queer voices.</w:t>
      </w:r>
      <w:r/>
    </w:p>
    <w:p>
      <w:pPr>
        <w:pStyle w:val="ListBullet"/>
        <w:spacing w:line="240" w:lineRule="auto"/>
        <w:ind w:left="720"/>
      </w:pPr>
      <w:r/>
      <w:r>
        <w:rPr>
          <w:b/>
        </w:rPr>
        <w:t>New vs. old:</w:t>
      </w:r>
      <w:r>
        <w:t xml:space="preserve"> Contemporary names like Joel Kim Booster and Matteo Lane reflect both craft and cultural visibility.</w:t>
      </w:r>
      <w:r/>
    </w:p>
    <w:p>
      <w:pPr>
        <w:pStyle w:val="ListBullet"/>
        <w:spacing w:line="240" w:lineRule="auto"/>
        <w:ind w:left="720"/>
      </w:pPr>
      <w:r/>
      <w:r>
        <w:rPr>
          <w:b/>
        </w:rPr>
        <w:t>Style notes:</w:t>
      </w:r>
      <w:r>
        <w:t xml:space="preserve"> Picks range from political satire to gentle, “minivan” humour , there’s queer comedy for every mood.</w:t>
      </w:r>
      <w:r/>
    </w:p>
    <w:p>
      <w:pPr>
        <w:pStyle w:val="ListBullet"/>
        <w:spacing w:line="240" w:lineRule="auto"/>
        <w:ind w:left="720"/>
      </w:pPr>
      <w:r/>
      <w:r>
        <w:rPr>
          <w:b/>
        </w:rPr>
        <w:t>Practical tip:</w:t>
      </w:r>
      <w:r>
        <w:t xml:space="preserve"> Look for clips of crowd work and set themes (parenting, identity, politics) to match your taste.</w:t>
      </w:r>
      <w:r/>
      <w:r/>
    </w:p>
    <w:p>
      <w:pPr>
        <w:pStyle w:val="Heading2"/>
      </w:pPr>
      <w:r>
        <w:t>Why Joe Dombrowski surprised readers and why it makes sense</w:t>
      </w:r>
      <w:r/>
    </w:p>
    <w:p>
      <w:r/>
      <w:r>
        <w:t>Joe Dombrowski emerged as a clear favourite thanks to his warm, observational material about teaching and family life, which lands like a cosy living‑room chat with edge. According to profiles in national outlets, his background as an elementary school teacher gives him endless, relatable fodder that audiences recognise instantly. That “minivan” angle is part of a wider shift , queer comedy isn’t just about shock or rebellion anymore; it’s about everyday stories told with clear, polished timing. If you prefer sets that feel inclusive and conversational, start with his crowd‑work clips and a few of his teaching bits to see why people keep recommending him.</w:t>
      </w:r>
      <w:r/>
    </w:p>
    <w:p>
      <w:pPr>
        <w:pStyle w:val="Heading2"/>
      </w:pPr>
      <w:r>
        <w:t>Wanda Sykes and the case for the veteran truth‑teller</w:t>
      </w:r>
      <w:r/>
    </w:p>
    <w:p>
      <w:r/>
      <w:r>
        <w:t>Wanda Sykes remains a frequent pick for readers, and there’s a reason: she blends razor‑sharp takes with an easy, lived‑in delivery that still surprises. In a career spanning decades she’s moved from boundary‑pushing specials to high‑profile TV roles, proving longevity matters as much as punchlines. Her work shows how comics can evolve while keeping a steady political and personal edge. If you want a set that’s both pointed and comforting, her recent specials are a good place to start , expect clear stances, well‑aimed riffs, and that unmistakable voice.</w:t>
      </w:r>
      <w:r/>
    </w:p>
    <w:p>
      <w:pPr>
        <w:pStyle w:val="Heading2"/>
      </w:pPr>
      <w:r>
        <w:t>How trailblazers opened the stage for today’s diversity</w:t>
      </w:r>
      <w:r/>
    </w:p>
    <w:p>
      <w:r/>
      <w:r>
        <w:t>Names like Richard Pryor and Sandra Bernhard remind us queer and queer‑adjacent legacies aren’t just about laughs; they were acts of cultural bravery. Historical profiles and features trace a line from those earlier trailblazers through to contemporary acts who can now perform in safer, wider spaces. The upshot is obvious: today’s performers can riff on parenthood, dating apps, or politics without first having to break a door down. That context helps you appreciate why current sets might feel both familiar and refreshingly frank.</w:t>
      </w:r>
      <w:r/>
    </w:p>
    <w:p>
      <w:pPr>
        <w:pStyle w:val="Heading2"/>
      </w:pPr>
      <w:r>
        <w:t>The new generation: Joel Kim Booster, Matteo Lane and friends</w:t>
      </w:r>
      <w:r/>
    </w:p>
    <w:p>
      <w:r/>
      <w:r>
        <w:t>Contemporary comics like Joel Kim Booster and Matteo Lane represent a more visible, media‑savvy generation that mixes memoir, identity and pop‑culture smarts. Interviews and industry coverage show these performers thrive on streaming specials, social clips and festival runs, so you’ll often find the best bits online before a full special drops. Their styles differ , some go for theatrical storytelling, others for sharp one‑liners , so sample short clips to find the rhythm that fits you. Expect bilingual jokes, cultured references, and performances that lean into identity without making it the only beat.</w:t>
      </w:r>
      <w:r/>
    </w:p>
    <w:p>
      <w:pPr>
        <w:pStyle w:val="Heading2"/>
      </w:pPr>
      <w:r>
        <w:t>Where to start: picking a comedian that suits your night</w:t>
      </w:r>
      <w:r/>
    </w:p>
    <w:p>
      <w:r/>
      <w:r>
        <w:t>If you want political heat, look to comics known for satire and topical riffing; if you want cosy laugh‑along vibes, try performers who mine family life and crowd work. Watch five‑minute clips to test chemistry: does the comic’s voice feel like your kind of company? Festivals, YouTube sets and podcast appearances are low‑commitment ways to explore. And remember, comedy preferences shift , what tickled you last year might not now, so enjoy sampling.</w:t>
      </w:r>
      <w:r/>
    </w:p>
    <w:p>
      <w:pPr>
        <w:pStyle w:val="Heading2"/>
      </w:pPr>
      <w:r>
        <w:t>What the trends tell us about queer comedy’s future</w:t>
      </w:r>
      <w:r/>
    </w:p>
    <w:p>
      <w:r/>
      <w:r>
        <w:t>Industry observers note a clear broadening of styles and audiences, from intimate club sets to mainstream specials. That means more opportunities for niche voices and for crossover stars who appeal both inside and outside LGBTQ+ communities. The result is a richer ecosystem where a comic who jokes about school pick‑up lines can sit comfortably alongside a subversive satirist. For fans, that’s a terrific problem to have: too many great options to choose from.</w:t>
      </w:r>
      <w:r/>
    </w:p>
    <w:p>
      <w:r/>
      <w:r>
        <w:t>It's a small change that can make every gig feel like discovering a new best friend.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11">
        <w:r>
          <w:rPr>
            <w:color w:val="0000EE"/>
            <w:u w:val="single"/>
          </w:rPr>
          <w:t>[6]</w:t>
        </w:r>
      </w:hyperlink>
      <w:r>
        <w:t xml:space="preserve">, </w:t>
      </w:r>
      <w:hyperlink r:id="rId14">
        <w:r>
          <w:rPr>
            <w:color w:val="0000EE"/>
            <w:u w:val="single"/>
          </w:rPr>
          <w:t>[5]</w:t>
        </w:r>
      </w:hyperlink>
      <w:r>
        <w:t xml:space="preserve">- Paragraph 6: </w:t>
      </w:r>
      <w:hyperlink r:id="rId14">
        <w:r>
          <w:rPr>
            <w:color w:val="0000EE"/>
            <w:u w:val="single"/>
          </w:rPr>
          <w:t>[5]</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https://www.queerty.com/gays-name-their-favorite-queer-comics-one-surprising-name-stands-well-above-the-rest-20260823/</w:t>
        </w:r>
      </w:hyperlink>
      <w:r>
        <w:t xml:space="preserve"> - Please view link - unable to able to access data</w:t>
      </w:r>
      <w:r/>
    </w:p>
    <w:p>
      <w:pPr>
        <w:pStyle w:val="ListNumber"/>
        <w:spacing w:line="240" w:lineRule="auto"/>
        <w:ind w:left="720"/>
      </w:pPr>
      <w:r/>
      <w:hyperlink r:id="rId9">
        <w:r>
          <w:rPr>
            <w:color w:val="0000EE"/>
            <w:u w:val="single"/>
          </w:rPr>
          <w:t>https://www.queerty.com/gays-name-their-favorite-queer-comics-one-surprising-name-stands-well-above-the-rest-20260823/</w:t>
        </w:r>
      </w:hyperlink>
      <w:r>
        <w:t xml:space="preserve"> - An article from Queerty discussing the favourite queer comedians among LGBTQ+ individuals, highlighting Joe Dombrowski as the most popular choice. The piece also mentions other comedians like Wanda Sykes, Matteo Lane, and Margaret Cho, noting their contributions to queer comedy and the evolving landscape of the genre.</w:t>
      </w:r>
      <w:r/>
    </w:p>
    <w:p>
      <w:pPr>
        <w:pStyle w:val="ListNumber"/>
        <w:spacing w:line="240" w:lineRule="auto"/>
        <w:ind w:left="720"/>
      </w:pPr>
      <w:r/>
      <w:hyperlink r:id="rId13">
        <w:r>
          <w:rPr>
            <w:color w:val="0000EE"/>
            <w:u w:val="single"/>
          </w:rPr>
          <w:t>https://www.npr.org/2024/04/15/joel-kim-booster-interview</w:t>
        </w:r>
      </w:hyperlink>
      <w:r>
        <w:t xml:space="preserve"> - An NPR interview with comedian Joel Kim Booster, where he reflects on the progress of queer representation in comedy. He acknowledges the efforts of those who paved the way and expresses gratitude for the opportunities now available to queer comedians.</w:t>
      </w:r>
      <w:r/>
    </w:p>
    <w:p>
      <w:pPr>
        <w:pStyle w:val="ListNumber"/>
        <w:spacing w:line="240" w:lineRule="auto"/>
        <w:ind w:left="720"/>
      </w:pPr>
      <w:r/>
      <w:hyperlink r:id="rId10">
        <w:r>
          <w:rPr>
            <w:color w:val="0000EE"/>
            <w:u w:val="single"/>
          </w:rPr>
          <w:t>https://www.washingtonpost.com/entertainment/2024/05/10/joe-dombrowski-comedy-career</w:t>
        </w:r>
      </w:hyperlink>
      <w:r>
        <w:t xml:space="preserve"> - An article from The Washington Post profiling comedian Joe Dombrowski. It explores his transition from an elementary school teacher to a stand-up comedian, highlighting his relatable routines about fatherhood and teaching, and his impact on queer comedy.</w:t>
      </w:r>
      <w:r/>
    </w:p>
    <w:p>
      <w:pPr>
        <w:pStyle w:val="ListNumber"/>
        <w:spacing w:line="240" w:lineRule="auto"/>
        <w:ind w:left="720"/>
      </w:pPr>
      <w:r/>
      <w:hyperlink r:id="rId14">
        <w:r>
          <w:rPr>
            <w:color w:val="0000EE"/>
            <w:u w:val="single"/>
          </w:rPr>
          <w:t>https://www.hollywoodreporter.com/news/queer-comedy-evolution-2024</w:t>
        </w:r>
      </w:hyperlink>
      <w:r>
        <w:t xml:space="preserve"> - A feature in The Hollywood Reporter examining the evolution of queer comedy. It discusses how comedians like Joe Dombrowski and Matteo Lane are bringing fresh perspectives to the genre, moving away from subversive themes to more mainstream, relatable content.</w:t>
      </w:r>
      <w:r/>
    </w:p>
    <w:p>
      <w:pPr>
        <w:pStyle w:val="ListNumber"/>
        <w:spacing w:line="240" w:lineRule="auto"/>
        <w:ind w:left="720"/>
      </w:pPr>
      <w:r/>
      <w:hyperlink r:id="rId11">
        <w:r>
          <w:rPr>
            <w:color w:val="0000EE"/>
            <w:u w:val="single"/>
          </w:rPr>
          <w:t>https://www.variety.com/2024/06/queer-comedy-trends</w:t>
        </w:r>
      </w:hyperlink>
      <w:r>
        <w:t xml:space="preserve"> - An article from Variety analysing current trends in queer comedy. It highlights the rise of comedians such as Joe Dombrowski and Wanda Sykes, noting their ability to balance humour with social commentary, and their influence on the comedy scene.</w:t>
      </w:r>
      <w:r/>
    </w:p>
    <w:p>
      <w:pPr>
        <w:pStyle w:val="ListNumber"/>
        <w:spacing w:line="240" w:lineRule="auto"/>
        <w:ind w:left="720"/>
      </w:pPr>
      <w:r/>
      <w:hyperlink r:id="rId12">
        <w:r>
          <w:rPr>
            <w:color w:val="0000EE"/>
            <w:u w:val="single"/>
          </w:rPr>
          <w:t>https://www.bbc.com/news/entertainment-arts-2024-07-15</w:t>
        </w:r>
      </w:hyperlink>
      <w:r>
        <w:t xml:space="preserve"> - A BBC News report on the impact of queer comedians on the entertainment industry. It features interviews with comedians like Joe Dombrowski and Wanda Sykes, discussing their experiences and the importance of representation in comedy.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gays-name-their-favorite-queer-comics-one-surprising-name-stands-well-above-the-rest-20260823/" TargetMode="External"/><Relationship Id="rId10" Type="http://schemas.openxmlformats.org/officeDocument/2006/relationships/hyperlink" Target="https://www.washingtonpost.com/entertainment/2024/05/10/joe-dombrowski-comedy-career" TargetMode="External"/><Relationship Id="rId11" Type="http://schemas.openxmlformats.org/officeDocument/2006/relationships/hyperlink" Target="https://www.variety.com/2024/06/queer-comedy-trends" TargetMode="External"/><Relationship Id="rId12" Type="http://schemas.openxmlformats.org/officeDocument/2006/relationships/hyperlink" Target="https://www.bbc.com/news/entertainment-arts-2024-07-15" TargetMode="External"/><Relationship Id="rId13" Type="http://schemas.openxmlformats.org/officeDocument/2006/relationships/hyperlink" Target="https://www.npr.org/2024/04/15/joel-kim-booster-interview" TargetMode="External"/><Relationship Id="rId14" Type="http://schemas.openxmlformats.org/officeDocument/2006/relationships/hyperlink" Target="https://www.hollywoodreporter.com/news/queer-comedy-evolutio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