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Week Events in Turku: Joy, Visibility and Community Celebrations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students and families are heading to Turku this week as Pride Week (24–30 August) brings a burst of colour and community energy to the city; organisers say the theme, “The joy of being queer,” underlines visibility, everyday equality and a calendar packed with workshops, library events and a weekend parade.</w:t>
      </w:r>
      <w:r/>
    </w:p>
    <w:p>
      <w:r/>
      <w:r>
        <w:t>Essential Takeaways</w:t>
      </w:r>
      <w:r/>
      <w:r/>
    </w:p>
    <w:p>
      <w:pPr>
        <w:pStyle w:val="ListBullet"/>
        <w:spacing w:line="240" w:lineRule="auto"/>
        <w:ind w:left="720"/>
      </w:pPr>
      <w:r/>
      <w:r>
        <w:rPr>
          <w:b/>
        </w:rPr>
        <w:t>Flag-raising moment:</w:t>
      </w:r>
      <w:r>
        <w:t xml:space="preserve"> Mayor Piia Elo will raise the Pride flag at Market Square to open the week, a public signal of municipal support.</w:t>
      </w:r>
      <w:r/>
    </w:p>
    <w:p>
      <w:pPr>
        <w:pStyle w:val="ListBullet"/>
        <w:spacing w:line="240" w:lineRule="auto"/>
        <w:ind w:left="720"/>
      </w:pPr>
      <w:r/>
      <w:r>
        <w:rPr>
          <w:b/>
        </w:rPr>
        <w:t>City lit in rainbow:</w:t>
      </w:r>
      <w:r>
        <w:t xml:space="preserve"> The Library Bridge will glow in rainbow colours throughout the week, creating a visual landmark that’s easy to spot.</w:t>
      </w:r>
      <w:r/>
    </w:p>
    <w:p>
      <w:pPr>
        <w:pStyle w:val="ListBullet"/>
        <w:spacing w:line="240" w:lineRule="auto"/>
        <w:ind w:left="720"/>
      </w:pPr>
      <w:r/>
      <w:r>
        <w:rPr>
          <w:b/>
        </w:rPr>
        <w:t>Cultural variety:</w:t>
      </w:r>
      <w:r>
        <w:t xml:space="preserve"> Events include library talks, guided queer-history tours, a Rainbow Disco and a Rainbow Seniors seminar, something for many ages and tastes.</w:t>
      </w:r>
      <w:r/>
    </w:p>
    <w:p>
      <w:pPr>
        <w:pStyle w:val="ListBullet"/>
        <w:spacing w:line="240" w:lineRule="auto"/>
        <w:ind w:left="720"/>
      </w:pPr>
      <w:r/>
      <w:r>
        <w:rPr>
          <w:b/>
        </w:rPr>
        <w:t>Hands-on Pride:</w:t>
      </w:r>
      <w:r>
        <w:t xml:space="preserve"> Workshops let young people make pins, stickers and screen-printed fabric items; paints suit light, natural fabrics and fabric bags are available cheaply.</w:t>
      </w:r>
      <w:r/>
    </w:p>
    <w:p>
      <w:pPr>
        <w:pStyle w:val="ListBullet"/>
        <w:spacing w:line="240" w:lineRule="auto"/>
        <w:ind w:left="720"/>
      </w:pPr>
      <w:r/>
      <w:r>
        <w:rPr>
          <w:b/>
        </w:rPr>
        <w:t>Parade and park festival:</w:t>
      </w:r>
      <w:r>
        <w:t xml:space="preserve"> The week peaks on Saturday with a riverside parade at noon and a park festival in Kupittaa running until the late afternoon.</w:t>
      </w:r>
      <w:r/>
      <w:r/>
    </w:p>
    <w:p>
      <w:pPr>
        <w:pStyle w:val="Heading2"/>
      </w:pPr>
      <w:r>
        <w:t>A colourful start: flag-raising and bridge illumination</w:t>
      </w:r>
      <w:r/>
    </w:p>
    <w:p>
      <w:r/>
      <w:r>
        <w:t>The week begins with a simple, uplifting ritual: the mayor raising the Pride flag in Market Square, a small ceremony that feels big in the city’s civic heart. Turku’s decision to illuminate the Library Bridge in rainbow colours means the message of welcome is visible both day and night, giving locals and visitors a bright, photogenic reason to wander the riverbanks. According to city organisers, those lights aren’t just decorative, they’re a visual statement about belonging, and they help anchor a week of events across town.</w:t>
      </w:r>
      <w:r/>
    </w:p>
    <w:p>
      <w:pPr>
        <w:pStyle w:val="Heading2"/>
      </w:pPr>
      <w:r>
        <w:t>Libraries and learning: Pride beyond the parade</w:t>
      </w:r>
      <w:r/>
    </w:p>
    <w:p>
      <w:r/>
      <w:r>
        <w:t>Turku Main Library has leaned into the programme with talks, author events and themed gatherings that make Pride Week feel thoughtful as well as festive. Lectures and the Nordisk litteratursalong – goes Pride! bring queer voices into public conversation, while the Rainbow Seniors seminar signals inclusivity across generations. For anyone who loves learning, this mix of culture and education shows Pride as a living history, not just a one-day party.</w:t>
      </w:r>
      <w:r/>
    </w:p>
    <w:p>
      <w:pPr>
        <w:pStyle w:val="Heading2"/>
      </w:pPr>
      <w:r>
        <w:t>Workshops and DIY Pride: make, customise and connect</w:t>
      </w:r>
      <w:r/>
    </w:p>
    <w:p>
      <w:r/>
      <w:r>
        <w:t>If you like hands-on fun, the fabric-printing session at the Vimma Art and Activity Centre is an obvious draw. Organisers will supply brush-on paints in rainbow shades and screen-printing frames; the paints work best on light-coloured cotton or linen, so bring the right garment or buy a fabric bag at the venue for a small fee. Workshops for young people also include pin and sticker-making or a Rainbow Flea Market where sellers can shift unwanted clothes or self-made art, practical, sustainable and social all at once.</w:t>
      </w:r>
      <w:r/>
    </w:p>
    <w:p>
      <w:pPr>
        <w:pStyle w:val="Heading2"/>
      </w:pPr>
      <w:r>
        <w:t>Parade and park festival: the weekend’s big moment</w:t>
      </w:r>
      <w:r/>
    </w:p>
    <w:p>
      <w:r/>
      <w:r>
        <w:t>Saturday’s parade starts at 12.00 from the riverside and flows into a park festival in Kupittaa that lasts until about 17.00. It’s the part of Pride Week that’s loud, proud and easy to join: think music, stalls, community groups and a chance to see the week’s message writ large. For families, organisers recommend planning meeting points and checking schedules for kid-friendly programming; for first-time visitors, arrive early to catch the atmosphere and secure a good spot to watch.</w:t>
      </w:r>
      <w:r/>
    </w:p>
    <w:p>
      <w:pPr>
        <w:pStyle w:val="Heading2"/>
      </w:pPr>
      <w:r>
        <w:t>Why this matters: visibility meets everyday equality</w:t>
      </w:r>
      <w:r/>
    </w:p>
    <w:p>
      <w:r/>
      <w:r>
        <w:t>Having the mayor participate and public spaces lit up isn’t merely symbolic, according to organisers, it’s about demonstrating that equality is acted out in daily life. Turku’s approach mixes celebration with civic responsibility: workshops teach skills, library events dig into history, and the parade offers public visibility. That combination helps ensure Pride Week reaches beyond the usual crowd and into the routines of the city.</w:t>
      </w:r>
      <w:r/>
    </w:p>
    <w:p>
      <w:r/>
      <w:r>
        <w:t>It's a small change that can make every celebration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4">
        <w:r>
          <w:rPr>
            <w:color w:val="0000EE"/>
            <w:u w:val="single"/>
          </w:rPr>
          <w:t>[6]</w:t>
        </w:r>
      </w:hyperlink>
      <w:r>
        <w:t xml:space="preserve">- Paragraph 4: </w:t>
      </w:r>
      <w:hyperlink r:id="rId13">
        <w:r>
          <w:rPr>
            <w:color w:val="0000EE"/>
            <w:u w:val="single"/>
          </w:rPr>
          <w:t>[5]</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https://www.dailyfinland.fi/culture/51003/Pride-week-celebrations-begin-in-Turku-with-equality-joy</w:t>
        </w:r>
      </w:hyperlink>
      <w:r>
        <w:t xml:space="preserve"> - Please view link - unable to able to access data</w:t>
      </w:r>
      <w:r/>
    </w:p>
    <w:p>
      <w:pPr>
        <w:pStyle w:val="ListNumber"/>
        <w:spacing w:line="240" w:lineRule="auto"/>
        <w:ind w:left="720"/>
      </w:pPr>
      <w:r/>
      <w:hyperlink r:id="rId10">
        <w:r>
          <w:rPr>
            <w:color w:val="0000EE"/>
            <w:u w:val="single"/>
          </w:rPr>
          <w:t>https://www.turku.fi/paatoksenteko/kaupunginvaltuusto/vastaus/hae/2436191</w:t>
        </w:r>
      </w:hyperlink>
      <w:r>
        <w:t xml:space="preserve"> - In June 2023, Turku's City Council addressed a proposal to cease participation in Pride events, suggesting that future celebrations of equality and human rights be marked with the Finnish flag. The council highlighted Turku Pride's decade-long tradition and its role in promoting equality and human rights, emphasizing the city's commitment to ensuring every resident can live authentically.</w:t>
      </w:r>
      <w:r/>
    </w:p>
    <w:p>
      <w:pPr>
        <w:pStyle w:val="ListNumber"/>
        <w:spacing w:line="240" w:lineRule="auto"/>
        <w:ind w:left="720"/>
      </w:pPr>
      <w:r/>
      <w:hyperlink r:id="rId12">
        <w:r>
          <w:rPr>
            <w:color w:val="0000EE"/>
            <w:u w:val="single"/>
          </w:rPr>
          <w:t>https://ah.turku.fi/kuulutukset/Images/2216508.pdf</w:t>
        </w:r>
      </w:hyperlink>
      <w:r>
        <w:t xml:space="preserve"> - The 2023 Summer Peace Festival in Turku, scheduled from June 16 to June 18, featured performances across multiple stages, including the Peace and Turku Pride stages. The event aimed to foster community spirit and celebrate diversity, with the Turku Pride stage hosting various acts over the three-day festival.</w:t>
      </w:r>
      <w:r/>
    </w:p>
    <w:p>
      <w:pPr>
        <w:pStyle w:val="ListNumber"/>
        <w:spacing w:line="240" w:lineRule="auto"/>
        <w:ind w:left="720"/>
      </w:pPr>
      <w:r/>
      <w:hyperlink r:id="rId11">
        <w:r>
          <w:rPr>
            <w:color w:val="0000EE"/>
            <w:u w:val="single"/>
          </w:rPr>
          <w:t>https://yle.fi/a/74-20037301</w:t>
        </w:r>
      </w:hyperlink>
      <w:r>
        <w:t xml:space="preserve"> - In June 2023, the Manse Pride week in Tampere culminated in a march and closing celebration, drawing an estimated 5,000 participants. The event underscored Tampere's commitment to human rights and equality, with the parade causing temporary traffic disruptions in the city centre.</w:t>
      </w:r>
      <w:r/>
    </w:p>
    <w:p>
      <w:pPr>
        <w:pStyle w:val="ListNumber"/>
        <w:spacing w:line="240" w:lineRule="auto"/>
        <w:ind w:left="720"/>
      </w:pPr>
      <w:r/>
      <w:hyperlink r:id="rId13">
        <w:r>
          <w:rPr>
            <w:color w:val="0000EE"/>
            <w:u w:val="single"/>
          </w:rPr>
          <w:t>https://yle.fi/a/74-20038390</w:t>
        </w:r>
      </w:hyperlink>
      <w:r>
        <w:t xml:space="preserve"> - Helsinki Pride Week in June 2023 commenced with the theme 'Joy and Riot', featuring various events leading up to the Helsinki Pride Parade on July 1. The parade, a significant LGBTQ+ event in Finland, attracted over 70,000 participants the previous year, highlighting the city's dedication to equality and human rights.</w:t>
      </w:r>
      <w:r/>
    </w:p>
    <w:p>
      <w:pPr>
        <w:pStyle w:val="ListNumber"/>
        <w:spacing w:line="240" w:lineRule="auto"/>
        <w:ind w:left="720"/>
      </w:pPr>
      <w:r/>
      <w:hyperlink r:id="rId14">
        <w:r>
          <w:rPr>
            <w:color w:val="0000EE"/>
            <w:u w:val="single"/>
          </w:rPr>
          <w:t>https://yle.fi/a/74-20044025</w:t>
        </w:r>
      </w:hyperlink>
      <w:r>
        <w:t xml:space="preserve"> - Oulu Pride in August 2023 saw a record turnout, with the Saturday parade attracting approximately 2,500–3,000 participants. The subsequent park festival in Holliha gathered an estimated 4,000–4,500 attendees, reflecting the city's growing support for LGBTQ+ rights and equality.</w:t>
      </w:r>
      <w:r/>
    </w:p>
    <w:p>
      <w:pPr>
        <w:pStyle w:val="ListNumber"/>
        <w:spacing w:line="240" w:lineRule="auto"/>
        <w:ind w:left="720"/>
      </w:pPr>
      <w:r/>
      <w:hyperlink r:id="rId15">
        <w:r>
          <w:rPr>
            <w:color w:val="0000EE"/>
            <w:u w:val="single"/>
          </w:rPr>
          <w:t>https://yle.fi/a/3-11971294</w:t>
        </w:r>
      </w:hyperlink>
      <w:r>
        <w:t xml:space="preserve"> - In June 2021, Turku marked Pride Month by painting a rainbow pedestrian crossing near the city's theatre. This initiative aimed to promote open-mindedness, tolerance, and equality, supporting sexual and gender diversity, and was the first of its kind in Finland.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finland.fi/culture/51003/Pride-week-celebrations-begin-in-Turku-with-equality-joy" TargetMode="External"/><Relationship Id="rId10" Type="http://schemas.openxmlformats.org/officeDocument/2006/relationships/hyperlink" Target="https://www.turku.fi/paatoksenteko/kaupunginvaltuusto/vastaus/hae/2436191" TargetMode="External"/><Relationship Id="rId11" Type="http://schemas.openxmlformats.org/officeDocument/2006/relationships/hyperlink" Target="https://yle.fi/a/74-20037301" TargetMode="External"/><Relationship Id="rId12" Type="http://schemas.openxmlformats.org/officeDocument/2006/relationships/hyperlink" Target="https://ah.turku.fi/kuulutukset/Images/2216508.pdf" TargetMode="External"/><Relationship Id="rId13" Type="http://schemas.openxmlformats.org/officeDocument/2006/relationships/hyperlink" Target="https://yle.fi/a/74-20038390" TargetMode="External"/><Relationship Id="rId14" Type="http://schemas.openxmlformats.org/officeDocument/2006/relationships/hyperlink" Target="https://yle.fi/a/74-20044025" TargetMode="External"/><Relationship Id="rId15" Type="http://schemas.openxmlformats.org/officeDocument/2006/relationships/hyperlink" Target="https://yle.fi/a/3-119712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