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Block Party in Erie: How Perry Square Became a Year-Round Statement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allies poured into Perry Square for Erie Pride 365’s third annual Block Party, turning downtown into a colourful hub of culture, care and celebration that proved Pride in Erie isn’t just for one month , it’s something the city is committing to every day.</w:t>
      </w:r>
      <w:r/>
    </w:p>
    <w:p>
      <w:r/>
      <w:r>
        <w:t>Essential Takeaways</w:t>
      </w:r>
      <w:r/>
      <w:r/>
    </w:p>
    <w:p>
      <w:pPr>
        <w:pStyle w:val="ListBullet"/>
        <w:spacing w:line="240" w:lineRule="auto"/>
        <w:ind w:left="720"/>
      </w:pPr>
      <w:r/>
      <w:r>
        <w:rPr>
          <w:b/>
        </w:rPr>
        <w:t>Community-first event:</w:t>
      </w:r>
      <w:r>
        <w:t xml:space="preserve"> Erie Pride 365 packed Perry Square with local groups, vendors and families, creating a warm, busy atmosphere.</w:t>
      </w:r>
      <w:r/>
    </w:p>
    <w:p>
      <w:pPr>
        <w:pStyle w:val="ListBullet"/>
        <w:spacing w:line="240" w:lineRule="auto"/>
        <w:ind w:left="720"/>
      </w:pPr>
      <w:r/>
      <w:r>
        <w:rPr>
          <w:b/>
        </w:rPr>
        <w:t>Services on site:</w:t>
      </w:r>
      <w:r>
        <w:t xml:space="preserve"> Health, wellness and resource partners like Central Outreach Wellness Center offered practical support alongside the fun.</w:t>
      </w:r>
      <w:r/>
    </w:p>
    <w:p>
      <w:pPr>
        <w:pStyle w:val="ListBullet"/>
        <w:spacing w:line="240" w:lineRule="auto"/>
        <w:ind w:left="720"/>
      </w:pPr>
      <w:r/>
      <w:r>
        <w:rPr>
          <w:b/>
        </w:rPr>
        <w:t>Visible recognition:</w:t>
      </w:r>
      <w:r>
        <w:t xml:space="preserve"> Mayor Daria Devlin presented a city proclamation, signalling official acknowledgement of LGBTQIA+ residents.</w:t>
      </w:r>
      <w:r/>
    </w:p>
    <w:p>
      <w:pPr>
        <w:pStyle w:val="ListBullet"/>
        <w:spacing w:line="240" w:lineRule="auto"/>
        <w:ind w:left="720"/>
      </w:pPr>
      <w:r/>
      <w:r>
        <w:rPr>
          <w:b/>
        </w:rPr>
        <w:t>Arts and energy:</w:t>
      </w:r>
      <w:r>
        <w:t xml:space="preserve"> Headliner Round Midnite delivered a lively set, underscoring the role of performance in queer spaces.</w:t>
      </w:r>
      <w:r/>
    </w:p>
    <w:p>
      <w:pPr>
        <w:pStyle w:val="ListBullet"/>
        <w:spacing w:line="240" w:lineRule="auto"/>
        <w:ind w:left="720"/>
      </w:pPr>
      <w:r/>
      <w:r>
        <w:rPr>
          <w:b/>
        </w:rPr>
        <w:t>365 mission:</w:t>
      </w:r>
      <w:r>
        <w:t xml:space="preserve"> The Block Party is part of Erie Pride 365’s aim to maintain visibility, safety and support year-round.</w:t>
      </w:r>
      <w:r/>
      <w:r/>
    </w:p>
    <w:p>
      <w:pPr>
        <w:pStyle w:val="Heading2"/>
      </w:pPr>
      <w:r>
        <w:t>A one-day party with a year-long heartbeat</w:t>
      </w:r>
      <w:r/>
    </w:p>
    <w:p>
      <w:r/>
      <w:r>
        <w:t>Perry Square felt cheerfully full of life, with the smell of street food, the buzz of conversation and the sight of rainbow flags fluttering in the sun. Erie Pride 365 used the Block Party to translate its founding idea , Pride beyond June , into something tangible and joyful. According to organisers, the event blends celebration with purpose, so people leave both lifted and better informed. If you’ve ever wondered what a community-focused Pride looks like, this felt like the answer.</w:t>
      </w:r>
      <w:r/>
    </w:p>
    <w:p>
      <w:pPr>
        <w:pStyle w:val="Heading2"/>
      </w:pPr>
      <w:r>
        <w:t>Partnerships turned celebration into support</w:t>
      </w:r>
      <w:r/>
    </w:p>
    <w:p>
      <w:r/>
      <w:r>
        <w:t>This wasn’t only about music and stalls; local organisations like Erie's Black Wall Street and Compton's Table set up alongside wellness providers so attendees could find tangible resources. That mix matters because organisers say access to services is as important as visibility , especially for people navigating intersections of race, gender and sexuality. If you’re planning to attend next year, expect both a party vibe and useful booths where you can ask questions or get help.</w:t>
      </w:r>
      <w:r/>
    </w:p>
    <w:p>
      <w:pPr>
        <w:pStyle w:val="Heading2"/>
      </w:pPr>
      <w:r>
        <w:t>Big stage moments, local heartbeat</w:t>
      </w:r>
      <w:r/>
    </w:p>
    <w:p>
      <w:r/>
      <w:r>
        <w:t>Round Midnite’s headline performance brought a high-energy finish, reminding everyone why live art matters in LGBTQIA+ spaces. Performances like this don’t just entertain , they validate artists who reflect the community’s diversity. Erie Pride 365 is aiming to keep that stage local and inclusive, so emerging musicians and performers get chances to shine. For fans, that means fresh acts and authentic shows rather than corporate gloss.</w:t>
      </w:r>
      <w:r/>
    </w:p>
    <w:p>
      <w:pPr>
        <w:pStyle w:val="Heading2"/>
      </w:pPr>
      <w:r>
        <w:t>City recognition that actually means something</w:t>
      </w:r>
      <w:r/>
    </w:p>
    <w:p>
      <w:r/>
      <w:r>
        <w:t>When Mayor Daria Devlin presented an official proclamation to Erie Pride 365, it read like more than a ceremonial nod. Public recognition from the city sends a clear message: LGBTQIA+ residents are part of Erie’s present and future. Organisers noted that this kind of acknowledgement helps shift local attitudes and can open doors to policy and funding conversations. It’s a reminder that visibility and political will often travel hand in hand.</w:t>
      </w:r>
      <w:r/>
    </w:p>
    <w:p>
      <w:pPr>
        <w:pStyle w:val="Heading2"/>
      </w:pPr>
      <w:r>
        <w:t>Why 365 really matters for people on the margins</w:t>
      </w:r>
      <w:r/>
    </w:p>
    <w:p>
      <w:r/>
      <w:r>
        <w:t>Organisers keep repeating that Pride must address more than parades: safe spaces for youth, tackling health disparities, and supporting Black and Brown LGBTQIA+ people are ongoing tasks. The Block Party is one day, but the partnerships and outreach it fosters are meant to last. If you want to support that work, volunteers, donations and local advocacy are practical ways to make the mission stick beyond the photos and playlists.</w:t>
      </w:r>
      <w:r/>
    </w:p>
    <w:p>
      <w:pPr>
        <w:pStyle w:val="Heading2"/>
      </w:pPr>
      <w:r>
        <w:t>What to expect next time , and how to join in</w:t>
      </w:r>
      <w:r/>
    </w:p>
    <w:p>
      <w:r/>
      <w:r>
        <w:t>Erie Pride 365 says growth isn’t just about scale; it’s about depth , deeper relationships with service providers, broader access to resources and more chances for local creatives. If you live locally, keep an eye out for pop-up events, volunteer opportunities and smaller community meet-ups that lead up to next year’s block party. Your presence helps keep the momentum going.</w:t>
      </w:r>
      <w:r/>
    </w:p>
    <w:p>
      <w:r/>
      <w:r>
        <w:t>It’s a small change that can make every day in Erie a little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[4]</w:t>
        </w:r>
      </w:hyperlink>
      <w:r>
        <w:t xml:space="preserve">- Paragraph 2: </w:t>
      </w:r>
      <w:hyperlink r:id="rId11">
        <w:r>
          <w:rPr>
            <w:color w:val="0000EE"/>
            <w:u w:val="single"/>
          </w:rPr>
          <w:t>[3]</w:t>
        </w:r>
      </w:hyperlink>
      <w:r>
        <w:t xml:space="preserve">, </w:t>
      </w:r>
      <w:hyperlink r:id="rId10">
        <w:r>
          <w:rPr>
            <w:color w:val="0000EE"/>
            <w:u w:val="single"/>
          </w:rPr>
          <w:t>[5]</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[4]</w:t>
        </w:r>
      </w:hyperlink>
      <w:r>
        <w:t xml:space="preserve">, </w:t>
      </w:r>
      <w:hyperlink r:id="rId10">
        <w:r>
          <w:rPr>
            <w:color w:val="0000EE"/>
            <w:u w:val="single"/>
          </w:rPr>
          <w:t>[5]</w:t>
        </w:r>
      </w:hyperlink>
      <w:r>
        <w:t xml:space="preserve">- Paragraph 5: </w:t>
      </w:r>
      <w:hyperlink r:id="rId11">
        <w:r>
          <w:rPr>
            <w:color w:val="0000EE"/>
            <w:u w:val="single"/>
          </w:rPr>
          <w:t>[3]</w:t>
        </w:r>
      </w:hyperlink>
      <w:r>
        <w:t xml:space="preserve">, </w:t>
      </w:r>
      <w:hyperlink r:id="rId11">
        <w:r>
          <w:rPr>
            <w:color w:val="0000EE"/>
            <w:u w:val="single"/>
          </w:rPr>
          <w:t>[6]</w:t>
        </w:r>
      </w:hyperlink>
      <w:r>
        <w:t xml:space="preserve">- Paragraph 6: </w:t>
      </w:r>
      <w:hyperlink r:id="rId10">
        <w:r>
          <w:rPr>
            <w:color w:val="0000EE"/>
            <w:u w:val="single"/>
          </w:rPr>
          <w:t>[2]</w:t>
        </w:r>
      </w:hyperlink>
      <w:r>
        <w:t xml:space="preserve">, </w:t>
      </w:r>
      <w:hyperlink r:id="rId10">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https://www.eriegaynews.com/news/article.php?recordid=202609eriepride365blockpartyrecap&amp;sourceid=4&amp;sourcereason=RSSFeed</w:t>
        </w:r>
      </w:hyperlink>
      <w:r>
        <w:t xml:space="preserve"> - Please view link - unable to able to access data</w:t>
      </w:r>
      <w:r/>
    </w:p>
    <w:p>
      <w:pPr>
        <w:pStyle w:val="ListNumber"/>
        <w:spacing w:line="240" w:lineRule="auto"/>
        <w:ind w:left="720"/>
      </w:pPr>
      <w:r/>
      <w:hyperlink r:id="rId10">
        <w:r>
          <w:rPr>
            <w:color w:val="0000EE"/>
            <w:u w:val="single"/>
          </w:rPr>
          <w:t>https://www.eriegaynews.com/news/article.php?recordid=202607eriepride365</w:t>
        </w:r>
      </w:hyperlink>
      <w:r>
        <w:t xml:space="preserve"> - Erie Pride 365 is hosting a new Pride celebration in downtown Erie this summer, bringing together community organizations, advocates, and residents for a celebration of culture, connection, and community. The Erie Pride Block Party is scheduled for Saturday, August 8, in Perry Square. Organizers say the event will celebrate the diversity, resilience, and contributions of Erie's LGBTQIA+ community while creating opportunities for education, advocacy, and community engagement. Erie Pride 365 is an organization committed to championing the rights and well-being of Black, Brown, &amp; LGBTQIA+ individuals, 365 days a year. This year's celebration will place special emphasis on the intersections of Black excellence, queer liberation, and community wellness. The event is presented in partnership with Erie's BLACK WALLSTREET, Compton's Table, and Central Outreach Wellness Center, organizations that have played key roles in supporting marginalized communities throughout the region.</w:t>
      </w:r>
      <w:r/>
    </w:p>
    <w:p>
      <w:pPr>
        <w:pStyle w:val="ListNumber"/>
        <w:spacing w:line="240" w:lineRule="auto"/>
        <w:ind w:left="720"/>
      </w:pPr>
      <w:r/>
      <w:hyperlink r:id="rId11">
        <w:r>
          <w:rPr>
            <w:color w:val="0000EE"/>
            <w:u w:val="single"/>
          </w:rPr>
          <w:t>https://www.eriegaynews.com/news/article.php?recordid=202509blockpartyrecap</w:t>
        </w:r>
      </w:hyperlink>
      <w:r>
        <w:t xml:space="preserve"> - On Saturday, August 9, 2025, Perry Square in downtown Erie transformed into a dynamic celebration as Erie Pride 365 hosted its second annual Pride Block Party. The free, family-friendly event emphasized joy, wellness, and intersectionality, and drew well over 300 attendees who filtered in and out throughout the day. Organized by Dalen Hooks of Central Outreach (a 2025 40 Under 40 honoree), the block party was co-hosted in collaboration with Compton's Table and Erie's Black Wall Street. The event centered Black and Brown queer voices and created a space where attendees felt "safe, seen, and celebrated." Money Mook Dawg, a trans rapper from Pittsburgh, headlined with a high-energy multimedia performance. Erie's own Brittany Morton brought soulful sounds to the stage. Additional acts included HomeboyMusic, DJ Jaden2Waavy, and a Drag Hour hosted by Shea D'Heaux and Fasha Doll. 28 community members engaged with on-site wellness screenings and PrEP services provided by Central Outreach Erie.</w:t>
      </w:r>
      <w:r/>
    </w:p>
    <w:p>
      <w:pPr>
        <w:pStyle w:val="ListNumber"/>
        <w:spacing w:line="240" w:lineRule="auto"/>
        <w:ind w:left="720"/>
      </w:pPr>
      <w:r/>
      <w:hyperlink r:id="rId9">
        <w:r>
          <w:rPr>
            <w:color w:val="0000EE"/>
            <w:u w:val="single"/>
          </w:rPr>
          <w:t>https://www.eriegaynews.com/news/article.php?recordid=202609eriepride365blockpartyrecap&amp;sourceid=4&amp;sourcereason=RSSFeed</w:t>
        </w:r>
      </w:hyperlink>
      <w:r>
        <w:t xml:space="preserve"> - On August 8, Perry Square once again became more than the center of downtown Erie. It became a space for community, culture, visibility, wellness, and joy as Erie Pride 365 hosted its annual Block Party. Erie Pride 365 was founded on a simple belief: Pride cannot begin and end with a month on the calendar. Our work is rooted in championing the rights and well-being of Black, Brown, and LGBTQIA+ people 365 days a year. The Block Party is one of the most visible expressions of that mission. Throughout the day, people from across our community gathered alongside local organizations, vendors, advocates, families, and allies. Through partnerships with organizations including Erie's Black Wall Street, Compton's Table, and Central Outreach Wellness Center, we were able to create an event where celebration existed alongside community resources, health and wellness, education, and connection. Music and artistic expression were also at the heart of the celebration. This year's headliner, Round Midnite, brought incredible energy to Perry Square and demonstrated why LGBTQIA+ spaces must continue to make room for artists and performers who reflect the diversity and creativity of our communities. One of the most meaningful moments of the day came when Mayor Daria Devlin presented an official proclamation recognizing Erie Pride 365 and the importance of our work in the City of Erie. That recognition was bigger than an organization or an event. It represented a message from our city that LGBTQIA+ residents are part of Erie's story, Erie's present, and Erie's future. For communities that have historically had to fight simply to be seen, public recognition matters. But proclamations and celebrations must also inspire continued action. Pride means making sure young people have safe spaces. Pride means addressing health disparities. Pride means supporting Black and Brown LGBTQIA+ people whose experiences often exist at multiple intersections. Pride means creating opportunities for local artists, entrepreneurs, and organizations. Pride means building partnerships across communities instead of working in silos. And sometimes, Pride simply means creating a space in the middle of our city where people can laugh, dance, eat, connect, and exist without having to explain who they are. That is what we witnessed in Perry Square. As Erie Pride 365 continues to grow, our goal is not simply to produce bigger events. Our goal is to build deeper relationships, expand access to resources, and help create an Erie where everyone has the opportunity to feel safe, valued, respected, and connected. The Block Party may only occupy one day on the calendar, but the responsibility behind it continues every day. Because Pride isn't just a month. Pride is community. Pride is visibility. Pride is health. Pride is joy. Pride is belonging. And our commitment to those things must exist 365 days a year.</w:t>
      </w:r>
      <w:r/>
    </w:p>
    <w:p>
      <w:pPr>
        <w:pStyle w:val="ListNumber"/>
        <w:spacing w:line="240" w:lineRule="auto"/>
        <w:ind w:left="720"/>
      </w:pPr>
      <w:r/>
      <w:hyperlink r:id="rId10">
        <w:r>
          <w:rPr>
            <w:color w:val="0000EE"/>
            <w:u w:val="single"/>
          </w:rPr>
          <w:t>https://www.eriegaynews.com/news/article.php?recordid=202607eriepride365</w:t>
        </w:r>
      </w:hyperlink>
      <w:r>
        <w:t xml:space="preserve"> - Erie Pride 365 is hosting a new Pride celebration in downtown Erie this summer, bringing together community organizations, advocates, and residents for a celebration of culture, connection, and community. The Erie Pride Block Party is scheduled for Saturday, August 8, in Perry Square. Organizers say the event will celebrate the diversity, resilience, and contributions of Erie's LGBTQIA+ community while creating opportunities for education, advocacy, and community engagement. Erie Pride 365 is an organization committed to championing the rights and well-being of Black, Brown, &amp; LGBTQIA+ individuals, 365 days a year. This year's celebration will place special emphasis on the intersections of Black excellence, queer liberation, and community wellness. The event is presented in partnership with Erie's BLACK WALLSTREET, Compton's Table, and Central Outreach Wellness Center, organizations that have played key roles in supporting marginalized communities throughout the region.</w:t>
      </w:r>
      <w:r/>
    </w:p>
    <w:p>
      <w:pPr>
        <w:pStyle w:val="ListNumber"/>
        <w:spacing w:line="240" w:lineRule="auto"/>
        <w:ind w:left="720"/>
      </w:pPr>
      <w:r/>
      <w:hyperlink r:id="rId11">
        <w:r>
          <w:rPr>
            <w:color w:val="0000EE"/>
            <w:u w:val="single"/>
          </w:rPr>
          <w:t>https://www.eriegaynews.com/news/article.php?recordid=202509blockpartyrecap</w:t>
        </w:r>
      </w:hyperlink>
      <w:r>
        <w:t xml:space="preserve"> - On Saturday, August 9, 2025, Perry Square in downtown Erie transformed into a dynamic celebration as Erie Pride 365 hosted its second annual Pride Block Party. The free, family-friendly event emphasized joy, wellness, and intersectionality, and drew well over 300 attendees who filtered in and out throughout the day. Organized by Dalen Hooks of Central Outreach (a 2025 40 Under 40 honoree), the block party was co-hosted in collaboration with Compton's Table and Erie's Black Wall Street. The event centered Black and Brown queer voices and created a space where attendees felt "safe, seen, and celebrated." Money Mook Dawg, a trans rapper from Pittsburgh, headlined with a high-energy multimedia performance. Erie's own Brittany Morton brought soulful sounds to the stage. Additional acts included HomeboyMusic, DJ Jaden2Waavy, and a Drag Hour hosted by Shea D'Heaux and Fasha Doll. 28 community members engaged with on-site wellness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eriepride365blockpartyrecap&amp;sourceid=4&amp;sourcereason=RSSFeed" TargetMode="External"/><Relationship Id="rId10" Type="http://schemas.openxmlformats.org/officeDocument/2006/relationships/hyperlink" Target="https://www.eriegaynews.com/news/article.php?recordid=202607eriepride365" TargetMode="External"/><Relationship Id="rId11" Type="http://schemas.openxmlformats.org/officeDocument/2006/relationships/hyperlink" Target="https://www.eriegaynews.com/news/article.php?recordid=202509blockpartyreca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