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NY Liberty Jumbotron Messages and the Sophie Cunningham Protests Explained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spectacle and sports are getting a lot more than basketball these days: New York Liberty’s halftime scoreboard ran three pro‑trans messages during Saturday’s win, while counterprotesters and pro‑Sophie Cunningham crowds clashed outside Barclays Center , a flashpoint that matters for fans, teams and arena policy.</w:t>
      </w:r>
      <w:r/>
    </w:p>
    <w:p>
      <w:r/>
      <w:r>
        <w:t>Essential Takeaways</w:t>
      </w:r>
      <w:r/>
      <w:r/>
    </w:p>
    <w:p>
      <w:pPr>
        <w:pStyle w:val="ListBullet"/>
        <w:spacing w:line="240" w:lineRule="auto"/>
        <w:ind w:left="720"/>
      </w:pPr>
      <w:r/>
      <w:r>
        <w:rPr>
          <w:b/>
        </w:rPr>
        <w:t>Halftime messages:</w:t>
      </w:r>
      <w:r>
        <w:t xml:space="preserve"> The Liberty displayed at least three welcoming messages to transgender fans on the arena scoreboard during Saturday’s game; they read as celebratory and inclusive.</w:t>
      </w:r>
      <w:r/>
    </w:p>
    <w:p>
      <w:pPr>
        <w:pStyle w:val="ListBullet"/>
        <w:spacing w:line="240" w:lineRule="auto"/>
        <w:ind w:left="720"/>
      </w:pPr>
      <w:r/>
      <w:r>
        <w:rPr>
          <w:b/>
        </w:rPr>
        <w:t>Paid message dispute:</w:t>
      </w:r>
      <w:r>
        <w:t xml:space="preserve"> A fan who bought a paid scoreboard message about XX‑XY Athletics had her original wording altered; the team refunded her $100 and cited a policy favouring "positive, celebratory" content.</w:t>
      </w:r>
      <w:r/>
    </w:p>
    <w:p>
      <w:pPr>
        <w:pStyle w:val="ListBullet"/>
        <w:spacing w:line="240" w:lineRule="auto"/>
        <w:ind w:left="720"/>
      </w:pPr>
      <w:r/>
      <w:r>
        <w:rPr>
          <w:b/>
        </w:rPr>
        <w:t>Street demonstrations:</w:t>
      </w:r>
      <w:r>
        <w:t xml:space="preserve"> Outside the arena, large pro‑trans protesters confronted media, chanted, and blocked reporters, while Sophie Cunningham’s supporters held a simultaneous rally.</w:t>
      </w:r>
      <w:r/>
    </w:p>
    <w:p>
      <w:pPr>
        <w:pStyle w:val="ListBullet"/>
        <w:spacing w:line="240" w:lineRule="auto"/>
        <w:ind w:left="720"/>
      </w:pPr>
      <w:r/>
      <w:r>
        <w:rPr>
          <w:b/>
        </w:rPr>
        <w:t>Security stepped in:</w:t>
      </w:r>
      <w:r>
        <w:t xml:space="preserve"> NYPD escorted a reporter out of a dense crowd for safety after tensions rose and a photographer reported his glasses were taken.</w:t>
      </w:r>
      <w:r/>
    </w:p>
    <w:p>
      <w:pPr>
        <w:pStyle w:val="ListBullet"/>
        <w:spacing w:line="240" w:lineRule="auto"/>
        <w:ind w:left="720"/>
      </w:pPr>
      <w:r/>
      <w:r>
        <w:rPr>
          <w:b/>
        </w:rPr>
        <w:t>Why it matters:</w:t>
      </w:r>
      <w:r>
        <w:t xml:space="preserve"> These incidents show how WNBA nights are becoming platforms for culture wars, shaping fan experience, team communications and arena moderation policies.</w:t>
      </w:r>
      <w:r/>
      <w:r/>
    </w:p>
    <w:p>
      <w:pPr>
        <w:pStyle w:val="Heading2"/>
      </w:pPr>
      <w:r>
        <w:t>What the Liberty showed on the scoreboard , and why it caught attention</w:t>
      </w:r>
      <w:r/>
    </w:p>
    <w:p>
      <w:r/>
      <w:r>
        <w:t>The clearest sightline of the night was the jumbotron: three distinct messages welcoming and affirming transgender fans lit up the arena during halftime, and they felt deliberately warm and inclusive. According to press reports, they read as cheerfully celebratory, which made the shift in tone around a paid message dispute even more noticeable.</w:t>
      </w:r>
      <w:r/>
    </w:p>
    <w:p>
      <w:r/>
      <w:r>
        <w:t>This came a day after a woman who purchased a custom scoreboard shout‑out said the Liberty rewrote her wording about the group XX‑XY Athletics, then refunded the fee when she objected. The team told her messages must be “positive, celebratory,” which the club says explains the edit and refund. For fans, that’s a reminder that arenas control the mic and the message you can put on it.</w:t>
      </w:r>
      <w:r/>
    </w:p>
    <w:p>
      <w:r/>
      <w:r>
        <w:t>If you’re thinking about buying a scoreboard message yourself, keep it short, celebratory and non‑divisive; teams usually reserve the right to edit or reject copy that could inflame crowds.</w:t>
      </w:r>
      <w:r/>
    </w:p>
    <w:p>
      <w:pPr>
        <w:pStyle w:val="Heading2"/>
      </w:pPr>
      <w:r>
        <w:t>The paid message that sparked headlines , context and reaction</w:t>
      </w:r>
      <w:r/>
    </w:p>
    <w:p>
      <w:r/>
      <w:r>
        <w:t>The fan bought 25 tickets and a custom message, then found the Liberty had altered the wording and refunded the $100 after she complained. That sequence has stirred debate because it sits at the junction of free expression, commercial transactions and venue moderation.</w:t>
      </w:r>
      <w:r/>
    </w:p>
    <w:p>
      <w:r/>
      <w:r>
        <w:t>This isn’t the first time a WNBA night has doubled as a battleground for culture wars. Teams increasingly curate in‑arena content to protect fans and sponsors, but that curation can look like censorship to those whose words are changed. Expect continued scrutiny of stadium policies and clearer pre‑purchase guidelines so buyers aren’t surprised on game night.</w:t>
      </w:r>
      <w:r/>
    </w:p>
    <w:p>
      <w:pPr>
        <w:pStyle w:val="Heading2"/>
      </w:pPr>
      <w:r>
        <w:t>Protests outside Barclays Center , two crowds, rising tension</w:t>
      </w:r>
      <w:r/>
    </w:p>
    <w:p>
      <w:r/>
      <w:r>
        <w:t>Outside, the scene was loud and visual: one crowd backing Sophie Cunningham’s message, another large, organised group of transgender activists counterprotesting. Reports describe flags, signs and even bubble blowers , a surreal pop of colour against a serious clash of views.</w:t>
      </w:r>
      <w:r/>
    </w:p>
    <w:p>
      <w:r/>
      <w:r>
        <w:t>According to media accounts, protesters refused interviews, clustered around a Fox News Digital reporter and chanted “trans lives matter.” A photographer says his glasses were grabbed and not returned. Police stepped in, escorting the reporter away for safety and to keep the peace. For anyone attending future games, arrive early and expect highly visible demonstrations on sidewalks near large arenas.</w:t>
      </w:r>
      <w:r/>
    </w:p>
    <w:p>
      <w:pPr>
        <w:pStyle w:val="Heading2"/>
      </w:pPr>
      <w:r>
        <w:t>How teams, coaches and the league are responding to repeat flashpoints</w:t>
      </w:r>
      <w:r/>
    </w:p>
    <w:p>
      <w:r/>
      <w:r>
        <w:t>Coaches and league figures have already been pulled into these debates; some have publicly dismissed anti‑trans movements as harmful to sport, while others stress safety and inclusion for fans. The WNBA’s platform means any controversy gets amplified, and teams are balancing support for players and fan safety with commercial concerns.</w:t>
      </w:r>
      <w:r/>
    </w:p>
    <w:p>
      <w:r/>
      <w:r>
        <w:t>Venue operators will likely tighten review processes for paid messages and public announcements, and media teams may pre‑screen copy more rigorously. For fans, that translates to clearer rules but also fewer surprises , and a reminder that attending a game now sometimes means navigating public demonstrations as part of the experience.</w:t>
      </w:r>
      <w:r/>
    </w:p>
    <w:p>
      <w:pPr>
        <w:pStyle w:val="Heading2"/>
      </w:pPr>
      <w:r>
        <w:t>What fans should know before they go , practical tips</w:t>
      </w:r>
      <w:r/>
    </w:p>
    <w:p>
      <w:r/>
      <w:r>
        <w:t>If you plan to attend a WNBA game amid these tensions, take a few simple steps: check the team’s guidelines for in‑arena messages before buying one, keep signs and chants within venue rules, and be mindful of your surroundings outside the arena. If you see or experience harassment, locate venue staff or police; arena security will typically prioritise de‑escalation.</w:t>
      </w:r>
      <w:r/>
    </w:p>
    <w:p>
      <w:r/>
      <w:r>
        <w:t>And if you’re buying a celebratory message, keep the language upbeat and unambiguous , that’s the fastest route to seeing your words on the screen without a refund drama.</w:t>
      </w:r>
      <w:r/>
    </w:p>
    <w:p>
      <w:r/>
      <w:r>
        <w:t>It's a small change that can make every cheer and protest safer and clearer.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0">
        <w:r>
          <w:rPr>
            <w:color w:val="0000EE"/>
            <w:u w:val="single"/>
          </w:rPr>
          <w:t>[2]</w:t>
        </w:r>
      </w:hyperlink>
      <w:r>
        <w:t xml:space="preserve">- Paragraph 3: </w:t>
      </w:r>
      <w:hyperlink r:id="rId11">
        <w:r>
          <w:rPr>
            <w:color w:val="0000EE"/>
            <w:u w:val="single"/>
          </w:rPr>
          <w:t>[3]</w:t>
        </w:r>
      </w:hyperlink>
      <w:r>
        <w:t xml:space="preserve">, </w:t>
      </w:r>
      <w:hyperlink r:id="rId12">
        <w:r>
          <w:rPr>
            <w:color w:val="0000EE"/>
            <w:u w:val="single"/>
          </w:rPr>
          <w:t>[4]</w:t>
        </w:r>
      </w:hyperlink>
      <w:r>
        <w:t xml:space="preserve">- Paragraph 4: </w:t>
      </w:r>
      <w:hyperlink r:id="rId13">
        <w:r>
          <w:rPr>
            <w:color w:val="0000EE"/>
            <w:u w:val="single"/>
          </w:rPr>
          <w:t>[6]</w:t>
        </w:r>
      </w:hyperlink>
      <w:r>
        <w:t xml:space="preserve">, </w:t>
      </w:r>
      <w:hyperlink r:id="rId14">
        <w:r>
          <w:rPr>
            <w:color w:val="0000EE"/>
            <w:u w:val="single"/>
          </w:rPr>
          <w:t>[5]</w:t>
        </w:r>
      </w:hyperlink>
      <w:r>
        <w:t xml:space="preserve">- Paragraph 5: </w:t>
      </w:r>
      <w:hyperlink r:id="rId15">
        <w:r>
          <w:rPr>
            <w:color w:val="0000EE"/>
            <w:u w:val="single"/>
          </w:rPr>
          <w:t>[7]</w:t>
        </w:r>
      </w:hyperlink>
      <w:r>
        <w:t xml:space="preserve">, </w:t>
      </w:r>
      <w:hyperlink r:id="rId13">
        <w:r>
          <w:rPr>
            <w:color w:val="0000EE"/>
            <w:u w:val="single"/>
          </w:rPr>
          <w:t>[6]</w:t>
        </w:r>
      </w:hyperlink>
      <w:r>
        <w:t xml:space="preserve">- Paragraph 6: </w:t>
      </w:r>
      <w:hyperlink r:id="rId11">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https://www.kotaradio.com/2026/08/23/ny-liberty-run-pro-trans-messages-on-scoreboard-vs-fever-as-protesters-erupt-outside-arena-refuse-interview/</w:t>
        </w:r>
      </w:hyperlink>
      <w:r>
        <w:t xml:space="preserve"> - Please view link - unable to able to access data</w:t>
      </w:r>
      <w:r/>
    </w:p>
    <w:p>
      <w:pPr>
        <w:pStyle w:val="ListNumber"/>
        <w:spacing w:line="240" w:lineRule="auto"/>
        <w:ind w:left="720"/>
      </w:pPr>
      <w:r/>
      <w:hyperlink r:id="rId10">
        <w:r>
          <w:rPr>
            <w:color w:val="0000EE"/>
            <w:u w:val="single"/>
          </w:rPr>
          <w:t>https://uk.sports.yahoo.com/news/liberty-send-jumbotron-message-trans-083000294.html</w:t>
        </w:r>
      </w:hyperlink>
      <w:r>
        <w:t xml:space="preserve"> - The New York Liberty displayed supportive messages for transgender fans during halftime of their game against the Indiana Fever. The messages included welcoming statements such as 'Welcome Trans Liberty fans! You are loved and you belong!' This initiative aimed to affirm the team's commitment to inclusivity amid ongoing debates over transgender participation in women's sports. (</w:t>
      </w:r>
      <w:hyperlink r:id="rId16">
        <w:r>
          <w:rPr>
            <w:color w:val="0000EE"/>
            <w:u w:val="single"/>
          </w:rPr>
          <w:t>uk.sports.yahoo.com</w:t>
        </w:r>
      </w:hyperlink>
      <w:r>
        <w:t>)</w:t>
      </w:r>
      <w:r/>
    </w:p>
    <w:p>
      <w:pPr>
        <w:pStyle w:val="ListNumber"/>
        <w:spacing w:line="240" w:lineRule="auto"/>
        <w:ind w:left="720"/>
      </w:pPr>
      <w:r/>
      <w:hyperlink r:id="rId11">
        <w:r>
          <w:rPr>
            <w:color w:val="0000EE"/>
            <w:u w:val="single"/>
          </w:rPr>
          <w:t>https://noticias.foxnews.com/outkick-sports/woman-claims-ny-liberty-tried-change-xx-xy-paid-scoreboard-message-halftime-fever-game</w:t>
        </w:r>
      </w:hyperlink>
      <w:r>
        <w:t xml:space="preserve"> - Julie Potter, a lesbian hip-hop artist, alleged that the New York Liberty altered her paid scoreboard message thanking Jennifer Sey and XX-XY Athletics. Initially, Potter's message read, 'Thank you Jennifer Sey! XX-XY Athletics will Save the Day!!', but the team modified it to, 'Thank you Jennifer Sey, thank you for all you do for XX-XY Athletics.' Potter objected to the change and requested a refund, which was subsequently issued. (</w:t>
      </w:r>
      <w:hyperlink r:id="rId17">
        <w:r>
          <w:rPr>
            <w:color w:val="0000EE"/>
            <w:u w:val="single"/>
          </w:rPr>
          <w:t>noticias.foxnews.com</w:t>
        </w:r>
      </w:hyperlink>
      <w:r>
        <w:t>)</w:t>
      </w:r>
      <w:r/>
    </w:p>
    <w:p>
      <w:pPr>
        <w:pStyle w:val="ListNumber"/>
        <w:spacing w:line="240" w:lineRule="auto"/>
        <w:ind w:left="720"/>
      </w:pPr>
      <w:r/>
      <w:hyperlink r:id="rId12">
        <w:r>
          <w:rPr>
            <w:color w:val="0000EE"/>
            <w:u w:val="single"/>
          </w:rPr>
          <w:t>https://chicago.suntimes.com/chicago-sky/2026/08/08/sophie-cunningham-draws-dueling-protests-outside-sky-fever-game</w:t>
        </w:r>
      </w:hyperlink>
      <w:r>
        <w:t xml:space="preserve"> - Sophie Cunningham, an Indiana Fever player, became a focal point for protests due to her stance on transgender participation in women's sports. Outside the United Center during a game against the Chicago Sky, supporters of Cunningham's views and counterprotesters advocating for transgender athletes gathered, highlighting the ongoing debate within the WNBA. (</w:t>
      </w:r>
      <w:hyperlink r:id="rId18">
        <w:r>
          <w:rPr>
            <w:color w:val="0000EE"/>
            <w:u w:val="single"/>
          </w:rPr>
          <w:t>chicago.suntimes.com</w:t>
        </w:r>
      </w:hyperlink>
      <w:r>
        <w:t>)</w:t>
      </w:r>
      <w:r/>
    </w:p>
    <w:p>
      <w:pPr>
        <w:pStyle w:val="ListNumber"/>
        <w:spacing w:line="240" w:lineRule="auto"/>
        <w:ind w:left="720"/>
      </w:pPr>
      <w:r/>
      <w:hyperlink r:id="rId14">
        <w:r>
          <w:rPr>
            <w:color w:val="0000EE"/>
            <w:u w:val="single"/>
          </w:rPr>
          <w:t>https://www.latimes.com/sports/sparks/story/2026-08-02/lynx-coach-wears-shirt-supporting-trans-kids-joining-protests</w:t>
        </w:r>
      </w:hyperlink>
      <w:r>
        <w:t xml:space="preserve"> - Minnesota Lynx coach Cheryl Reeve wore a 'Trans kids belong' shirt during a game against the Indiana Fever, showing support for transgender rights amid protests surrounding Sophie Cunningham's comments on transgender athletes. The game saw rallies both inside and outside the arena, with fans and coaches expressing their positions on the issue. (</w:t>
      </w:r>
      <w:hyperlink r:id="rId19">
        <w:r>
          <w:rPr>
            <w:color w:val="0000EE"/>
            <w:u w:val="single"/>
          </w:rPr>
          <w:t>latimes.com</w:t>
        </w:r>
      </w:hyperlink>
      <w:r>
        <w:t>)</w:t>
      </w:r>
      <w:r/>
    </w:p>
    <w:p>
      <w:pPr>
        <w:pStyle w:val="ListNumber"/>
        <w:spacing w:line="240" w:lineRule="auto"/>
        <w:ind w:left="720"/>
      </w:pPr>
      <w:r/>
      <w:hyperlink r:id="rId13">
        <w:r>
          <w:rPr>
            <w:color w:val="0000EE"/>
            <w:u w:val="single"/>
          </w:rPr>
          <w:t>https://www.washingtonpost.com/sports/wnba/2026/08/02/fever-sophie-cunningham-protests/72814fc8-8ea4-11f1-9fdc-0a725c989a7b_story.html</w:t>
        </w:r>
      </w:hyperlink>
      <w:r>
        <w:t xml:space="preserve"> - Protests erupted outside the Target Center during a game between the Indiana Fever and the Minnesota Lynx, following Sophie Cunningham's comments on transgender participation in women's sports. Both supporters and critics gathered, with fans wearing T-shirts that read, 'Trans kids belong in sports,' reflecting the league's challenges in addressing this contentious issue. (</w:t>
      </w:r>
      <w:hyperlink r:id="rId20">
        <w:r>
          <w:rPr>
            <w:color w:val="0000EE"/>
            <w:u w:val="single"/>
          </w:rPr>
          <w:t>washingtonpost.com</w:t>
        </w:r>
      </w:hyperlink>
      <w:r>
        <w:t>)</w:t>
      </w:r>
      <w:r/>
    </w:p>
    <w:p>
      <w:pPr>
        <w:pStyle w:val="ListNumber"/>
        <w:spacing w:line="240" w:lineRule="auto"/>
        <w:ind w:left="720"/>
      </w:pPr>
      <w:r/>
      <w:hyperlink r:id="rId15">
        <w:r>
          <w:rPr>
            <w:color w:val="0000EE"/>
            <w:u w:val="single"/>
          </w:rPr>
          <w:t>https://www.theguardian.com/sport/2026/aug/01/sophie-cunningham-transgender-sports-protests-fever-wnba-portland</w:t>
        </w:r>
      </w:hyperlink>
      <w:r>
        <w:t xml:space="preserve"> - Sophie Cunningham expressed that the protests over her stance on transgender participation in women's sports were not distracting the Indiana Fever. She acknowledged the rallies as demonstrations of free speech and stated that they were not affecting the team's focus on basketball. The Fever's games have been marked by such protests, highlighting the ongoing debate within the league. (</w:t>
      </w:r>
      <w:hyperlink r:id="rId21">
        <w:r>
          <w:rPr>
            <w:color w:val="0000EE"/>
            <w:u w:val="single"/>
          </w:rPr>
          <w:t>theguardian.com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otaradio.com/2026/08/23/ny-liberty-run-pro-trans-messages-on-scoreboard-vs-fever-as-protesters-erupt-outside-arena-refuse-interview/" TargetMode="External"/><Relationship Id="rId10" Type="http://schemas.openxmlformats.org/officeDocument/2006/relationships/hyperlink" Target="https://uk.sports.yahoo.com/news/liberty-send-jumbotron-message-trans-083000294.html" TargetMode="External"/><Relationship Id="rId11" Type="http://schemas.openxmlformats.org/officeDocument/2006/relationships/hyperlink" Target="https://noticias.foxnews.com/outkick-sports/woman-claims-ny-liberty-tried-change-xx-xy-paid-scoreboard-message-halftime-fever-game" TargetMode="External"/><Relationship Id="rId12" Type="http://schemas.openxmlformats.org/officeDocument/2006/relationships/hyperlink" Target="https://chicago.suntimes.com/chicago-sky/2026/08/08/sophie-cunningham-draws-dueling-protests-outside-sky-fever-game" TargetMode="External"/><Relationship Id="rId13" Type="http://schemas.openxmlformats.org/officeDocument/2006/relationships/hyperlink" Target="https://www.washingtonpost.com/sports/wnba/2026/08/02/fever-sophie-cunningham-protests/72814fc8-8ea4-11f1-9fdc-0a725c989a7b_story.html" TargetMode="External"/><Relationship Id="rId14" Type="http://schemas.openxmlformats.org/officeDocument/2006/relationships/hyperlink" Target="https://www.latimes.com/sports/sparks/story/2026-08-02/lynx-coach-wears-shirt-supporting-trans-kids-joining-protests" TargetMode="External"/><Relationship Id="rId15" Type="http://schemas.openxmlformats.org/officeDocument/2006/relationships/hyperlink" Target="https://www.theguardian.com/sport/2026/aug/01/sophie-cunningham-transgender-sports-protests-fever-wnba-portland" TargetMode="External"/><Relationship Id="rId16" Type="http://schemas.openxmlformats.org/officeDocument/2006/relationships/hyperlink" Target="https://uk.sports.yahoo.com/news/liberty-send-jumbotron-message-trans-083000294.html?utm_source=openai" TargetMode="External"/><Relationship Id="rId17" Type="http://schemas.openxmlformats.org/officeDocument/2006/relationships/hyperlink" Target="https://noticias.foxnews.com/outkick-sports/woman-claims-ny-liberty-tried-change-xx-xy-paid-scoreboard-message-halftime-fever-game?utm_source=openai" TargetMode="External"/><Relationship Id="rId18" Type="http://schemas.openxmlformats.org/officeDocument/2006/relationships/hyperlink" Target="https://chicago.suntimes.com/chicago-sky/2026/08/08/sophie-cunningham-draws-dueling-protests-outside-sky-fever-game?utm_source=openai" TargetMode="External"/><Relationship Id="rId19" Type="http://schemas.openxmlformats.org/officeDocument/2006/relationships/hyperlink" Target="https://www.latimes.com/sports/sparks/story/2026-08-02/lynx-coach-wears-shirt-supporting-trans-kids-joining-protests?utm_source=openai" TargetMode="External"/><Relationship Id="rId20" Type="http://schemas.openxmlformats.org/officeDocument/2006/relationships/hyperlink" Target="https://www.washingtonpost.com/sports/wnba/2026/08/02/fever-sophie-cunningham-protests/72814fc8-8ea4-11f1-9fdc-0a725c989a7b_story.html?utm_source=openai" TargetMode="External"/><Relationship Id="rId21" Type="http://schemas.openxmlformats.org/officeDocument/2006/relationships/hyperlink" Target="https://www.theguardian.com/sport/2026/aug/01/sophie-cunningham-transgender-sports-protests-fever-wnba-portland?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