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Gay Bar in Worcester Promises Community, Drag and Dance Nights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noticing: Worcester’s queer scene is about to get a fresh heartbeat with Vice Worcester, a new gay bar opening this autumn that aims to be more than drinks, think drag brunches, Latin dance nights and a true community hub for LGBTQ+ folks across the city.</w:t>
      </w:r>
      <w:r/>
    </w:p>
    <w:p>
      <w:r/>
      <w:r>
        <w:t>Essential Takeaways</w:t>
      </w:r>
      <w:r/>
      <w:r/>
    </w:p>
    <w:p>
      <w:pPr>
        <w:pStyle w:val="ListBullet"/>
        <w:spacing w:line="240" w:lineRule="auto"/>
        <w:ind w:left="720"/>
      </w:pPr>
      <w:r/>
      <w:r>
        <w:rPr>
          <w:b/>
        </w:rPr>
        <w:t>Opening timeframe:</w:t>
      </w:r>
      <w:r>
        <w:t xml:space="preserve"> Vice Worcester plans to open in October or November, timed just after Worcester Pride.</w:t>
      </w:r>
      <w:r/>
    </w:p>
    <w:p>
      <w:pPr>
        <w:pStyle w:val="ListBullet"/>
        <w:spacing w:line="240" w:lineRule="auto"/>
        <w:ind w:left="720"/>
      </w:pPr>
      <w:r/>
      <w:r>
        <w:rPr>
          <w:b/>
        </w:rPr>
        <w:t>Location:</w:t>
      </w:r>
      <w:r>
        <w:t xml:space="preserve"> The bar will be at 27 Pleasant St., in the city’s central neighbourhood.</w:t>
      </w:r>
      <w:r/>
    </w:p>
    <w:p>
      <w:pPr>
        <w:pStyle w:val="ListBullet"/>
        <w:spacing w:line="240" w:lineRule="auto"/>
        <w:ind w:left="720"/>
      </w:pPr>
      <w:r/>
      <w:r>
        <w:rPr>
          <w:b/>
        </w:rPr>
        <w:t>Community focus:</w:t>
      </w:r>
      <w:r>
        <w:t xml:space="preserve"> Owners say the venue’s priority is community, not booze, with programming for many queer groups.</w:t>
      </w:r>
      <w:r/>
    </w:p>
    <w:p>
      <w:pPr>
        <w:pStyle w:val="ListBullet"/>
        <w:spacing w:line="240" w:lineRule="auto"/>
        <w:ind w:left="720"/>
      </w:pPr>
      <w:r/>
      <w:r>
        <w:rPr>
          <w:b/>
        </w:rPr>
        <w:t>Diverse events:</w:t>
      </w:r>
      <w:r>
        <w:t xml:space="preserve"> Expect Latin dance nights, drag brunches with RuPaul’s Drag Race alum DJ Patrick Joslyn, open mics, game nights and sober Sundays.</w:t>
      </w:r>
      <w:r/>
    </w:p>
    <w:p>
      <w:pPr>
        <w:pStyle w:val="ListBullet"/>
        <w:spacing w:line="240" w:lineRule="auto"/>
        <w:ind w:left="720"/>
      </w:pPr>
      <w:r/>
      <w:r>
        <w:rPr>
          <w:b/>
        </w:rPr>
        <w:t>LGBTQ+ staffing:</w:t>
      </w:r>
      <w:r>
        <w:t xml:space="preserve"> The team is recruiting an all-LGBTQ+ staff and commissioning local queer creatives, including a mural artist.</w:t>
      </w:r>
      <w:r/>
      <w:r/>
    </w:p>
    <w:p>
      <w:pPr>
        <w:pStyle w:val="Heading2"/>
      </w:pPr>
      <w:r>
        <w:t>A new heart for Worcester’s queer life</w:t>
      </w:r>
      <w:r/>
    </w:p>
    <w:p>
      <w:r/>
      <w:r>
        <w:t>Worcester’s LGBTQ+ scene is about to get louder and a little more colourful. Vice Worcester’s planned arrival this autumn signals more than another nightlife option; it’s being positioned as a galvanising social space for a city whose queer venues currently serve different corners of the community. The idea is simple and tactile, warm lighting, music you can feel, a crowd that looks like the city, and the owners say community will always come before cocktails.</w:t>
      </w:r>
      <w:r/>
    </w:p>
    <w:p>
      <w:pPr>
        <w:pStyle w:val="Heading2"/>
      </w:pPr>
      <w:r>
        <w:t>Why another gay bar, and why now?</w:t>
      </w:r>
      <w:r/>
    </w:p>
    <w:p>
      <w:r/>
      <w:r>
        <w:t>Owners Andrew Lapin and Mike Steward told Worcester Magazine they felt the city needed a place that threads together existing pockets of queer life. Worcester already has beloved spots like MB Lounge and Femme Bar, but those venues attract specific crowds. Vice Worcester wants to be the connector, a place where drag fans, Latin dancers, sober patrons and first-timers can all feel welcome. It’s a reminder that queer bars still do important civic work: they’re where people meet, organise and simply belong.</w:t>
      </w:r>
      <w:r/>
    </w:p>
    <w:p>
      <w:pPr>
        <w:pStyle w:val="Heading2"/>
      </w:pPr>
      <w:r>
        <w:t>Programming that tries to include everyone</w:t>
      </w:r>
      <w:r/>
    </w:p>
    <w:p>
      <w:r/>
      <w:r>
        <w:t>If the list of events reads like a promise to be plural, that’s deliberate. Latin dance nights and drag brunches sit alongside sober Sundays and open mics, which suggests the bar’s calendar is being designed around different needs and rhythms. Having DJ Patrick Joslyn, known to many from RuPaul’s Drag Race, on board signals a serious entertainment programme, while open mics and game nights point to low-key, community-driven evenings. Practically speaking, that variety helps the venue stay lively across the week and welcome to a broader crowd.</w:t>
      </w:r>
      <w:r/>
    </w:p>
    <w:p>
      <w:pPr>
        <w:pStyle w:val="Heading2"/>
      </w:pPr>
      <w:r>
        <w:t>Local talent, local feel: hiring and art</w:t>
      </w:r>
      <w:r/>
    </w:p>
    <w:p>
      <w:r/>
      <w:r>
        <w:t>Vice Worcester is recruiting an all-LGBTQ+ team not just behind the bar but in trades too, electricians, sound technicians and a mural artist. That choice matters: it keeps economic and creative opportunities inside the community and helps the space look and sound like Worcester. Expect a mural that speaks locally and staff who know the neighbourhood’s stories. For visitors, that means a bar that feels rooted, not generic, a place where details, from the playlist to the paint, are intentional.</w:t>
      </w:r>
      <w:r/>
    </w:p>
    <w:p>
      <w:pPr>
        <w:pStyle w:val="Heading2"/>
      </w:pPr>
      <w:r>
        <w:t>How this fits into Worcester’s broader Pride and culture</w:t>
      </w:r>
      <w:r/>
    </w:p>
    <w:p>
      <w:r/>
      <w:r>
        <w:t>The timing, opening right after Worcester Pride, feels optimistic rather than accidental. Pride events, university initiatives and local festivals have been sharpening the city’s queer profile, and another dedicated venue adds fuel to that momentum. For anyone planning a visit, it’s now easier to imagine a weekend itinerary that includes a Pride celebration, a campus event and an evening at a queer bar that aims to be inclusive and lively.</w:t>
      </w:r>
      <w:r/>
    </w:p>
    <w:p>
      <w:r/>
      <w:r>
        <w:t>It's a small change that can make every night out feel a bit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[7]</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9">
        <w:r>
          <w:rPr>
            <w:color w:val="0000EE"/>
            <w:u w:val="single"/>
          </w:rPr>
          <w:t>[2]</w:t>
        </w:r>
      </w:hyperlink>
      <w:r>
        <w:t xml:space="preserve">- Paragraph 5: </w:t>
      </w:r>
      <w:hyperlink r:id="rId12">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https://www.gaycities.com/articles/106923/the-worcester-gay-scene-is-about-to-get-bigger-with-new-bar-this-fall/</w:t>
        </w:r>
      </w:hyperlink>
      <w:r>
        <w:t xml:space="preserve"> - Please view link - unable to able to access data</w:t>
      </w:r>
      <w:r/>
    </w:p>
    <w:p>
      <w:pPr>
        <w:pStyle w:val="ListNumber"/>
        <w:spacing w:line="240" w:lineRule="auto"/>
        <w:ind w:left="720"/>
      </w:pPr>
      <w:r/>
      <w:hyperlink r:id="rId9">
        <w:r>
          <w:rPr>
            <w:color w:val="0000EE"/>
            <w:u w:val="single"/>
          </w:rPr>
          <w:t>https://www.gaycities.com/articles/106923/the-worcester-gay-scene-is-about-to-get-bigger-with-new-bar-this-fall/</w:t>
        </w:r>
      </w:hyperlink>
      <w:r>
        <w:t xml:space="preserve"> - An article from GayCities announcing the opening of Vice Worcester, a new gay bar in Worcester, Massachusetts, set to open in October or November 2026. The bar aims to serve as a vital gathering place for the LGBTQ+ community, offering events like Latin dance nights, drag brunches, open mics, game nights, and sober Sundays. The owners, Andrew Lapin and Mike Steward, envision Vice Worcester as a 'galvanizing force' in the city's LGBTQ+ scene, emphasizing community over alcohol. The venue is located at 27 Pleasant Street and is recruiting an all-LGBTQ+ team, including bar staff, electricians, sound technicians, and a mural artist. Entertainment director DJ Patrick Joslyn, known as RuPaul’s Drag Race alum Joslyn Fox, is also on board. The article highlights the need for more dedicated queer spaces in Worcester and the owners' commitment to building a community-focused venue.</w:t>
      </w:r>
      <w:r/>
    </w:p>
    <w:p>
      <w:pPr>
        <w:pStyle w:val="ListNumber"/>
        <w:spacing w:line="240" w:lineRule="auto"/>
        <w:ind w:left="720"/>
      </w:pPr>
      <w:r/>
      <w:hyperlink r:id="rId11">
        <w:r>
          <w:rPr>
            <w:color w:val="0000EE"/>
            <w:u w:val="single"/>
          </w:rPr>
          <w:t>https://www.femmebarworcester.com/</w:t>
        </w:r>
      </w:hyperlink>
      <w:r>
        <w:t xml:space="preserve"> - Femme Bar is New England's first modern lesbian bar, located at 62 Green Street in Worcester, Massachusetts. Opened in 2023, Femme Bar offers a variety of events, including drag brunches, karaoke nights, trivia, and speed dating. The bar is woman and minority-owned, aiming to provide a welcoming space for lesbians, queer women, and femme-centered individuals. Femme Bar operates Tuesday through Sunday, with specific hours for each day, and features a kitchen that closes at 1 AM on Fridays and Saturdays. The venue also offers merchandise for sale.</w:t>
      </w:r>
      <w:r/>
    </w:p>
    <w:p>
      <w:pPr>
        <w:pStyle w:val="ListNumber"/>
        <w:spacing w:line="240" w:lineRule="auto"/>
        <w:ind w:left="720"/>
      </w:pPr>
      <w:r/>
      <w:hyperlink r:id="rId10">
        <w:r>
          <w:rPr>
            <w:color w:val="0000EE"/>
            <w:u w:val="single"/>
          </w:rPr>
          <w:t>https://www.travelgay.com/venue/mb-lounge/</w:t>
        </w:r>
      </w:hyperlink>
      <w:r>
        <w:t xml:space="preserve"> - MB Lounge, located at 40 Grafton Street in Worcester, Massachusetts, is the city's original and oldest gay bar, established in 1971. The venue offers a relaxed atmosphere with weekly events such as karaoke on Wednesdays and trivia on Thursdays. MB Lounge provides a space for patrons to enjoy drinks and dance to music from amazing DJs. The bar operates Wednesday through Saturday, with specific hours for each day, and is closed on Sundays and Mondays. The venue is known for its welcoming environment and engaging service.</w:t>
      </w:r>
      <w:r/>
    </w:p>
    <w:p>
      <w:pPr>
        <w:pStyle w:val="ListNumber"/>
        <w:spacing w:line="240" w:lineRule="auto"/>
        <w:ind w:left="720"/>
      </w:pPr>
      <w:r/>
      <w:hyperlink r:id="rId13">
        <w:r>
          <w:rPr>
            <w:color w:val="0000EE"/>
            <w:u w:val="single"/>
          </w:rPr>
          <w:t>https://www.wpi.edu/news/announcements/wpi-celebrates-pride-month-2026</w:t>
        </w:r>
      </w:hyperlink>
      <w:r>
        <w:t xml:space="preserve"> - Worcester Polytechnic Institute (WPI) celebrates Pride Month during June 2026, honouring the diverse identities within the LGBTQIAP+ community and their contributions throughout history. The celebration includes various events and activities organised by the Office of Diversity, Inclusion, and Multicultural Education (ODIME). The article highlights the significance of Pride Month, noting that the first Pride march occurred on June 28, 1970, in honour of the Stonewall Riots. WPI encourages its community to study, observe, and celebrate the countless LGBTQIAP+ individuals who have contributed to the Institute and other communities worldwide.</w:t>
      </w:r>
      <w:r/>
    </w:p>
    <w:p>
      <w:pPr>
        <w:pStyle w:val="ListNumber"/>
        <w:spacing w:line="240" w:lineRule="auto"/>
        <w:ind w:left="720"/>
      </w:pPr>
      <w:r/>
      <w:hyperlink r:id="rId12">
        <w:r>
          <w:rPr>
            <w:color w:val="0000EE"/>
            <w:u w:val="single"/>
          </w:rPr>
          <w:t>https://www.prideworcester.org/events/pride-worcester-festival-1</w:t>
        </w:r>
      </w:hyperlink>
      <w:r>
        <w:t xml:space="preserve"> - The Pride Worcester Festival is scheduled for Saturday, September 12, 2026, from 2:00 PM to 7:00 PM in Downtown Worcester, Massachusetts. The festival welcomes a variety of LGBTQ+ individuals, allies, artists, vendors, and performers, featuring a youth and family zone, as well as health services provided by AIDS Project Worcester and other community health partners. As Massachusetts marks its 250th anniversary, Pride Worcester is identified as one of the featured statewide celebrations representing the heart and diversity of the Commonwealth. The festival anticipates welcoming nearly 30,000 attendees to downtown Worcester, celebrating culture, creativity, tourism, and pride throughout Greater Worcester.</w:t>
      </w:r>
      <w:r/>
    </w:p>
    <w:p>
      <w:pPr>
        <w:pStyle w:val="ListNumber"/>
        <w:spacing w:line="240" w:lineRule="auto"/>
        <w:ind w:left="720"/>
      </w:pPr>
      <w:r/>
      <w:hyperlink r:id="rId9">
        <w:r>
          <w:rPr>
            <w:color w:val="0000EE"/>
            <w:u w:val="single"/>
          </w:rPr>
          <w:t>https://www.gaycities.com/articles/106923/the-worcester-gay-scene-is-about-to-get-bigger-with-new-bar-this-fall/</w:t>
        </w:r>
      </w:hyperlink>
      <w:r>
        <w:t xml:space="preserve"> - An article from GayCities announcing the opening of Vice Worcester, a new gay bar in Worcester, Massachusetts, set to open in October or November 2026. The bar aims to serve as a vital gathering place for the LGBTQ+ community, offering events like Latin dance nights, drag brunches, open mics, game nights, and sober Sundays. The owners, Andrew Lapin and Mike Steward, envision Vice Worcester as a 'galvanizing force' in the city's LGBTQ+ scene, emphasizing community over alcohol. The venue is located at 27 Pleasant Street and is recruiting an all-LGBTQ+ team, including bar staff, electricians, sound technicians, and a mural artist. Entertainment director DJ Patrick Joslyn, known as RuPaul’s Drag Race alum Joslyn Fox, is also on board. The article highlights the need for more dedicated queer spaces in Worcester and the owners' commitment to building a community-focused venue.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923/the-worcester-gay-scene-is-about-to-get-bigger-with-new-bar-this-fall/" TargetMode="External"/><Relationship Id="rId10" Type="http://schemas.openxmlformats.org/officeDocument/2006/relationships/hyperlink" Target="https://www.travelgay.com/venue/mb-lounge/" TargetMode="External"/><Relationship Id="rId11" Type="http://schemas.openxmlformats.org/officeDocument/2006/relationships/hyperlink" Target="https://www.femmebarworcester.com/" TargetMode="External"/><Relationship Id="rId12" Type="http://schemas.openxmlformats.org/officeDocument/2006/relationships/hyperlink" Target="https://www.prideworcester.org/events/pride-worcester-festival-1" TargetMode="External"/><Relationship Id="rId13" Type="http://schemas.openxmlformats.org/officeDocument/2006/relationships/hyperlink" Target="https://www.wpi.edu/news/announcements/wpi-celebrates-pride-month-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