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Michael Johnston Interviews: How His Teen Wolf Past Shaped a Breakout Star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alike are buzzing about Michael Johnston’s rise after Obsession; the 30-year-old actor has spoken openly about first playing gay roles in Teen Wolf, how coming out unfolded, and why representation still matters , a snapshot of celebrity, identity and why this moment feels personal.</w:t>
      </w:r>
      <w:r/>
    </w:p>
    <w:p>
      <w:r/>
      <w:r>
        <w:t>Essential Takeaways</w:t>
      </w:r>
      <w:r/>
      <w:r/>
    </w:p>
    <w:p>
      <w:pPr>
        <w:pStyle w:val="ListBullet"/>
        <w:spacing w:line="240" w:lineRule="auto"/>
        <w:ind w:left="720"/>
      </w:pPr>
      <w:r/>
      <w:r>
        <w:rPr>
          <w:b/>
        </w:rPr>
        <w:t>Early queer role:</w:t>
      </w:r>
      <w:r>
        <w:t xml:space="preserve"> Johnston first played a gay teen on Teen Wolf, which helped him understand his sexuality and craft.</w:t>
      </w:r>
      <w:r/>
    </w:p>
    <w:p>
      <w:pPr>
        <w:pStyle w:val="ListBullet"/>
        <w:spacing w:line="240" w:lineRule="auto"/>
        <w:ind w:left="720"/>
      </w:pPr>
      <w:r/>
      <w:r>
        <w:rPr>
          <w:b/>
        </w:rPr>
        <w:t>Coming out was hard:</w:t>
      </w:r>
      <w:r>
        <w:t xml:space="preserve"> He described coming out after moving to L.A. as “terrifying,” especially growing up in the South.</w:t>
      </w:r>
      <w:r/>
    </w:p>
    <w:p>
      <w:pPr>
        <w:pStyle w:val="ListBullet"/>
        <w:spacing w:line="240" w:lineRule="auto"/>
        <w:ind w:left="720"/>
      </w:pPr>
      <w:r/>
      <w:r>
        <w:rPr>
          <w:b/>
        </w:rPr>
        <w:t>Impact on fans:</w:t>
      </w:r>
      <w:r>
        <w:t xml:space="preserve"> Messages from viewers saying his authenticity mattered were a meaningful payoff.</w:t>
      </w:r>
      <w:r/>
    </w:p>
    <w:p>
      <w:pPr>
        <w:pStyle w:val="ListBullet"/>
        <w:spacing w:line="240" w:lineRule="auto"/>
        <w:ind w:left="720"/>
      </w:pPr>
      <w:r/>
      <w:r>
        <w:rPr>
          <w:b/>
        </w:rPr>
        <w:t>Career shift:</w:t>
      </w:r>
      <w:r>
        <w:t xml:space="preserve"> Starring in Obsession has dramatically raised his profile and widened his fanbase.</w:t>
      </w:r>
      <w:r/>
    </w:p>
    <w:p>
      <w:pPr>
        <w:pStyle w:val="ListBullet"/>
        <w:spacing w:line="240" w:lineRule="auto"/>
        <w:ind w:left="720"/>
      </w:pPr>
      <w:r/>
      <w:r>
        <w:rPr>
          <w:b/>
        </w:rPr>
        <w:t>Practical note:</w:t>
      </w:r>
      <w:r>
        <w:t xml:space="preserve"> Johnston urges caution for young people , come out when it’s safe and right for you.</w:t>
      </w:r>
      <w:r/>
      <w:r/>
    </w:p>
    <w:p>
      <w:pPr>
        <w:pStyle w:val="Heading2"/>
      </w:pPr>
      <w:r>
        <w:t>Why his Teen Wolf role still matters</w:t>
      </w:r>
      <w:r/>
    </w:p>
    <w:p>
      <w:r/>
      <w:r>
        <w:t>Johnston says playing Corey Bryant on Teen Wolf was more than a job; it was a mirror. That early queer role nudged him into confronting his sexuality at a time he admits he was in denial. According to coverage in PinkNews and TheWrap, the part offered a kind of rehearsal for real life, and fans later told him it gave them courage. That quiet emotional payoff explains why actors and audiences keep circling back to those formative TV turns.</w:t>
      </w:r>
      <w:r/>
    </w:p>
    <w:p>
      <w:pPr>
        <w:pStyle w:val="Heading2"/>
      </w:pPr>
      <w:r>
        <w:t>Coming out in L.A. after leaving the South</w:t>
      </w:r>
      <w:r/>
    </w:p>
    <w:p>
      <w:r/>
      <w:r>
        <w:t>Moving to Los Angeles changed the trajectory of his personal life as much as his career. Johnston has recounted how coming out felt “terrifying” after leaving the South, where family attitudes can be complicated. The story, reported widely, highlights a common pattern: actors find space to explore identity in new cities. For anyone thinking of a similar move, the takeaway is practical , build a support network first and pace yourself.</w:t>
      </w:r>
      <w:r/>
    </w:p>
    <w:p>
      <w:pPr>
        <w:pStyle w:val="Heading2"/>
      </w:pPr>
      <w:r>
        <w:t>Obsession turned a supporting actor into a cultural moment</w:t>
      </w:r>
      <w:r/>
    </w:p>
    <w:p>
      <w:r/>
      <w:r>
        <w:t>Obsession’s surprise box office success vaulted Johnston into the spotlight, and queer media outlets have been tracking the ripple effects. The film’s mix of horror and romantic messiness made Johnston an unlikely heartthrob, but he’s careful about what that fame means. He told interviewers he doesn’t treat sexuality as a limiting label for roles; it’s simply part of a character’s make-up. That stance keeps his options open while signalling a desire to play intentionally queer parts in future projects.</w:t>
      </w:r>
      <w:r/>
    </w:p>
    <w:p>
      <w:pPr>
        <w:pStyle w:val="Heading2"/>
      </w:pPr>
      <w:r>
        <w:t>Fans, DMs and the awkward side of stardom</w:t>
      </w:r>
      <w:r/>
    </w:p>
    <w:p>
      <w:r/>
      <w:r>
        <w:t>Fame brings odd perks: fans yelling across petrol stations, A-lister DMs, and viral TikTok edits. Johnston shared a shy anecdote about Troye Sivan commenting on an Instagram post, and joked about asking him for coffee. He also pushed back on romanticising toxic on-screen relationships, quipping that Obsession isn’t a relationship guide. For followers and content creators, his message is useful , enjoy the crushes, but don’t treat fictional chaos as a playbook.</w:t>
      </w:r>
      <w:r/>
    </w:p>
    <w:p>
      <w:pPr>
        <w:pStyle w:val="Heading2"/>
      </w:pPr>
      <w:r>
        <w:t>Advice for LGBTQ+ youth from someone who’s been there</w:t>
      </w:r>
      <w:r/>
    </w:p>
    <w:p>
      <w:r/>
      <w:r>
        <w:t>Johnston’s clearest, kindest message is about timing and safety. “Not everyone should come out,” he’s said, urging people to remove pressure and choose their moment. That practical counsel was emphasised across reports and will resonate with young people and parents alike: emotional readiness and safety matter more than performing authenticity on a schedule. It’s a small but important bit of real-world guidance amid the fanfare.</w:t>
      </w:r>
      <w:r/>
    </w:p>
    <w:p>
      <w:r/>
      <w:r>
        <w:t>It's a small change that can make every conversation about identity feel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https://www.queerty.com/michael-johnston-reflects-on-his-very-first-gay-role-it-was-terrifying-20260823/</w:t>
        </w:r>
      </w:hyperlink>
      <w:r>
        <w:t xml:space="preserve"> - Please view link - unable to able to access data</w:t>
      </w:r>
      <w:r/>
    </w:p>
    <w:p>
      <w:pPr>
        <w:pStyle w:val="ListNumber"/>
        <w:spacing w:line="240" w:lineRule="auto"/>
        <w:ind w:left="720"/>
      </w:pPr>
      <w:r/>
      <w:hyperlink r:id="rId10">
        <w:r>
          <w:rPr>
            <w:color w:val="0000EE"/>
            <w:u w:val="single"/>
          </w:rPr>
          <w:t>https://www.thepinknews.com/2026/08/21/obsession-michael-johnston-come-out-teen-wolf-gay-role/</w:t>
        </w:r>
      </w:hyperlink>
      <w:r>
        <w:t xml:space="preserve"> - Michael Johnston, star of 'Obsession', discussed the challenges of coming out while portraying a gay character in 'Teen Wolf'. He found it 'terrifying' to come out to himself and others during that period, especially coming from the South. Despite the fear, he received positive feedback from fans, with many expressing that his bravery meant a lot to them. Johnston also shared his philosophy on playing diverse roles, stating that a character's sexuality is just another part of who they are, and expressed interest in future queer roles.</w:t>
      </w:r>
      <w:r/>
    </w:p>
    <w:p>
      <w:pPr>
        <w:pStyle w:val="ListNumber"/>
        <w:spacing w:line="240" w:lineRule="auto"/>
        <w:ind w:left="720"/>
      </w:pPr>
      <w:r/>
      <w:hyperlink r:id="rId11">
        <w:r>
          <w:rPr>
            <w:color w:val="0000EE"/>
            <w:u w:val="single"/>
          </w:rPr>
          <w:t>https://www.thewrap.com/creative-content/movies/obsession-star-michael-johnston-gay-coming-out-teen-wolf/</w:t>
        </w:r>
      </w:hyperlink>
      <w:r>
        <w:t xml:space="preserve"> - In an interview, Michael Johnston, known for his role in 'Obsession', reflected on the personal significance of his character Corey Bryant in 'Teen Wolf'. He described the experience of coming out to himself and others during that time as 'terrifying', especially given his Southern upbringing. Johnston also mentioned the positive impact his portrayal had on fans, noting the meaningful messages he received. He expressed a desire for more intentional queer roles in the future, emphasizing that a character's sexuality is just another aspect of their identity.</w:t>
      </w:r>
      <w:r/>
    </w:p>
    <w:p>
      <w:pPr>
        <w:pStyle w:val="ListNumber"/>
        <w:spacing w:line="240" w:lineRule="auto"/>
        <w:ind w:left="720"/>
      </w:pPr>
      <w:r/>
      <w:hyperlink r:id="rId12">
        <w:r>
          <w:rPr>
            <w:color w:val="0000EE"/>
            <w:u w:val="single"/>
          </w:rPr>
          <w:t>https://www.comingsoon.net/movies/news/2180017-obsession-star-michael-johnston-coming-out-teen-wolf</w:t>
        </w:r>
      </w:hyperlink>
      <w:r>
        <w:t xml:space="preserve"> - Michael Johnston, star of 'Obsession', discussed the challenges of coming out while portraying a gay character in 'Teen Wolf'. He found it 'terrifying' to come out to himself and others during that period, especially coming from the South. Despite the fear, he received positive feedback from fans, with many expressing that his bravery meant a lot to them. Johnston also shared his philosophy on playing diverse roles, stating that a character's sexuality is just another part of who they are, and expressed interest in future queer roles.</w:t>
      </w:r>
      <w:r/>
    </w:p>
    <w:p>
      <w:pPr>
        <w:pStyle w:val="ListNumber"/>
        <w:spacing w:line="240" w:lineRule="auto"/>
        <w:ind w:left="720"/>
      </w:pPr>
      <w:r/>
      <w:hyperlink r:id="rId10">
        <w:r>
          <w:rPr>
            <w:color w:val="0000EE"/>
            <w:u w:val="single"/>
          </w:rPr>
          <w:t>https://www.thepinknews.com/2026/08/21/obsession-michael-johnston-come-out-teen-wolf-gay-role/</w:t>
        </w:r>
      </w:hyperlink>
      <w:r>
        <w:t xml:space="preserve"> - Michael Johnston, star of 'Obsession', discussed the challenges of coming out while portraying a gay character in 'Teen Wolf'. He found it 'terrifying' to come out to himself and others during that period, especially coming from the South. Despite the fear, he received positive feedback from fans, with many expressing that his bravery meant a lot to them. Johnston also shared his philosophy on playing diverse roles, stating that a character's sexuality is just another part of who they are, and expressed interest in future queer roles.</w:t>
      </w:r>
      <w:r/>
    </w:p>
    <w:p>
      <w:pPr>
        <w:pStyle w:val="ListNumber"/>
        <w:spacing w:line="240" w:lineRule="auto"/>
        <w:ind w:left="720"/>
      </w:pPr>
      <w:r/>
      <w:hyperlink r:id="rId10">
        <w:r>
          <w:rPr>
            <w:color w:val="0000EE"/>
            <w:u w:val="single"/>
          </w:rPr>
          <w:t>https://www.thepinknews.com/2026/08/21/obsession-michael-johnston-come-out-teen-wolf-gay-role/</w:t>
        </w:r>
      </w:hyperlink>
      <w:r>
        <w:t xml:space="preserve"> - Michael Johnston, star of 'Obsession', discussed the challenges of coming out while portraying a gay character in 'Teen Wolf'. He found it 'terrifying' to come out to himself and others during that period, especially coming from the South. Despite the fear, he received positive feedback from fans, with many expressing that his bravery meant a lot to them. Johnston also shared his philosophy on playing diverse roles, stating that a character's sexuality is just another part of who they are, and expressed interest in future queer roles.</w:t>
      </w:r>
      <w:r/>
    </w:p>
    <w:p>
      <w:pPr>
        <w:pStyle w:val="ListNumber"/>
        <w:spacing w:line="240" w:lineRule="auto"/>
        <w:ind w:left="720"/>
      </w:pPr>
      <w:r/>
      <w:hyperlink r:id="rId10">
        <w:r>
          <w:rPr>
            <w:color w:val="0000EE"/>
            <w:u w:val="single"/>
          </w:rPr>
          <w:t>https://www.thepinknews.com/2026/08/21/obsession-michael-johnston-come-out-teen-wolf-gay-role/</w:t>
        </w:r>
      </w:hyperlink>
      <w:r>
        <w:t xml:space="preserve"> - Michael Johnston, star of 'Obsession', discussed the challenges of coming out while portraying a gay character in 'Teen Wolf'. He found it 'terrifying' to come out to himself and others during that period, especially coming from the South. Despite the fear, he received positive feedback from fans, with many expressing that his bravery meant a lot to them. Johnston also shared his philosophy on playing diverse roles, stating that a character's sexuality is just another part of who they are, and expressed interest in future queer roles.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michael-johnston-reflects-on-his-very-first-gay-role-it-was-terrifying-20260823/" TargetMode="External"/><Relationship Id="rId10" Type="http://schemas.openxmlformats.org/officeDocument/2006/relationships/hyperlink" Target="https://www.thepinknews.com/2026/08/21/obsession-michael-johnston-come-out-teen-wolf-gay-role/" TargetMode="External"/><Relationship Id="rId11" Type="http://schemas.openxmlformats.org/officeDocument/2006/relationships/hyperlink" Target="https://www.thewrap.com/creative-content/movies/obsession-star-michael-johnston-gay-coming-out-teen-wolf/" TargetMode="External"/><Relationship Id="rId12" Type="http://schemas.openxmlformats.org/officeDocument/2006/relationships/hyperlink" Target="https://www.comingsoon.net/movies/news/2180017-obsession-star-michael-johnston-coming-out-teen-wol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