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Picnic: Why SaloPride’s Taiteiden Yö Event Matters for Young People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will notice a new, low-key Pride presence in Salo this August as young organisers stage SaloPride alongside Taiteiden Yö; it’s a free, open picnic aimed at making visibility and support easy to join for local LGBTQ+ youth and allies.</w:t>
      </w:r>
      <w:r/>
    </w:p>
    <w:p>
      <w:r/>
      <w:r>
        <w:t>Essential Takeaways</w:t>
      </w:r>
      <w:r/>
      <w:r/>
    </w:p>
    <w:p>
      <w:pPr>
        <w:pStyle w:val="ListBullet"/>
        <w:spacing w:line="240" w:lineRule="auto"/>
        <w:ind w:left="720"/>
      </w:pPr>
      <w:r/>
      <w:r>
        <w:rPr>
          <w:b/>
        </w:rPr>
        <w:t>What it is:</w:t>
      </w:r>
      <w:r>
        <w:t xml:space="preserve"> SaloPride is a relaxed pride picnic in Horninpuisto during Taiteiden Yö, running 16:00–22:00 on Thursday 27 August. </w:t>
      </w:r>
      <w:r/>
    </w:p>
    <w:p>
      <w:pPr>
        <w:pStyle w:val="ListBullet"/>
        <w:spacing w:line="240" w:lineRule="auto"/>
        <w:ind w:left="720"/>
      </w:pPr>
      <w:r/>
      <w:r>
        <w:rPr>
          <w:b/>
        </w:rPr>
        <w:t>Who organised it:</w:t>
      </w:r>
      <w:r>
        <w:t xml:space="preserve"> Led by Salon nuorisovaltuusto and youth services staff, with young people driving the programme. </w:t>
      </w:r>
      <w:r/>
    </w:p>
    <w:p>
      <w:pPr>
        <w:pStyle w:val="ListBullet"/>
        <w:spacing w:line="240" w:lineRule="auto"/>
        <w:ind w:left="720"/>
      </w:pPr>
      <w:r/>
      <w:r>
        <w:rPr>
          <w:b/>
        </w:rPr>
        <w:t>Activities:</w:t>
      </w:r>
      <w:r>
        <w:t xml:space="preserve"> Crafts, glitter facepainting, a queer-book showcase, karaoke/open-mic stage and a youth feedback point for Setan nuorisotoiminta. </w:t>
      </w:r>
      <w:r/>
    </w:p>
    <w:p>
      <w:pPr>
        <w:pStyle w:val="ListBullet"/>
        <w:spacing w:line="240" w:lineRule="auto"/>
        <w:ind w:left="720"/>
      </w:pPr>
      <w:r/>
      <w:r>
        <w:rPr>
          <w:b/>
        </w:rPr>
        <w:t>Tone and aim:</w:t>
      </w:r>
      <w:r>
        <w:t xml:space="preserve"> Low-threshold, welcoming and visible , you can come just to watch, bring a picnic or join an activity. </w:t>
      </w:r>
      <w:r/>
    </w:p>
    <w:p>
      <w:pPr>
        <w:pStyle w:val="ListBullet"/>
        <w:spacing w:line="240" w:lineRule="auto"/>
        <w:ind w:left="720"/>
      </w:pPr>
      <w:r/>
      <w:r>
        <w:rPr>
          <w:b/>
        </w:rPr>
        <w:t>Why it matters:</w:t>
      </w:r>
      <w:r>
        <w:t xml:space="preserve"> Local pride reduces travel barriers for young people exploring identity and signals community support beyond big-city marches.</w:t>
      </w:r>
      <w:r/>
      <w:r/>
    </w:p>
    <w:p>
      <w:r/>
      <w:r>
        <w:t>Opening Hook: A picnic that’s quietly political</w:t>
      </w:r>
      <w:r/>
    </w:p>
    <w:p>
      <w:r/>
      <w:r>
        <w:t>SaloPride isn’t trying to out-shout big-city parades , it wants to be a conspicuously cosy corner of Horninpuisto where lights, music and a scatter of blankets make being visible feel safe and simple. The sensory picture is immediate: lawn underfoot, glitter on cheeks, a soft hum of karaoke and people who’ve chosen to show up.</w:t>
      </w:r>
      <w:r/>
    </w:p>
    <w:p>
      <w:r/>
      <w:r>
        <w:t>Backstory and local spark</w:t>
      </w:r>
      <w:r/>
    </w:p>
    <w:p>
      <w:r/>
      <w:r>
        <w:t>The idea began in winter conversations between a youth council member and a new youth worker, both of whom had separately thought Saloon could use its own pride moment. They formed a working group this spring, with guidance from youth services, and set about creating a low-effort, high-welcome event tucked into Taiteiden Yö. The result is a community-shaped picnic rather than a full procession.</w:t>
      </w:r>
      <w:r/>
    </w:p>
    <w:p>
      <w:r/>
      <w:r>
        <w:t>Why smaller, local prides are becoming a thing</w:t>
      </w:r>
      <w:r/>
    </w:p>
    <w:p>
      <w:r/>
      <w:r>
        <w:t>Pride culture often clusters in cities like Helsinki and Turku, which means young people in smaller towns miss out unless they can travel. SaloPride explicitly lowers that barrier: no long bus rides, no need for adult chaperones, and no pressure to perform. It’s a reminder that visibility and support don’t require grand gestures , sometimes a decorated blanket and a friendly face are enough to change a young person’s day.</w:t>
      </w:r>
      <w:r/>
    </w:p>
    <w:p>
      <w:r/>
      <w:r>
        <w:t>What to expect at Horninpuisto</w:t>
      </w:r>
      <w:r/>
    </w:p>
    <w:p>
      <w:r/>
      <w:r>
        <w:t>Expect hands-on stalls: make-your-own pride pins, glitter facepainting at the youth stall, representatives from Setan nuorisotoiminta taking notes on young people’s needs, and the library staff showcasing rainbow-themed books. The Openly Queer Stage invites anyone to try out karaoke, poetry, rap, drag or stand-up , it’s an intentionally inclusive mix that rewards spontaneity over polish.</w:t>
      </w:r>
      <w:r/>
    </w:p>
    <w:p>
      <w:r/>
      <w:r>
        <w:t>Practical tips for attendees</w:t>
      </w:r>
      <w:r/>
      <w:r/>
    </w:p>
    <w:p>
      <w:pPr>
        <w:pStyle w:val="ListBullet"/>
        <w:spacing w:line="240" w:lineRule="auto"/>
        <w:ind w:left="720"/>
      </w:pPr>
      <w:r/>
      <w:r>
        <w:t xml:space="preserve">Bring a blanket and light snacks; organisers point people toward the Taiteiden Yö picnic offerings if you’d rather not pack. </w:t>
      </w:r>
      <w:r/>
    </w:p>
    <w:p>
      <w:pPr>
        <w:pStyle w:val="ListBullet"/>
        <w:spacing w:line="240" w:lineRule="auto"/>
        <w:ind w:left="720"/>
      </w:pPr>
      <w:r/>
      <w:r>
        <w:t xml:space="preserve">If you want quiet, arrive early or edge toward the riverbank lawns where the picnic spreads. </w:t>
      </w:r>
      <w:r/>
    </w:p>
    <w:p>
      <w:pPr>
        <w:pStyle w:val="ListBullet"/>
        <w:spacing w:line="240" w:lineRule="auto"/>
        <w:ind w:left="720"/>
      </w:pPr>
      <w:r/>
      <w:r>
        <w:t xml:space="preserve">Families and allies are welcome , showing up as a supporter can be as important as attending as a community member. </w:t>
      </w:r>
      <w:r/>
    </w:p>
    <w:p>
      <w:pPr>
        <w:pStyle w:val="ListBullet"/>
        <w:spacing w:line="240" w:lineRule="auto"/>
        <w:ind w:left="720"/>
      </w:pPr>
      <w:r/>
      <w:r>
        <w:t>If you have specific needs or questions, the youth services and Setan point are good first contacts on site.</w:t>
      </w:r>
      <w:r/>
      <w:r/>
    </w:p>
    <w:p>
      <w:r/>
      <w:r>
        <w:t>Community impact and what comes next</w:t>
      </w:r>
      <w:r/>
    </w:p>
    <w:p>
      <w:r/>
      <w:r>
        <w:t>Organisers hope SaloPride will be a repeatable model, easily handed on to future youth teams. There’s appetite among the young planners for continuity , maybe a bigger event next year, or a different shape depending on interest. Meanwhile the city’s usual Pride week programming, including a flag-raising at Vilhonsilta, will bookend this grassroots picnic and underline that support can come from official and volunteer channels alike.</w:t>
      </w:r>
      <w:r/>
    </w:p>
    <w:p>
      <w:r/>
      <w:r>
        <w:t>Final thought</w:t>
      </w:r>
      <w:r/>
    </w:p>
    <w:p>
      <w:r/>
      <w:r>
        <w:t>It’s a small, local act with a clear aim: make pride something you can walk past, sit with and learn from , accessibility by design.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[5]</w:t>
        </w:r>
      </w:hyperlink>
      <w:r>
        <w:t xml:space="preserve">, </w:t>
      </w:r>
      <w:hyperlink r:id="rId9">
        <w:r>
          <w:rPr>
            <w:color w:val="0000EE"/>
            <w:u w:val="single"/>
          </w:rPr>
          <w:t>[6]</w:t>
        </w:r>
      </w:hyperlink>
      <w:r>
        <w:t xml:space="preserve">- Paragraph 3: </w:t>
      </w:r>
      <w:hyperlink r:id="rId9">
        <w:r>
          <w:rPr>
            <w:color w:val="0000EE"/>
            <w:u w:val="single"/>
          </w:rPr>
          <w:t>[5]</w:t>
        </w:r>
      </w:hyperlink>
      <w:r>
        <w:t xml:space="preserve">, </w:t>
      </w:r>
      <w:hyperlink r:id="rId9">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[5]</w:t>
        </w:r>
      </w:hyperlink>
      <w:r>
        <w:t xml:space="preserve">, </w:t>
      </w:r>
      <w:hyperlink r:id="rId9">
        <w:r>
          <w:rPr>
            <w:color w:val="0000EE"/>
            <w:u w:val="single"/>
          </w:rPr>
          <w:t>[6]</w:t>
        </w:r>
      </w:hyperlink>
      <w:r>
        <w:t xml:space="preserve">- Paragraph 6: </w:t>
      </w:r>
      <w:hyperlink r:id="rId9">
        <w:r>
          <w:rPr>
            <w:color w:val="0000EE"/>
            <w:u w:val="single"/>
          </w:rPr>
          <w:t>[5]</w:t>
        </w:r>
      </w:hyperlink>
      <w:r>
        <w:t xml:space="preserve">, </w:t>
      </w:r>
      <w:hyperlink r:id="rId9">
        <w:r>
          <w:rPr>
            <w:color w:val="0000EE"/>
            <w:u w:val="single"/>
          </w:rPr>
          <w:t>[7]</w:t>
        </w:r>
      </w:hyperlink>
      <w:r>
        <w:t xml:space="preserve">- Paragraph 7: </w:t>
      </w:r>
      <w:hyperlink r:id="rId9">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https://www.sss.fi/2026/08/pride-jarjestetaan-salossa-taiteiden-yan-yhteydessa-paikalle-voi-tulla-vaikka-ihan-vain-katsomaan/</w:t>
        </w:r>
      </w:hyperlink>
      <w:r>
        <w:t xml:space="preserve"> - Please view link - unable to able to access data</w:t>
      </w:r>
      <w:r/>
    </w:p>
    <w:p>
      <w:pPr>
        <w:pStyle w:val="ListNumber"/>
        <w:spacing w:line="240" w:lineRule="auto"/>
        <w:ind w:left="720"/>
      </w:pPr>
      <w:r/>
      <w:hyperlink r:id="rId10">
        <w:r>
          <w:rPr>
            <w:color w:val="0000EE"/>
            <w:u w:val="single"/>
          </w:rPr>
          <w:t>https://taiteidenya.fi/ohjelma/d4fa35d5-salo-pride-piknik/</w:t>
        </w:r>
      </w:hyperlink>
      <w:r>
        <w:t xml:space="preserve"> - The Salo Pride Picnic is scheduled for August 27, 2026, from 16:00 to 22:00 in Horninpuisto, Salo. Organised by the Salo Youth Council and Youth Services, the event is part of the Taiteiden Yä (Night of the Arts) festival. The picnic offers various activities, including the Kesäkaara mobile youth centre, Openly Queer Stage for performances and karaoke, glitter decorations, face painting, and the opportunity to create your own pride pin. The Salo libraries will also present LGBTQ+ literature. The event is free and open to all, aiming to promote human rights, equality, and inclusivity. For more information, contact Tuuli Rokka at tuuli.rokka@salo.fi or Milja Suoranta at milja.suoranta@salo.fi.</w:t>
      </w:r>
      <w:r/>
    </w:p>
    <w:p>
      <w:pPr>
        <w:pStyle w:val="ListNumber"/>
        <w:spacing w:line="240" w:lineRule="auto"/>
        <w:ind w:left="720"/>
      </w:pPr>
      <w:r/>
      <w:hyperlink r:id="rId12">
        <w:r>
          <w:rPr>
            <w:color w:val="0000EE"/>
            <w:u w:val="single"/>
          </w:rPr>
          <w:t>https://taiteidenya.fi/taiteiden-ya-2026/</w:t>
        </w:r>
      </w:hyperlink>
      <w:r>
        <w:t xml:space="preserve"> - Taiteiden Yä (Night of the Arts) is an annual cultural event in Salo, Finland, scheduled for August 27, 2026, from 16:00 to 22:00. Organised by EtnoSalo ry, the event features a wide range of cultural activities across the city centre, with nearly 100 cultural associations, artists, companies, and cultural enthusiasts participating. Most of the program is free, allowing attendees to experience various cultural activities based on their interests. The event's theme for 2026 is 'Echoes and Voices,' focusing on intergenerational dialogue, culture, and lived experiences. For more details, visit the official website at https://taiteidenya.fi/.</w:t>
      </w:r>
      <w:r/>
    </w:p>
    <w:p>
      <w:pPr>
        <w:pStyle w:val="ListNumber"/>
        <w:spacing w:line="240" w:lineRule="auto"/>
        <w:ind w:left="720"/>
      </w:pPr>
      <w:r/>
      <w:hyperlink r:id="rId11">
        <w:r>
          <w:rPr>
            <w:color w:val="0000EE"/>
            <w:u w:val="single"/>
          </w:rPr>
          <w:t>https://tapahtumat.salo.fi/taiteiden-ya-night-of-the-arts/</w:t>
        </w:r>
      </w:hyperlink>
      <w:r>
        <w:t xml:space="preserve"> - Taiteiden Yä (Night of the Arts) is a communal cultural event open to all, organised in the Salo city centre. The event is scheduled for August 27, 2026, marking its 8th year. During this one-day event, attendees can experience culture through various programs. The main organiser is EtnoSalo ry, with close to a hundred other cultural associations, artists, companies, and talents participating. Typically, nearly all programs are free, making it easy to experience various cultural activities during the event based on one's own interest. The program is continuously updated on the official website at https://taiteidenya.fi/.</w:t>
      </w:r>
      <w:r/>
    </w:p>
    <w:p>
      <w:pPr>
        <w:pStyle w:val="ListNumber"/>
        <w:spacing w:line="240" w:lineRule="auto"/>
        <w:ind w:left="720"/>
      </w:pPr>
      <w:r/>
      <w:hyperlink r:id="rId9">
        <w:r>
          <w:rPr>
            <w:color w:val="0000EE"/>
            <w:u w:val="single"/>
          </w:rPr>
          <w:t>https://www.sss.fi/2026/08/pride-jarjestetaan-salossa-taiteiden-yan-yhteydessa-paikalle-voi-tulla-vaikka-ihan-vain-katsomaan/</w:t>
        </w:r>
      </w:hyperlink>
      <w:r>
        <w:t xml:space="preserve"> - SaloPride is organised in conjunction with Taiteiden Yä (Night of the Arts) in Salo, Finland. The event is scheduled for August 27, 2026, from 16:00 to 22:00 in Horninpuisto, Salo. The organisers aim to demonstrate to young people that they can contribute to creating a culture of equality and inclusivity. The event is open to everyone, including both LGBTQ+ youth and adults, and encourages attendees to come and enjoy the atmosphere. The programme includes various activities, such as the Kesäkaara mobile youth centre, Openly Queer Stage for performances and karaoke, glitter decorations, face painting, and the opportunity to create your own pride pin. The Salo libraries will also present LGBTQ+ literature. The event is free and open to all, aiming to promote human rights, equality, and inclusivity. For more information, contact Tuuli Rokka at tuuli.rokka@salo.fi or Milja Suoranta at milja.suoranta@salo.fi.</w:t>
      </w:r>
      <w:r/>
    </w:p>
    <w:p>
      <w:pPr>
        <w:pStyle w:val="ListNumber"/>
        <w:spacing w:line="240" w:lineRule="auto"/>
        <w:ind w:left="720"/>
      </w:pPr>
      <w:r/>
      <w:hyperlink r:id="rId9">
        <w:r>
          <w:rPr>
            <w:color w:val="0000EE"/>
            <w:u w:val="single"/>
          </w:rPr>
          <w:t>https://www.sss.fi/2026/08/pride-jarjestetaan-salossa-taiteiden-yan-yhteydessa-paikalle-voi-tulla-vaikka-ihan-vain-katsomaan/</w:t>
        </w:r>
      </w:hyperlink>
      <w:r>
        <w:t xml:space="preserve"> - SaloPride is organised in conjunction with Taiteiden Yä (Night of the Arts) in Salo, Finland. The event is scheduled for August 27, 2026, from 16:00 to 22:00 in Horninpuisto, Salo. The organisers aim to demonstrate to young people that they can contribute to creating a culture of equality and inclusivity. The event is open to everyone, including both LGBTQ+ youth and adults, and encourages attendees to come and enjoy the atmosphere. The programme includes various activities, such as the Kesäkaara mobile youth centre, Openly Queer Stage for performances and karaoke, glitter decorations, face painting, and the opportunity to create your own pride pin. The Salo libraries will also present LGBTQ+ literature. The event is free and open to all, aiming to promote human rights, equality, and inclusivity. For more information, contact Tuuli Rokka at tuuli.rokka@salo.fi or Milja Suoranta at milja.suoranta@salo.fi.</w:t>
      </w:r>
      <w:r/>
    </w:p>
    <w:p>
      <w:pPr>
        <w:pStyle w:val="ListNumber"/>
        <w:spacing w:line="240" w:lineRule="auto"/>
        <w:ind w:left="720"/>
      </w:pPr>
      <w:r/>
      <w:hyperlink r:id="rId9">
        <w:r>
          <w:rPr>
            <w:color w:val="0000EE"/>
            <w:u w:val="single"/>
          </w:rPr>
          <w:t>https://www.sss.fi/2026/08/pride-jarjestetaan-salossa-taiteiden-yan-yhteydessa-paikalle-voi-tulla-vaikka-ihan-vain-katsomaan/</w:t>
        </w:r>
      </w:hyperlink>
      <w:r>
        <w:t xml:space="preserve"> - SaloPride is organised in conjunction with Taiteiden Yä (Night of the Arts) in Salo, Finland. The event is scheduled for August 27, 2026, from 16:00 to 22:00 in Horninpuisto, Salo. The organisers aim to demonstrate to young people that they can contribute to creating a culture of equality and inclusivity. The event is open to everyone, including both LGBTQ+ youth and adults, and encourages attendees to come and enjoy the atmosphere. The programme includes various activities, such as the Kesäkaara mobile youth centre, Openly Queer Stage for performances and karaoke, glitter decorations, face painting, and the opportunity to create your own pride pin. The Salo libraries will also present LGBTQ+ literature. The event is free and open to all, aiming to promote human rights, equality, and inclusivity. For more information, contact Tuuli Rokka at tuuli.rokka@salo.fi or Milja Suoranta at milja.suoranta@salo.fi.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ss.fi/2026/08/pride-jarjestetaan-salossa-taiteiden-yan-yhteydessa-paikalle-voi-tulla-vaikka-ihan-vain-katsomaan/" TargetMode="External"/><Relationship Id="rId10" Type="http://schemas.openxmlformats.org/officeDocument/2006/relationships/hyperlink" Target="https://taiteidenya.fi/ohjelma/d4fa35d5-salo-pride-piknik/" TargetMode="External"/><Relationship Id="rId11" Type="http://schemas.openxmlformats.org/officeDocument/2006/relationships/hyperlink" Target="https://tapahtumat.salo.fi/taiteiden-ya-night-of-the-arts/" TargetMode="External"/><Relationship Id="rId12" Type="http://schemas.openxmlformats.org/officeDocument/2006/relationships/hyperlink" Target="https://taiteidenya.fi/taiteiden-ya-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