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LGBTQIA+ Centre Launch in Nice: Free Community Day at Place Pellegrini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invited to a big, free kickoff this September as the LGBTQIA+ Centre of the Côte d’Azur launches its new season in Nice, bringing local groups, partners and family-friendly activities to Place Pellegrini for a welcoming day out that shows what community-building looks like in practice.</w:t>
      </w:r>
      <w:r/>
    </w:p>
    <w:p>
      <w:r/>
      <w:r>
        <w:t>Essential Takeaways</w:t>
      </w:r>
      <w:r/>
      <w:r/>
    </w:p>
    <w:p>
      <w:pPr>
        <w:pStyle w:val="ListBullet"/>
        <w:spacing w:line="240" w:lineRule="auto"/>
        <w:ind w:left="720"/>
      </w:pPr>
      <w:r/>
      <w:r>
        <w:rPr>
          <w:b/>
        </w:rPr>
        <w:t>When and where:</w:t>
      </w:r>
      <w:r>
        <w:t xml:space="preserve"> The launch is on Sunday 13 September 2026 at Place Pellegrini in Nice, from 11:00 to 20:30. </w:t>
      </w:r>
      <w:r/>
    </w:p>
    <w:p>
      <w:pPr>
        <w:pStyle w:val="ListBullet"/>
        <w:spacing w:line="240" w:lineRule="auto"/>
        <w:ind w:left="720"/>
      </w:pPr>
      <w:r/>
      <w:r>
        <w:rPr>
          <w:b/>
        </w:rPr>
        <w:t>What to expect:</w:t>
      </w:r>
      <w:r>
        <w:t xml:space="preserve"> Free entry, nonprofit booths, games, food and drinks, and a 17:00 presentation of the Centre’s new projects. </w:t>
      </w:r>
      <w:r/>
    </w:p>
    <w:p>
      <w:pPr>
        <w:pStyle w:val="ListBullet"/>
        <w:spacing w:line="240" w:lineRule="auto"/>
        <w:ind w:left="720"/>
      </w:pPr>
      <w:r/>
      <w:r>
        <w:rPr>
          <w:b/>
        </w:rPr>
        <w:t>Feel of the day:</w:t>
      </w:r>
      <w:r>
        <w:t xml:space="preserve"> Designed like a neighbourhood gathering, friendly, accessible and inclusive, with merchants and partners involved. </w:t>
      </w:r>
      <w:r/>
    </w:p>
    <w:p>
      <w:pPr>
        <w:pStyle w:val="ListBullet"/>
        <w:spacing w:line="240" w:lineRule="auto"/>
        <w:ind w:left="720"/>
      </w:pPr>
      <w:r/>
      <w:r>
        <w:rPr>
          <w:b/>
        </w:rPr>
        <w:t>Why it matters:</w:t>
      </w:r>
      <w:r>
        <w:t xml:space="preserve"> The Centre is expanding activities and partnerships despite a challenging political climate, signalling continued growth and solidarity. </w:t>
      </w:r>
      <w:r/>
      <w:r/>
    </w:p>
    <w:p>
      <w:pPr>
        <w:pStyle w:val="Heading2"/>
      </w:pPr>
      <w:r>
        <w:t>A sunny neighbourhood party with a purpose</w:t>
      </w:r>
      <w:r/>
    </w:p>
    <w:p>
      <w:r/>
      <w:r>
        <w:t>The Centre is taking over Place Pellegrini for the day, and organisers want it to feel like a proper local fête rather than a formal launch. Expect a mix of information stalls, low-key entertainment and the warm buzz of people meeting one another. The layout and merchant involvement aim to make the square feel familiar and inviting, so popping by for an hour or staying all afternoon both work nicely.</w:t>
      </w:r>
      <w:r/>
    </w:p>
    <w:p>
      <w:r/>
      <w:r>
        <w:t>According to local coverage, the event is free and open to everyone, which helps remove barriers for people curious about the Centre’s work. Think brochures and friendly faces rather than a hard sell, this is community outreach in a public, convivial setting.</w:t>
      </w:r>
      <w:r/>
    </w:p>
    <w:p>
      <w:pPr>
        <w:pStyle w:val="Heading2"/>
      </w:pPr>
      <w:r>
        <w:t>New season, new projects , the big reveal at 5pm</w:t>
      </w:r>
      <w:r/>
    </w:p>
    <w:p>
      <w:r/>
      <w:r>
        <w:t>A highlight to pencil into your diary is the 17:00 presentation when the Centre will outline its projects and introduce new partners and funders. That moment is meant to show not just plans, but the muscle behind them: who’s supporting the work and how activities will expand across the Côte d’Azur.</w:t>
      </w:r>
      <w:r/>
    </w:p>
    <w:p>
      <w:r/>
      <w:r>
        <w:t>Organisers say these partnerships are key to growing services and events, so the announcement will give a practical sense of what to expect next year. For volunteers, local charities and supporters, it’s a chance to hear the roadmap and find ways to plug in.</w:t>
      </w:r>
      <w:r/>
    </w:p>
    <w:p>
      <w:pPr>
        <w:pStyle w:val="Heading2"/>
      </w:pPr>
      <w:r>
        <w:t>Why this matters now , solidarity in a tougher climate</w:t>
      </w:r>
      <w:r/>
    </w:p>
    <w:p>
      <w:r/>
      <w:r>
        <w:t>The Centre’s decision to go big this season comes at a time when many community groups feel pressure from increasingly hostile rhetoric in parts of Europe. Instead of pulling back, the Centre is visibly doubling down on visibility and support, which sends a clear signal: services will keep growing and community ties will be strengthened.</w:t>
      </w:r>
      <w:r/>
    </w:p>
    <w:p>
      <w:r/>
      <w:r>
        <w:t>That approach matters for anyone who relies on the Centre’s resources, and it creates a public counterweight to exclusionary voices. For newcomers, the launch is a clear invitation to join a scene that’s both social and supportive.</w:t>
      </w:r>
      <w:r/>
    </w:p>
    <w:p>
      <w:pPr>
        <w:pStyle w:val="Heading2"/>
      </w:pPr>
      <w:r>
        <w:t>Practical tips for visitors</w:t>
      </w:r>
      <w:r/>
    </w:p>
    <w:p>
      <w:r/>
      <w:r>
        <w:t>If you plan to go, arrive mid-morning for a quieter stroll through the stalls, or late afternoon if you want to catch the 17:00 presentation and the evening atmosphere. Wear comfortable shoes, the square can get busy, and bring a small bag for any leaflets or freebies you might pick up.</w:t>
      </w:r>
      <w:r/>
    </w:p>
    <w:p>
      <w:r/>
      <w:r>
        <w:t>Families and allies are welcome, and the event’s design leans toward accessibility. If you’re representing an organisation, there’s value in being visible: meeting people face to face at a neighbourhood-style gathering often leads to meaningful contacts and volunteer interest.</w:t>
      </w:r>
      <w:r/>
    </w:p>
    <w:p>
      <w:pPr>
        <w:pStyle w:val="Heading2"/>
      </w:pPr>
      <w:r>
        <w:t>What comes after the launch</w:t>
      </w:r>
      <w:r/>
    </w:p>
    <w:p>
      <w:r/>
      <w:r>
        <w:t>The launch is obviously about more than one day. It’s a signal of a season of activity: workshops, support services, cultural events and outreach across the Riviera. The Centre’s renewed funding and partner network suggests programming will be broader and better promoted in the coming months.</w:t>
      </w:r>
      <w:r/>
    </w:p>
    <w:p>
      <w:r/>
      <w:r>
        <w:t>For residents and visitors, it’s a chance to discover local organisations you might not have known about, to volunteer, or just to enjoy an inclusive weekend in Nice. The mood is optimistic: small steps, practical support and visible solidarity.</w:t>
      </w:r>
      <w:r/>
    </w:p>
    <w:p>
      <w:r/>
      <w:r>
        <w:t>It's a small change that can make every day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2">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https://riviera-buzz.com/lgbtqia-centre-of-the-cote-dazur-kicks-off-a-new-season-in-nice/</w:t>
        </w:r>
      </w:hyperlink>
      <w:r>
        <w:t xml:space="preserve"> - Please view link - unable to able to access data</w:t>
      </w:r>
      <w:r/>
    </w:p>
    <w:p>
      <w:pPr>
        <w:pStyle w:val="ListNumber"/>
        <w:spacing w:line="240" w:lineRule="auto"/>
        <w:ind w:left="720"/>
      </w:pPr>
      <w:r/>
      <w:hyperlink r:id="rId10">
        <w:r>
          <w:rPr>
            <w:color w:val="0000EE"/>
            <w:u w:val="single"/>
          </w:rPr>
          <w:t>https://www.gayfrenchriviera.com/2026/08/the-lgbtqia-centre-of-cote-dazur-kicks.html</w:t>
        </w:r>
      </w:hyperlink>
      <w:r>
        <w:t xml:space="preserve"> - The LGBTQIA+ Centre of the Côte d’Azur is preparing to launch its new season with a free, open-to-all event on Sunday, 13 September 2026, from 11 am to 8:30 pm at Place Pellegrini in Nice. The event aims to bring together local LGBTQIA+ organisations, community partners, businesses, and supporters for a day of activities, conversations, and celebrations. Attendees can expect nonprofit information booths, games, prizes, food, and drinks. At 5 pm, the Centre will present its new projects and initiatives for the upcoming season, introducing new partners and funders who support its work. The event underscores the Centre's commitment to building, expanding, and strengthening its efforts in the face of increasing challenges to solidarity and inclusion. The message for the new season is clear: the work is continuing, new projects are coming, and the Centre intends to keep moving forward. The event offers the community a chance to see exactly what that future looks like while celebrating the people and organisations helping to make it happen. Whether you are already involved with the LGBTQIA+ community, are curious about the Centre’s work, want to discover local organisations, or simply want to spend a Sunday afternoon meeting people and enjoying the atmosphere, everyone is invited. Come explore the nonprofit booths, take part in the games and activities, grab something to eat or drink, meet the Centre’s partners and supporters, and be part of the conversation about what comes next for the LGBTQIA+ community on the Côte d’Azur.</w:t>
      </w:r>
      <w:r/>
    </w:p>
    <w:p>
      <w:pPr>
        <w:pStyle w:val="ListNumber"/>
        <w:spacing w:line="240" w:lineRule="auto"/>
        <w:ind w:left="720"/>
      </w:pPr>
      <w:r/>
      <w:hyperlink r:id="rId12">
        <w:r>
          <w:rPr>
            <w:color w:val="0000EE"/>
            <w:u w:val="single"/>
          </w:rPr>
          <w:t>https://www.explorenicecotedazur.com/en/association/centre-lgbtqia-cote-dazur/</w:t>
        </w:r>
      </w:hyperlink>
      <w:r>
        <w:t xml:space="preserve"> - The Centre LGBTQIA+ Côte d'Azur is a social and resource centre offering support and services to LGBTQIA+ individuals and their families. Services include Cathy's Maïoun, which provides shelter for LGBTQIA+ street people. The Centre also organises activist events (gatherings, debates, meetings, etc.), the Nice Rainbow Festival, social events, and runs a community bar. It serves as a community centre bringing together 18 LGBTQIA+ associations on the Côte d'Azur, including ENIPSE, ATCA, and Front Runners Nice. Volunteer offices are open Monday to Friday, 10 am to 5:30 pm; the community bar operates on Mondays from 5 pm to 8 pm and Saturdays from 4 pm to 8 pm; and the sexual health point is available on Wednesdays from 5 pm to 8 pm. The Centre is located at Rue Cathy Richeux, 06300 Nice.</w:t>
      </w:r>
      <w:r/>
    </w:p>
    <w:p>
      <w:pPr>
        <w:pStyle w:val="ListNumber"/>
        <w:spacing w:line="240" w:lineRule="auto"/>
        <w:ind w:left="720"/>
      </w:pPr>
      <w:r/>
      <w:hyperlink r:id="rId11">
        <w:r>
          <w:rPr>
            <w:color w:val="0000EE"/>
            <w:u w:val="single"/>
          </w:rPr>
          <w:t>https://www.explorenicecotedazur.com/association/centre-lgbtqia-cote-dazur/</w:t>
        </w:r>
      </w:hyperlink>
      <w:r>
        <w:t xml:space="preserve"> - The Centre LGBTQIA+ Côte d'Azur is a social and resource centre offering support and services to LGBTQIA+ individuals and their families. Services include Cathy's Maïoun, which provides shelter for LGBTQIA+ street people. The Centre also organises activist events (gatherings, debates, meetings, etc.), the Nice Rainbow Festival, social events, and runs a community bar. It serves as a community centre bringing together 18 LGBTQIA+ associations on the Côte d'Azur, including ENIPSE, ATCA, and Front Runners Nice. Volunteer offices are open Monday to Friday, 10 am to 5:30 pm; the community bar operates on Mondays from 5 pm to 8 pm and Saturdays from 4 pm to 8 pm; and the sexual health point is available on Wednesdays from 5 pm to 8 pm. The Centre is located at Rue Cathy Richeux, 06300 Nice.</w:t>
      </w:r>
      <w:r/>
    </w:p>
    <w:p>
      <w:pPr>
        <w:pStyle w:val="ListNumber"/>
        <w:spacing w:line="240" w:lineRule="auto"/>
        <w:ind w:left="720"/>
      </w:pPr>
      <w:r/>
      <w:hyperlink r:id="rId11">
        <w:r>
          <w:rPr>
            <w:color w:val="0000EE"/>
            <w:u w:val="single"/>
          </w:rPr>
          <w:t>https://www.explorenicecotedazur.com/association/centre-lgbtqia-cote-dazur/</w:t>
        </w:r>
      </w:hyperlink>
      <w:r>
        <w:t xml:space="preserve"> - The Centre LGBTQIA+ Côte d'Azur is a social and resource centre offering support and services to LGBTQIA+ individuals and their families. Services include Cathy's Maïoun, which provides shelter for LGBTQIA+ street people. The Centre also organises activist events (gatherings, debates, meetings, etc.), the Nice Rainbow Festival, social events, and runs a community bar. It serves as a community centre bringing together 18 LGBTQIA+ associations on the Côte d'Azur, including ENIPSE, ATCA, and Front Runners Nice. Volunteer offices are open Monday to Friday, 10 am to 5:30 pm; the community bar operates on Mondays from 5 pm to 8 pm and Saturdays from 4 pm to 8 pm; and the sexual health point is available on Wednesdays from 5 pm to 8 pm. The Centre is located at Rue Cathy Richeux, 06300 Nice.</w:t>
      </w:r>
      <w:r/>
    </w:p>
    <w:p>
      <w:pPr>
        <w:pStyle w:val="ListNumber"/>
        <w:spacing w:line="240" w:lineRule="auto"/>
        <w:ind w:left="720"/>
      </w:pPr>
      <w:r/>
      <w:hyperlink r:id="rId11">
        <w:r>
          <w:rPr>
            <w:color w:val="0000EE"/>
            <w:u w:val="single"/>
          </w:rPr>
          <w:t>https://www.explorenicecotedazur.com/association/centre-lgbtqia-cote-dazur/</w:t>
        </w:r>
      </w:hyperlink>
      <w:r>
        <w:t xml:space="preserve"> - The Centre LGBTQIA+ Côte d'Azur is a social and resource centre offering support and services to LGBTQIA+ individuals and their families. Services include Cathy's Maïoun, which provides shelter for LGBTQIA+ street people. The Centre also organises activist events (gatherings, debates, meetings, etc.), the Nice Rainbow Festival, social events, and runs a community bar. It serves as a community centre bringing together 18 LGBTQIA+ associations on the Côte d'Azur, including ENIPSE, ATCA, and Front Runners Nice. Volunteer offices are open Monday to Friday, 10 am to 5:30 pm; the community bar operates on Mondays from 5 pm to 8 pm and Saturdays from 4 pm to 8 pm; and the sexual health point is available on Wednesdays from 5 pm to 8 pm. The Centre is located at Rue Cathy Richeux, 06300 Nice.</w:t>
      </w:r>
      <w:r/>
    </w:p>
    <w:p>
      <w:pPr>
        <w:pStyle w:val="ListNumber"/>
        <w:spacing w:line="240" w:lineRule="auto"/>
        <w:ind w:left="720"/>
      </w:pPr>
      <w:r/>
      <w:hyperlink r:id="rId11">
        <w:r>
          <w:rPr>
            <w:color w:val="0000EE"/>
            <w:u w:val="single"/>
          </w:rPr>
          <w:t>https://www.explorenicecotedazur.com/association/centre-lgbtqia-cote-dazur/</w:t>
        </w:r>
      </w:hyperlink>
      <w:r>
        <w:t xml:space="preserve"> - The Centre LGBTQIA+ Côte d'Azur is a social and resource centre offering support and services to LGBTQIA+ individuals and their families. Services include Cathy's Maïoun, which provides shelter for LGBTQIA+ street people. The Centre also organises activist events (gatherings, debates, meetings, etc.), the Nice Rainbow Festival, social events, and runs a community bar. It serves as a community centre bringing together 18 LGBTQIA+ associations on the Côte d'Azur, including ENIPSE, ATCA, and Front Runners Nice. Volunteer offices are open Monday to Friday, 10 am to 5:30 pm; the community bar operates on Mondays from 5 pm to 8 pm and Saturdays from 4 pm to 8 pm; and the sexual health point is available on Wednesdays from 5 pm to 8 pm. The Centre is located at Rue Cathy Richeux, 06300 Nice.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viera-buzz.com/lgbtqia-centre-of-the-cote-dazur-kicks-off-a-new-season-in-nice/" TargetMode="External"/><Relationship Id="rId10" Type="http://schemas.openxmlformats.org/officeDocument/2006/relationships/hyperlink" Target="https://www.gayfrenchriviera.com/2026/08/the-lgbtqia-centre-of-cote-dazur-kicks.html" TargetMode="External"/><Relationship Id="rId11" Type="http://schemas.openxmlformats.org/officeDocument/2006/relationships/hyperlink" Target="https://www.explorenicecotedazur.com/association/centre-lgbtqia-cote-dazur/" TargetMode="External"/><Relationship Id="rId12" Type="http://schemas.openxmlformats.org/officeDocument/2006/relationships/hyperlink" Target="https://www.explorenicecotedazur.com/en/association/centre-lgbtqia-cote-daz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