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Johnstown Pride 2026: Inside the Biggest Indoor Pride in Pennsylvania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families flocked back to Johnstown as Pride returned for its 27th year, this time under the roof of First Summit Arena , a lively, family-friendly celebration with music, more than 100 vendors, kid zones, swag bags and official proclamations that underline why this festival matters to the region.</w:t>
      </w:r>
      <w:r/>
    </w:p>
    <w:p>
      <w:r/>
      <w:r>
        <w:t>Essential Takeaways</w:t>
      </w:r>
      <w:r/>
      <w:r/>
    </w:p>
    <w:p>
      <w:pPr>
        <w:pStyle w:val="ListBullet"/>
        <w:spacing w:line="240" w:lineRule="auto"/>
        <w:ind w:left="720"/>
      </w:pPr>
      <w:r/>
      <w:r>
        <w:rPr>
          <w:b/>
        </w:rPr>
        <w:t>Biggest indoor draw:</w:t>
      </w:r>
      <w:r>
        <w:t xml:space="preserve"> Organisers say this is Pennsylvania’s largest indoor Pride, with thousands passing through First Summit Arena and a lively, bustling feel.</w:t>
      </w:r>
      <w:r/>
    </w:p>
    <w:p>
      <w:pPr>
        <w:pStyle w:val="ListBullet"/>
        <w:spacing w:line="240" w:lineRule="auto"/>
        <w:ind w:left="720"/>
      </w:pPr>
      <w:r/>
      <w:r>
        <w:rPr>
          <w:b/>
        </w:rPr>
        <w:t>Family-friendly focus:</w:t>
      </w:r>
      <w:r>
        <w:t xml:space="preserve"> There’s a dedicated kid’s area with activities and games, making the event welcoming for all ages.</w:t>
      </w:r>
      <w:r/>
    </w:p>
    <w:p>
      <w:pPr>
        <w:pStyle w:val="ListBullet"/>
        <w:spacing w:line="240" w:lineRule="auto"/>
        <w:ind w:left="720"/>
      </w:pPr>
      <w:r/>
      <w:r>
        <w:rPr>
          <w:b/>
        </w:rPr>
        <w:t>Vendor-packed:</w:t>
      </w:r>
      <w:r>
        <w:t xml:space="preserve"> Over 100 vendors offered merchandise, local crafts and community resources; booths felt colourful and varied.</w:t>
      </w:r>
      <w:r/>
    </w:p>
    <w:p>
      <w:pPr>
        <w:pStyle w:val="ListBullet"/>
        <w:spacing w:line="240" w:lineRule="auto"/>
        <w:ind w:left="720"/>
      </w:pPr>
      <w:r/>
      <w:r>
        <w:rPr>
          <w:b/>
        </w:rPr>
        <w:t>Official recognition:</w:t>
      </w:r>
      <w:r>
        <w:t xml:space="preserve"> Proclamations were issued by Governor Shapiro, Johnstown City Council and State Representative Frank Burns, signalling local political support.</w:t>
      </w:r>
      <w:r/>
    </w:p>
    <w:p>
      <w:pPr>
        <w:pStyle w:val="ListBullet"/>
        <w:spacing w:line="240" w:lineRule="auto"/>
        <w:ind w:left="720"/>
      </w:pPr>
      <w:r/>
      <w:r>
        <w:rPr>
          <w:b/>
        </w:rPr>
        <w:t>Practical perks:</w:t>
      </w:r>
      <w:r>
        <w:t xml:space="preserve"> Attendees received swag bags with free samples and literature, and sponsors emphasised inclusive, compassionate care.</w:t>
      </w:r>
      <w:r/>
      <w:r/>
    </w:p>
    <w:p>
      <w:pPr>
        <w:pStyle w:val="Heading2"/>
      </w:pPr>
      <w:r>
        <w:t>A bigger, louder return , what it felt like inside First Summit Arena</w:t>
      </w:r>
      <w:r/>
    </w:p>
    <w:p>
      <w:r/>
      <w:r>
        <w:t>Walking into First Summit Arena on Saturday felt like a neighbourhood festival blown up to arena scale, with a soft hum of music, the scent of street food and smiling crowds. Organisers told reporters this year’s setup allowed more footfall and a denser vendor layout than past outdoor events. That shift indoors kept the atmosphere warm and focused, and it meant families could enjoy activities regardless of the weather. If you’re planning to go next year, expect an energetic, compact experience where finding a particular stall is easier than at a sprawling outdoor fair.</w:t>
      </w:r>
      <w:r/>
    </w:p>
    <w:p>
      <w:pPr>
        <w:pStyle w:val="Heading2"/>
      </w:pPr>
      <w:r>
        <w:t>Why moving indoors matters for Pride’s growth</w:t>
      </w:r>
      <w:r/>
    </w:p>
    <w:p>
      <w:r/>
      <w:r>
        <w:t>Johnstown Pride’s move into an arena signals a different phase: scale and permanence. According to event organisers and arena staff, the indoor site made logistics smoother , from staging acts to arranging a kid’s zone , and kept everyone comfortable. The change also reflects broader trends: small-city Prides are leaning into bigger, more professional setups to attract regional visitors. For anyone deciding whether to attend, the indoor setting means better sound, seating options and a calmer route for families with young children.</w:t>
      </w:r>
      <w:r/>
    </w:p>
    <w:p>
      <w:pPr>
        <w:pStyle w:val="Heading2"/>
      </w:pPr>
      <w:r>
        <w:t>Community and commerce , more than 100 vendors on the floor</w:t>
      </w:r>
      <w:r/>
    </w:p>
    <w:p>
      <w:r/>
      <w:r>
        <w:t>Vendors were central to this year’s buzz, with more than 100 booths selling everything from handmade goods to advocacy literature. That mix gave the day a market-meets-celebration feel, and organisers said local businesses and LGBTQ+ vendors reported good sales and new contacts. If you like supporting local makers and taking home something different, Johnstown Pride delivered. Tip: arrive early to beat the queues at the most popular stalls and to snag limited-edition items or freebies in those swag bags.</w:t>
      </w:r>
      <w:r/>
    </w:p>
    <w:p>
      <w:pPr>
        <w:pStyle w:val="Heading2"/>
      </w:pPr>
      <w:r>
        <w:t>Politics, proclamations and what local recognition means</w:t>
      </w:r>
      <w:r/>
    </w:p>
    <w:p>
      <w:r/>
      <w:r>
        <w:t>This year brought formal proclamations from Governor Josh Shapiro, Johnstown City Council and State Representative Frank Burns, a sign that Pride has become an established civic event. Such gestures don’t resolve all political debates, but they give community groups a platform and visibility. Organisers and sponsors used the moment to stress inclusive care and respect, and attendees I spoke to appreciated the official nods. It’s a reminder that visibility at the municipal and state level can translate into practical support for local LGBTQ+ services.</w:t>
      </w:r>
      <w:r/>
    </w:p>
    <w:p>
      <w:pPr>
        <w:pStyle w:val="Heading2"/>
      </w:pPr>
      <w:r>
        <w:t>Entertainment, family zones and real accessibility</w:t>
      </w:r>
      <w:r/>
    </w:p>
    <w:p>
      <w:r/>
      <w:r>
        <w:t>Programming aimed to please a broad crowd: live music, performers and a kid’s area with crafts and games made the day feel genuinely family-friendly rather than exclusively adult-oriented. Sponsors and volunteers worked to make the space welcoming, and First Summit Arena’s layout provided accessible paths and seating. If you’re considering visiting next year, look for official accessibility notes on the event website and contact organisers ahead of time for specific needs , they’re used to accommodating families and people with mobility concerns.</w:t>
      </w:r>
      <w:r/>
    </w:p>
    <w:p>
      <w:r/>
      <w:r>
        <w:t>It's a small change that can make every celebration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https://wjactv.com/news/local/johnstown-pride-returns-for-27th-year</w:t>
        </w:r>
      </w:hyperlink>
      <w:r>
        <w:t xml:space="preserve"> - Please view link - unable to able to access data</w:t>
      </w:r>
      <w:r/>
    </w:p>
    <w:p>
      <w:pPr>
        <w:pStyle w:val="ListNumber"/>
        <w:spacing w:line="240" w:lineRule="auto"/>
        <w:ind w:left="720"/>
      </w:pPr>
      <w:r/>
      <w:hyperlink r:id="rId10">
        <w:r>
          <w:rPr>
            <w:color w:val="0000EE"/>
            <w:u w:val="single"/>
          </w:rPr>
          <w:t>https://www.visitjohnstownpa.com/event/johnstown-pride-2026</w:t>
        </w:r>
      </w:hyperlink>
      <w:r>
        <w:t xml:space="preserve"> - Johnstown Pride 2026 is scheduled for August 22, 2026, from 12:00 pm to 8:00 pm at the 1st Summit Arena at Cambria County War Memorial in Johnstown, Pennsylvania. The event is free to attend and will feature live performances, local vendors, food trucks, drag shows, family-friendly activities, and a strong show of solidarity for the region’s LGBTQ+ community. The organisers are the Keystone Alliance, and the venue is located at 326 Napoleon Street, Johnstown, PA 15901.</w:t>
      </w:r>
      <w:r/>
    </w:p>
    <w:p>
      <w:pPr>
        <w:pStyle w:val="ListNumber"/>
        <w:spacing w:line="240" w:lineRule="auto"/>
        <w:ind w:left="720"/>
      </w:pPr>
      <w:r/>
      <w:hyperlink r:id="rId13">
        <w:r>
          <w:rPr>
            <w:color w:val="0000EE"/>
            <w:u w:val="single"/>
          </w:rPr>
          <w:t>https://johnstownpride.com/</w:t>
        </w:r>
      </w:hyperlink>
      <w:r>
        <w:t xml:space="preserve"> - The official website for Johnstown Pride provides comprehensive information about the event, including its history, schedule, performers, and family activities. The 2026 celebration is set for Saturday, August 22, 2026, from 12 PM to 8 PM at the 1st Summit Arena at Cambria County War Memorial, located at 326 Napoleon Street, Johnstown, PA 15901. Admission is free, and the event is presented by the Keystone Alliance Gaylife Newsletter.</w:t>
      </w:r>
      <w:r/>
    </w:p>
    <w:p>
      <w:pPr>
        <w:pStyle w:val="ListNumber"/>
        <w:spacing w:line="240" w:lineRule="auto"/>
        <w:ind w:left="720"/>
      </w:pPr>
      <w:r/>
      <w:hyperlink r:id="rId14">
        <w:r>
          <w:rPr>
            <w:color w:val="0000EE"/>
            <w:u w:val="single"/>
          </w:rPr>
          <w:t>https://johnstownpride.com/about/</w:t>
        </w:r>
      </w:hyperlink>
      <w:r>
        <w:t xml:space="preserve"> - The 'About' page on the Johnstown Pride website details the event's history, highlighting its growth over more than two decades. It mentions the first Johnstown Pride in 1999 and the community's ongoing efforts to create visibility and support for the LGBTQ+ community in Johnstown, Pennsylvania. The page also notes that the 2026 event marks the 27th year of the festival.</w:t>
      </w:r>
      <w:r/>
    </w:p>
    <w:p>
      <w:pPr>
        <w:pStyle w:val="ListNumber"/>
        <w:spacing w:line="240" w:lineRule="auto"/>
        <w:ind w:left="720"/>
      </w:pPr>
      <w:r/>
      <w:hyperlink r:id="rId15">
        <w:r>
          <w:rPr>
            <w:color w:val="0000EE"/>
            <w:u w:val="single"/>
          </w:rPr>
          <w:t>https://johnstownpride.com/contact/</w:t>
        </w:r>
      </w:hyperlink>
      <w:r>
        <w:t xml:space="preserve"> - The 'Contact' page on the Johnstown Pride website provides information on how to stay updated with event announcements, location details, and the organisations behind the celebration. It includes the address of the 1st Summit Arena at Cambria County War Memorial, 326 Napoleon Street, Johnstown, PA 15901, and encourages visitors to follow Johnstown Pride and Keystone Alliance/Gaylife Newsletter on social media for the latest updates.</w:t>
      </w:r>
      <w:r/>
    </w:p>
    <w:p>
      <w:pPr>
        <w:pStyle w:val="ListNumber"/>
        <w:spacing w:line="240" w:lineRule="auto"/>
        <w:ind w:left="720"/>
      </w:pPr>
      <w:r/>
      <w:hyperlink r:id="rId11">
        <w:r>
          <w:rPr>
            <w:color w:val="0000EE"/>
            <w:u w:val="single"/>
          </w:rPr>
          <w:t>https://www.aol.com/articles/johnstown-pride-2026-date-venue-170218000.html</w:t>
        </w:r>
      </w:hyperlink>
      <w:r>
        <w:t xml:space="preserve"> - An article from AOL announces the date and venue for Johnstown Pride 2026, marking the 27th anniversary of the Keystone Alliance/Gaylife Newsletter. The event is scheduled for August 22, 2026, from noon to 8 p.m. at the Frank J. Pasquerilla Conference Center, 301 Napoleon St., in downtown Johnstown. The free, family-friendly event will feature two stages with nonstop entertainment, food trucks, vendors, businesses, nonprofit organisations, and a variety of contests.</w:t>
      </w:r>
      <w:r/>
    </w:p>
    <w:p>
      <w:pPr>
        <w:pStyle w:val="ListNumber"/>
        <w:spacing w:line="240" w:lineRule="auto"/>
        <w:ind w:left="720"/>
      </w:pPr>
      <w:r/>
      <w:hyperlink r:id="rId12">
        <w:r>
          <w:rPr>
            <w:color w:val="0000EE"/>
            <w:u w:val="single"/>
          </w:rPr>
          <w:t>https://1stsummitarena.com/event/</w:t>
        </w:r>
      </w:hyperlink>
      <w:r>
        <w:t xml:space="preserve"> - The 1st Summit Arena at Cambria County War Memorial's event calendar lists various events, including concerts and sports games. The venue is located at 326 Napoleon Street, Johnstown, PA 15901. The calendar provides details on upcoming events, ticket information, and venue policies, serving as a resource for those interested in events held at this location.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jactv.com/news/local/johnstown-pride-returns-for-27th-year" TargetMode="External"/><Relationship Id="rId10" Type="http://schemas.openxmlformats.org/officeDocument/2006/relationships/hyperlink" Target="https://www.visitjohnstownpa.com/event/johnstown-pride-2026" TargetMode="External"/><Relationship Id="rId11" Type="http://schemas.openxmlformats.org/officeDocument/2006/relationships/hyperlink" Target="https://www.aol.com/articles/johnstown-pride-2026-date-venue-170218000.html" TargetMode="External"/><Relationship Id="rId12" Type="http://schemas.openxmlformats.org/officeDocument/2006/relationships/hyperlink" Target="https://1stsummitarena.com/event/" TargetMode="External"/><Relationship Id="rId13" Type="http://schemas.openxmlformats.org/officeDocument/2006/relationships/hyperlink" Target="https://johnstownpride.com/" TargetMode="External"/><Relationship Id="rId14" Type="http://schemas.openxmlformats.org/officeDocument/2006/relationships/hyperlink" Target="https://johnstownpride.com/about/" TargetMode="External"/><Relationship Id="rId15" Type="http://schemas.openxmlformats.org/officeDocument/2006/relationships/hyperlink" Target="https://johnstownpride.com/cont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