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DIY Party Calmers: How the 'Sluttini' Became a Go-To Gay-Party Ritual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embracing simple, homemade solutions to quiet party anxiety; one writer’s cheeky “Sluttini” , tequila poured into Gatorade Zero , went viral as a quick fix for social nerves at LA sex parties, and it’s part ritual, part practical hack for people who hate pre-event panic.</w:t>
      </w:r>
      <w:r/>
    </w:p>
    <w:p>
      <w:r/>
      <w:r>
        <w:t>Essential Takeaways</w:t>
      </w:r>
      <w:r/>
      <w:r/>
    </w:p>
    <w:p>
      <w:pPr>
        <w:pStyle w:val="ListBullet"/>
        <w:spacing w:line="240" w:lineRule="auto"/>
        <w:ind w:left="720"/>
      </w:pPr>
      <w:r/>
      <w:r>
        <w:rPr>
          <w:b/>
        </w:rPr>
        <w:t>Simple recipe:</w:t>
      </w:r>
      <w:r>
        <w:t xml:space="preserve"> Mix tequila into a bottle of Gatorade Zero, shake, drink before entering a high-anxiety social situation , tastes like sweet-and-sour courage.</w:t>
      </w:r>
      <w:r/>
    </w:p>
    <w:p>
      <w:pPr>
        <w:pStyle w:val="ListBullet"/>
        <w:spacing w:line="240" w:lineRule="auto"/>
        <w:ind w:left="720"/>
      </w:pPr>
      <w:r/>
      <w:r>
        <w:rPr>
          <w:b/>
        </w:rPr>
        <w:t>Fast-acting comfort:</w:t>
      </w:r>
      <w:r>
        <w:t xml:space="preserve"> The author says it calms inner monologue and eases into sociability without bloating or gas, which matters in intimate settings.</w:t>
      </w:r>
      <w:r/>
    </w:p>
    <w:p>
      <w:pPr>
        <w:pStyle w:val="ListBullet"/>
        <w:spacing w:line="240" w:lineRule="auto"/>
        <w:ind w:left="720"/>
      </w:pPr>
      <w:r/>
      <w:r>
        <w:rPr>
          <w:b/>
        </w:rPr>
        <w:t>Low-prep and discreet:</w:t>
      </w:r>
      <w:r>
        <w:t xml:space="preserve"> Can be consumed in a parked car; no specialised equipment or measuring needed.</w:t>
      </w:r>
      <w:r/>
    </w:p>
    <w:p>
      <w:pPr>
        <w:pStyle w:val="ListBullet"/>
        <w:spacing w:line="240" w:lineRule="auto"/>
        <w:ind w:left="720"/>
      </w:pPr>
      <w:r/>
      <w:r>
        <w:rPr>
          <w:b/>
        </w:rPr>
        <w:t>Know your limits:</w:t>
      </w:r>
      <w:r>
        <w:t xml:space="preserve"> Alcohol is the active ingredient , it can help nerves but also impair judgement; pair with self-care and harm-reduction.</w:t>
      </w:r>
      <w:r/>
    </w:p>
    <w:p>
      <w:pPr>
        <w:pStyle w:val="ListBullet"/>
        <w:spacing w:line="240" w:lineRule="auto"/>
        <w:ind w:left="720"/>
      </w:pPr>
      <w:r/>
      <w:r>
        <w:rPr>
          <w:b/>
        </w:rPr>
        <w:t>Alternatives exist:</w:t>
      </w:r>
      <w:r>
        <w:t xml:space="preserve"> For those avoiding booze, calming herbal serums and topical sleep or stress blends offer non-alcoholic options.</w:t>
      </w:r>
      <w:r/>
      <w:r/>
    </w:p>
    <w:p>
      <w:pPr>
        <w:pStyle w:val="Heading2"/>
      </w:pPr>
      <w:r>
        <w:t>How a joke cocktail turned into a survival trick for party anxiety</w:t>
      </w:r>
      <w:r/>
    </w:p>
    <w:p>
      <w:r/>
      <w:r>
        <w:t>The Sluttini reads like a punchline , tequila poured into a brightly coloured electrolyte drink , yet for comedian Eliot Glazer it was a deliberate ritual to shift panic into playfulness. According to the Queerty excerpt, the quick concoction quieted the intrusive thoughts that usually hijacked his enjoyment of sex parties. It’s refreshingly low-fuss, with a tactile moment , the shake , that signals a change of mood. For many, rituals work as much as substances; that act of preparation can be as calming as the drink itself.</w:t>
      </w:r>
      <w:r/>
    </w:p>
    <w:p>
      <w:pPr>
        <w:pStyle w:val="Heading2"/>
      </w:pPr>
      <w:r>
        <w:t>Why people favour low-bloat, low-fuss pre-party drinks</w:t>
      </w:r>
      <w:r/>
    </w:p>
    <w:p>
      <w:r/>
      <w:r>
        <w:t>Glazer stresses the practical side: at a naked gathering, you don’t want to be dealing with digestive drama. A sugar-free sports drink plus spirits avoids dairy and heavy mixers that cause gas or feeling sluggish. That’s a sensible tweak for bodies and situations where comfort equals confidence. If you’re trying this, pick a tequila you tolerate and sip slowly; the aim is to ease the chatter, not to drink until you’re absent from your own consent.</w:t>
      </w:r>
      <w:r/>
    </w:p>
    <w:p>
      <w:pPr>
        <w:pStyle w:val="Heading2"/>
      </w:pPr>
      <w:r>
        <w:t>Non-alcoholic routes: serums, herbal blends and topical calmers</w:t>
      </w:r>
      <w:r/>
    </w:p>
    <w:p>
      <w:r/>
      <w:r>
        <w:t>Not everyone drinks, and there are gentle alternatives. Beauty and wellness brands now sell “slumber” and stress-relief serums meant to be used topically or as part of an evening wind-down. Ingredients such as lavender, chamomile and other adaptogenic botanicals appear in calming mixes and can be used alongside breathing exercises. Health sites outline simple herbal recipes for stress relief; teas, tinctures or aromatherapy can produce a soothing, non-intoxicating effect when you want presence without buzz.</w:t>
      </w:r>
      <w:r/>
    </w:p>
    <w:p>
      <w:pPr>
        <w:pStyle w:val="Heading2"/>
      </w:pPr>
      <w:r>
        <w:t>Safety first: consent, cues and harm-reduction at sex parties</w:t>
      </w:r>
      <w:r/>
    </w:p>
    <w:p>
      <w:r/>
      <w:r>
        <w:t>The Sluttini is framed as permission to enter a crowd with less dread, but it’s worth being blunt: alcohol changes perception and capacity. If you’re trying a pre-party drink, set personal rules , a limit, a buddy system, or check-ins with a friend you trust. Keep items like resealable bags for valuables (as hosts sometimes request), know the venue’s basics, and watch for signs that you or others need help. Rituals are empowering when paired with practical safeguards.</w:t>
      </w:r>
      <w:r/>
    </w:p>
    <w:p>
      <w:pPr>
        <w:pStyle w:val="Heading2"/>
      </w:pPr>
      <w:r>
        <w:t>When a silly ritual leads to connection</w:t>
      </w:r>
      <w:r/>
    </w:p>
    <w:p>
      <w:r/>
      <w:r>
        <w:t>One of the most human beats in the account is how the drink helped the author relax enough to meet someone , Owen , and enjoy a goofy, unexpectedly tender moment. That’s the upside of a little ritual: it lowers the barrier to being present, and sometimes presence is what turns an awkward night into a story you can laugh about later. If that’s your aim, choose whatever calms you and keeps you safe.</w:t>
      </w:r>
      <w:r/>
    </w:p>
    <w:p>
      <w:r/>
      <w:r>
        <w:t>It's a small, cheeky habit that can smooth the edges of a fraught night , just remember to pair it with common sense.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[6]</w:t>
        </w:r>
      </w:hyperlink>
      <w:r>
        <w:t xml:space="preserve">, </w:t>
      </w:r>
      <w:hyperlink r:id="rId13">
        <w:r>
          <w:rPr>
            <w:color w:val="0000EE"/>
            <w:u w:val="single"/>
          </w:rPr>
          <w:t>[7]</w:t>
        </w:r>
      </w:hyperlink>
      <w:r>
        <w:t xml:space="preserve">- Paragraph 4: </w:t>
      </w:r>
      <w:hyperlink r:id="rId10">
        <w:r>
          <w:rPr>
            <w:color w:val="0000EE"/>
            <w:u w:val="single"/>
          </w:rPr>
          <w:t>[5]</w:t>
        </w:r>
      </w:hyperlink>
      <w:r>
        <w:t xml:space="preserve">, </w:t>
      </w:r>
      <w:hyperlink r:id="rId9">
        <w:r>
          <w:rPr>
            <w:color w:val="0000EE"/>
            <w:u w:val="single"/>
          </w:rPr>
          <w:t>[2]</w:t>
        </w:r>
      </w:hyperlink>
      <w:r>
        <w:t xml:space="preserve">- Paragraph 5: </w:t>
      </w:r>
      <w:hyperlink r:id="rId9">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https://www.queerty.com/how-homemade-serum-saved-me-from-my-own-gay-party-anxiety-20260823/</w:t>
        </w:r>
      </w:hyperlink>
      <w:r>
        <w:t xml:space="preserve"> - Please view link - unable to able to access data</w:t>
      </w:r>
      <w:r/>
    </w:p>
    <w:p>
      <w:pPr>
        <w:pStyle w:val="ListNumber"/>
        <w:spacing w:line="240" w:lineRule="auto"/>
        <w:ind w:left="720"/>
      </w:pPr>
      <w:r/>
      <w:hyperlink r:id="rId9">
        <w:r>
          <w:rPr>
            <w:color w:val="0000EE"/>
            <w:u w:val="single"/>
          </w:rPr>
          <w:t>https://www.queerty.com/how-homemade-serum-saved-me-from-my-own-gay-party-anxiety-20260823/</w:t>
        </w:r>
      </w:hyperlink>
      <w:r>
        <w:t xml:space="preserve"> - In this article, comedian and writer Eliot Glazer shares an excerpt from his book, 'The Terrible, Horrible, No Good, Very Bad Gay.' He discusses his experiences with anxiety in LGBTQ+ social settings and introduces a homemade elixir called the 'Sluttini' designed to alleviate his nervousness during sex parties. The recipe involves mixing tequila with Gatorade Zero, creating a drink that helps him overcome his inner monologue and engage more confidently in social situations.</w:t>
      </w:r>
      <w:r/>
    </w:p>
    <w:p>
      <w:pPr>
        <w:pStyle w:val="ListNumber"/>
        <w:spacing w:line="240" w:lineRule="auto"/>
        <w:ind w:left="720"/>
      </w:pPr>
      <w:r/>
      <w:hyperlink r:id="rId11">
        <w:r>
          <w:rPr>
            <w:color w:val="0000EE"/>
            <w:u w:val="single"/>
          </w:rPr>
          <w:t>https://ourkindra.com/products/v-relief-serum</w:t>
        </w:r>
      </w:hyperlink>
      <w:r>
        <w:t xml:space="preserve"> - V Relief Serum is a product designed to provide relief for vulvovaginal discomfort and sensitivity, particularly for individuals experiencing hormonal changes due to oral contraceptives, postpartum, or menopause. The serum contains a biomimetic peptide clinically studied to reduce skin sensitivity and reactivity, including stinging, burning, and itching. Additionally, it includes hyaluronic acid, vitamin E, and coconut oil to support intimate skin hydration and nourishment.</w:t>
      </w:r>
      <w:r/>
    </w:p>
    <w:p>
      <w:pPr>
        <w:pStyle w:val="ListNumber"/>
        <w:spacing w:line="240" w:lineRule="auto"/>
        <w:ind w:left="720"/>
      </w:pPr>
      <w:r/>
      <w:hyperlink r:id="rId14">
        <w:r>
          <w:rPr>
            <w:color w:val="0000EE"/>
            <w:u w:val="single"/>
          </w:rPr>
          <w:t>https://myamericangoods.com/es/products/slumber-serum</w:t>
        </w:r>
      </w:hyperlink>
      <w:r>
        <w:t xml:space="preserve"> - Urb Apothecary's Slumber Serum is a calming essential-oil blend aimed at easing anxiety and promoting restful sleep. The serum includes lavender, clary sage, peppermint, and cedarwood, each known for their relaxing properties. It's recommended for nightly use, with application to pulse points, temples, or the soles of the feet to support the nervous system during moments of anxiety, tension, or overstimulation.</w:t>
      </w:r>
      <w:r/>
    </w:p>
    <w:p>
      <w:pPr>
        <w:pStyle w:val="ListNumber"/>
        <w:spacing w:line="240" w:lineRule="auto"/>
        <w:ind w:left="720"/>
      </w:pPr>
      <w:r/>
      <w:hyperlink r:id="rId10">
        <w:r>
          <w:rPr>
            <w:color w:val="0000EE"/>
            <w:u w:val="single"/>
          </w:rPr>
          <w:t>https://www.healthline.com/health/mental-health/herbs-for-stress-recipe</w:t>
        </w:r>
      </w:hyperlink>
      <w:r>
        <w:t xml:space="preserve"> - This article from Healthline discusses the use of herbs for anxiety and stress relief. It explains that bitters, which are high-proof alcohol spirits infused with botanicals like herbs, roots, fruit, flowers, spices, and bark, can aid in digestion, curb sugar cravings, boost the immune system, and ease stress. The article also lists common herbs used to alleviate stress and anxiety, such as lavender, valerian root, kava, passionflower, turmeric, chamomile, ashwagandha, St. John’s wort, and lemon balm.</w:t>
      </w:r>
      <w:r/>
    </w:p>
    <w:p>
      <w:pPr>
        <w:pStyle w:val="ListNumber"/>
        <w:spacing w:line="240" w:lineRule="auto"/>
        <w:ind w:left="720"/>
      </w:pPr>
      <w:r/>
      <w:hyperlink r:id="rId12">
        <w:r>
          <w:rPr>
            <w:color w:val="0000EE"/>
            <w:u w:val="single"/>
          </w:rPr>
          <w:t>https://www.beautybridge.com/urb-apothecary-slumber-serum/</w:t>
        </w:r>
      </w:hyperlink>
      <w:r>
        <w:t xml:space="preserve"> - URB Apothecary's Slumber Serum is a therapeutic blend of essential oils designed to ease restlessness and promote deep, restorative sleep. The serum includes lavender, clary sage, peppermint, and cedarwood, each known for their calming and grounding properties. It's recommended to roll onto temples, wrists, back of neck, chest, and other pulse points as needed to receive the sweet relief of rest.</w:t>
      </w:r>
      <w:r/>
    </w:p>
    <w:p>
      <w:pPr>
        <w:pStyle w:val="ListNumber"/>
        <w:spacing w:line="240" w:lineRule="auto"/>
        <w:ind w:left="720"/>
      </w:pPr>
      <w:r/>
      <w:hyperlink r:id="rId13">
        <w:r>
          <w:rPr>
            <w:color w:val="0000EE"/>
            <w:u w:val="single"/>
          </w:rPr>
          <w:t>https://www.mavenmaderva.com/shop/sleep-serum</w:t>
        </w:r>
      </w:hyperlink>
      <w:r>
        <w:t xml:space="preserve"> - Maven Made's Sleep Serum is a calming blend of botanical oils created to support regulation in reducing stress and restlessness, and to support sleep quality. Crafted with soothing essential oils of herbal lavender, woodsy clary sage, and blue chamomile, the serum targets the nervous system to unwind and soften. It's recommended to roll directly on the skin (temples, wrists, back of the neck, bottoms of feet) before bed or during stress.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how-homemade-serum-saved-me-from-my-own-gay-party-anxiety-20260823/" TargetMode="External"/><Relationship Id="rId10" Type="http://schemas.openxmlformats.org/officeDocument/2006/relationships/hyperlink" Target="https://www.healthline.com/health/mental-health/herbs-for-stress-recipe" TargetMode="External"/><Relationship Id="rId11" Type="http://schemas.openxmlformats.org/officeDocument/2006/relationships/hyperlink" Target="https://ourkindra.com/products/v-relief-serum" TargetMode="External"/><Relationship Id="rId12" Type="http://schemas.openxmlformats.org/officeDocument/2006/relationships/hyperlink" Target="https://www.beautybridge.com/urb-apothecary-slumber-serum/" TargetMode="External"/><Relationship Id="rId13" Type="http://schemas.openxmlformats.org/officeDocument/2006/relationships/hyperlink" Target="https://www.mavenmaderva.com/shop/sleep-serum" TargetMode="External"/><Relationship Id="rId14" Type="http://schemas.openxmlformats.org/officeDocument/2006/relationships/hyperlink" Target="https://myamericangoods.com/es/products/slumber-seru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