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Bath Pride Road Closures Guide: Where, When and What to Expect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colourful crowds and short, planned delays as Bath Pride’s parade winds through the city centre; organisers say roads will be closed briefly between 11.30am and 1pm so marchers can move safely from Kingston Parade to Sydney Gardens , here’s the practical lowdown for drivers, visitors and families.</w:t>
      </w:r>
      <w:r/>
    </w:p>
    <w:p>
      <w:r/>
      <w:r>
        <w:t>Essential Takeaways</w:t>
      </w:r>
      <w:r/>
      <w:r/>
    </w:p>
    <w:p>
      <w:pPr>
        <w:pStyle w:val="ListBullet"/>
        <w:spacing w:line="240" w:lineRule="auto"/>
        <w:ind w:left="720"/>
      </w:pPr>
      <w:r/>
      <w:r>
        <w:rPr>
          <w:b/>
        </w:rPr>
        <w:t>When:</w:t>
      </w:r>
      <w:r>
        <w:t xml:space="preserve"> Parade activity and most closures between 11.30am and 1pm, with festivities continuing in Sydney Gardens from 1pm and an 18+ late stage from 6pm. </w:t>
      </w:r>
      <w:r/>
    </w:p>
    <w:p>
      <w:pPr>
        <w:pStyle w:val="ListBullet"/>
        <w:spacing w:line="240" w:lineRule="auto"/>
        <w:ind w:left="720"/>
      </w:pPr>
      <w:r/>
      <w:r>
        <w:rPr>
          <w:b/>
        </w:rPr>
        <w:t>Where:</w:t>
      </w:r>
      <w:r>
        <w:t xml:space="preserve"> March route includes Grand Parade, Pulteney Bridge, Great Pulteney Street and finishing in Sydney Gardens , expect footfall and temporary closures on these streets. </w:t>
      </w:r>
      <w:r/>
    </w:p>
    <w:p>
      <w:pPr>
        <w:pStyle w:val="ListBullet"/>
        <w:spacing w:line="240" w:lineRule="auto"/>
        <w:ind w:left="720"/>
      </w:pPr>
      <w:r/>
      <w:r>
        <w:rPr>
          <w:b/>
        </w:rPr>
        <w:t>How closures work:</w:t>
      </w:r>
      <w:r>
        <w:t xml:space="preserve"> Roads will only be closed when marshals or signage are in place; some junction restrictions will be temporarily adjusted to aid flow. </w:t>
      </w:r>
      <w:r/>
    </w:p>
    <w:p>
      <w:pPr>
        <w:pStyle w:val="ListBullet"/>
        <w:spacing w:line="240" w:lineRule="auto"/>
        <w:ind w:left="720"/>
      </w:pPr>
      <w:r/>
      <w:r>
        <w:rPr>
          <w:b/>
        </w:rPr>
        <w:t>Travel tip:</w:t>
      </w:r>
      <w:r>
        <w:t xml:space="preserve"> Public transport and local bus operators have issued updates; plan diversions or leave extra time for short detours. </w:t>
      </w:r>
      <w:r/>
    </w:p>
    <w:p>
      <w:pPr>
        <w:pStyle w:val="ListBullet"/>
        <w:spacing w:line="240" w:lineRule="auto"/>
        <w:ind w:left="720"/>
      </w:pPr>
      <w:r/>
      <w:r>
        <w:rPr>
          <w:b/>
        </w:rPr>
        <w:t>Family-friendly:</w:t>
      </w:r>
      <w:r>
        <w:t xml:space="preserve"> Pride in the Park starts at 1pm and is pitched as family-friendly until the evening late stage.</w:t>
      </w:r>
      <w:r/>
      <w:r/>
    </w:p>
    <w:p>
      <w:pPr>
        <w:pStyle w:val="Heading2"/>
      </w:pPr>
      <w:r>
        <w:t>What’s happening and why it matters</w:t>
      </w:r>
      <w:r/>
    </w:p>
    <w:p>
      <w:r/>
      <w:r>
        <w:t>Bath Pride returns with the theme Stand Up, Show Up, and organisers are focusing solidarity on transgender and non-binary people, so expect a visible, celebratory crowd. The parade is timed to be compact and city-centre friendly, which means roads will be closed only for the short window needed for a safe procession. If you’re attending, you’ll notice the energy straight away , colourful banners, music and families gathered along the route.</w:t>
      </w:r>
      <w:r/>
    </w:p>
    <w:p>
      <w:pPr>
        <w:pStyle w:val="Heading2"/>
      </w:pPr>
      <w:r>
        <w:t>The route and the main closures</w:t>
      </w:r>
      <w:r/>
    </w:p>
    <w:p>
      <w:r/>
      <w:r>
        <w:t>The march begins gathering at Kingston Parade around 11.30am, sets off from Abbey Square at noon and follows Stall Street, Cheap Street and Orange Grove before spilling onto Grand Parade. It crosses Pulteney Bridge, continues along Argyle Street and Great Pulteney Street, then finishes in Sydney Gardens. According to the council’s traffic order, those stretches will see controlled closures while the parade passes , so expect brief, rolling pauses rather than blanket shutdowns.</w:t>
      </w:r>
      <w:r/>
    </w:p>
    <w:p>
      <w:pPr>
        <w:pStyle w:val="Heading2"/>
      </w:pPr>
      <w:r>
        <w:t>Practical advice for drivers and bus users</w:t>
      </w:r>
      <w:r/>
    </w:p>
    <w:p>
      <w:r/>
      <w:r>
        <w:t>Bath and North East Somerset Council have emphasised that closures are marshalled and signed, not in effect constantly, so look out for stewards before you assume a road is blocked. Some junction rules, like the right-turn only restriction on Upper Borough Walls, are being temporarily relaxed to allow certain left turns onto Northgate Street. Bus operators in the region have posted service updates and diversions, so check with First Bus or local services before you travel , leaving 10–20 minutes extra can save a last-minute dash.</w:t>
      </w:r>
      <w:r/>
    </w:p>
    <w:p>
      <w:pPr>
        <w:pStyle w:val="Heading2"/>
      </w:pPr>
      <w:r>
        <w:t>Attending Pride in the Park and later events</w:t>
      </w:r>
      <w:r/>
    </w:p>
    <w:p>
      <w:r/>
      <w:r>
        <w:t>After the parade the family-friendly Pride in the Park opens in Sydney Gardens from 1pm with performances and activities for all ages. Later, a new Late Stage will welcome 18-plus crowds from 6pm. If you’re bringing children, aim to arrive early to snag a good viewing spot along the route, and bring layers , Bath’s river breeze can make things feel cooler late afternoon.</w:t>
      </w:r>
      <w:r/>
    </w:p>
    <w:p>
      <w:pPr>
        <w:pStyle w:val="Heading2"/>
      </w:pPr>
      <w:r>
        <w:t>Local reactions and outlook</w:t>
      </w:r>
      <w:r/>
    </w:p>
    <w:p>
      <w:r/>
      <w:r>
        <w:t>Organisers, including Safe Space Bath, have been vocal about creating an inclusive atmosphere, and residents tend to rally round with good humour and support during these short closures. For businesses on the route it’s usually a lively trade day, and for drivers the disruption is short-lived. Looking ahead, the parade’s compact window and clear signage model looks likely to stay , a neat compromise between celebration and keeping the city moving.</w:t>
      </w:r>
      <w:r/>
    </w:p>
    <w:p>
      <w:r/>
      <w:r>
        <w:t>It's a small change that can make every visit smoother and every parade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https://www.somersetlive.co.uk/news/somerset-news/full-list-bath-road-closures-11122029</w:t>
        </w:r>
      </w:hyperlink>
      <w:r>
        <w:t xml:space="preserve"> - Please view link - unable to able to access data</w:t>
      </w:r>
      <w:r/>
    </w:p>
    <w:p>
      <w:pPr>
        <w:pStyle w:val="ListNumber"/>
        <w:spacing w:line="240" w:lineRule="auto"/>
        <w:ind w:left="720"/>
      </w:pPr>
      <w:r/>
      <w:hyperlink r:id="rId10">
        <w:r>
          <w:rPr>
            <w:color w:val="0000EE"/>
            <w:u w:val="single"/>
          </w:rPr>
          <w:t>https://www.visitbath.co.uk/whats-on/bath-pride-p3560183</w:t>
        </w:r>
      </w:hyperlink>
      <w:r>
        <w:t xml:space="preserve"> - Bath Pride is an annual event celebrating the lives of LGBTQ+ individuals in Bath. The 2026 parade is scheduled for Saturday, 22 August, starting at 11:30 from Abbey Square/Kingston Parade. The Pride in the Park event will follow at 13:30 in Sydney Gardens, featuring performances, stalls, and food traders. An afterparty is planned at Komedia from 23:00. The event aims to create a space for the community to come together, celebrate, and stand in solidarity with the trans and non-binary community.</w:t>
      </w:r>
      <w:r/>
    </w:p>
    <w:p>
      <w:pPr>
        <w:pStyle w:val="ListNumber"/>
        <w:spacing w:line="240" w:lineRule="auto"/>
        <w:ind w:left="720"/>
      </w:pPr>
      <w:r/>
      <w:hyperlink r:id="rId15">
        <w:r>
          <w:rPr>
            <w:color w:val="0000EE"/>
            <w:u w:val="single"/>
          </w:rPr>
          <w:t>https://faresaver.co.uk/category/road-closures-and-diversions/</w:t>
        </w:r>
      </w:hyperlink>
      <w:r>
        <w:t xml:space="preserve"> - Faresaver Buses provides updates on road closures and diversions affecting their services. On 22 August 2026, between 11:30 and 13:00, several bus services, including 11, 228, 231, and 271/272/273, will be diverted due to the Bath Pride event. Passengers are advised to board at alternative stops during this period. The website offers detailed information on affected routes and alternative arrangements for passengers.</w:t>
      </w:r>
      <w:r/>
    </w:p>
    <w:p>
      <w:pPr>
        <w:pStyle w:val="ListNumber"/>
        <w:spacing w:line="240" w:lineRule="auto"/>
        <w:ind w:left="720"/>
      </w:pPr>
      <w:r/>
      <w:hyperlink r:id="rId11">
        <w:r>
          <w:rPr>
            <w:color w:val="0000EE"/>
            <w:u w:val="single"/>
          </w:rPr>
          <w:t>https://www.bathnes.gov.uk/traffic-order/bath-pride-2025</w:t>
        </w:r>
      </w:hyperlink>
      <w:r>
        <w:t xml:space="preserve"> - Bath and North East Somerset Council issued a Temporary Traffic Regulation Order for Bath Pride 2025, held on 26 July 2025. The order introduced road closures on various streets, including William Street, Edward Street, Argyle Street, and Pulteney Bridge, to facilitate the event. The right-turn only restriction on Upper Borough Walls was also temporarily suspended to allow vehicles to turn left onto Northgate Street. The closures were in effect between 11:30 and 13:00 on the event day.</w:t>
      </w:r>
      <w:r/>
    </w:p>
    <w:p>
      <w:pPr>
        <w:pStyle w:val="ListNumber"/>
        <w:spacing w:line="240" w:lineRule="auto"/>
        <w:ind w:left="720"/>
      </w:pPr>
      <w:r/>
      <w:hyperlink r:id="rId12">
        <w:r>
          <w:rPr>
            <w:color w:val="0000EE"/>
            <w:u w:val="single"/>
          </w:rPr>
          <w:t>https://www.firstbus.co.uk/bristol-bath-and-west/news-and-service-updates/updates/bathwick-hillbath-road-closure-u1u1nu320</w:t>
        </w:r>
      </w:hyperlink>
      <w:r>
        <w:t xml:space="preserve"> - First Bus announced a road closure on Bathwick Hill, Bath, affecting services U1, U1N, U3, and 20, starting 23 July 2026. The closure is due to roadworks and is expected to last until 29 August 2026. Buses will divert via Darlington Street, Sydney Place, and Beckford Road. Certain stops, including St. Mary's Church and Woodland Place, will be unable to be served during this period. Passengers are advised to plan their journeys accordingly.</w:t>
      </w:r>
      <w:r/>
    </w:p>
    <w:p>
      <w:pPr>
        <w:pStyle w:val="ListNumber"/>
        <w:spacing w:line="240" w:lineRule="auto"/>
        <w:ind w:left="720"/>
      </w:pPr>
      <w:r/>
      <w:hyperlink r:id="rId13">
        <w:r>
          <w:rPr>
            <w:color w:val="0000EE"/>
            <w:u w:val="single"/>
          </w:rPr>
          <w:t>https://www.firstbus.co.uk/bristol-bath-and-west/news-and-service-updates/updates/bristol-pride-road-closures-various-services</w:t>
        </w:r>
      </w:hyperlink>
      <w:r>
        <w:t xml:space="preserve"> - First Bus provided updates on road closures and diversions affecting various services during the Bristol Pride event on 11 July 2026. The event led to temporary road closures, impacting services such as 3, 6, 7, D1x, and U1. Passengers were advised to check the dedicated web page for full details on service changes and diversions during the event period.</w:t>
      </w:r>
      <w:r/>
    </w:p>
    <w:p>
      <w:pPr>
        <w:pStyle w:val="ListNumber"/>
        <w:spacing w:line="240" w:lineRule="auto"/>
        <w:ind w:left="720"/>
      </w:pPr>
      <w:r/>
      <w:hyperlink r:id="rId14">
        <w:r>
          <w:rPr>
            <w:color w:val="0000EE"/>
            <w:u w:val="single"/>
          </w:rPr>
          <w:t>https://www.bathnes.gov.uk/traffic-regulation-orders?combine=&amp;field_category__target_id=2778&amp;page=0</w:t>
        </w:r>
      </w:hyperlink>
      <w:r>
        <w:t xml:space="preserve"> - Bath and North East Somerset Council publishes notices for permanent and temporary Traffic Regulation Orders. Recent notices include road closures for events such as Bath Pride 2026 and Lyme Road in Newbridge. The council provides detailed information on the affected areas, duration of closures, and any diversions in place to assist residents and visitors in planning their journeys.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mersetlive.co.uk/news/somerset-news/full-list-bath-road-closures-11122029" TargetMode="External"/><Relationship Id="rId10" Type="http://schemas.openxmlformats.org/officeDocument/2006/relationships/hyperlink" Target="https://www.visitbath.co.uk/whats-on/bath-pride-p3560183" TargetMode="External"/><Relationship Id="rId11" Type="http://schemas.openxmlformats.org/officeDocument/2006/relationships/hyperlink" Target="https://www.bathnes.gov.uk/traffic-order/bath-pride-2025" TargetMode="External"/><Relationship Id="rId12" Type="http://schemas.openxmlformats.org/officeDocument/2006/relationships/hyperlink" Target="https://www.firstbus.co.uk/bristol-bath-and-west/news-and-service-updates/updates/bathwick-hillbath-road-closure-u1u1nu320" TargetMode="External"/><Relationship Id="rId13" Type="http://schemas.openxmlformats.org/officeDocument/2006/relationships/hyperlink" Target="https://www.firstbus.co.uk/bristol-bath-and-west/news-and-service-updates/updates/bristol-pride-road-closures-various-services" TargetMode="External"/><Relationship Id="rId14" Type="http://schemas.openxmlformats.org/officeDocument/2006/relationships/hyperlink" Target="https://www.bathnes.gov.uk/traffic-regulation-orders?combine=&amp;field_category__target_id=2778&amp;page=0" TargetMode="External"/><Relationship Id="rId15" Type="http://schemas.openxmlformats.org/officeDocument/2006/relationships/hyperlink" Target="https://faresaver.co.uk/category/road-closures-and-diver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