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Austin Pride Festival Moments and Heat-Smart Tips for Attendees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neighbours and longtime supporters flocked to Fiesta Gardens as Austin Pride returned for its 36th year, showing up despite triple‑digit temperatures , organisers, vendors and medics worked together to keep the party safe, shaded and very, very celebratory.</w:t>
      </w:r>
      <w:r/>
    </w:p>
    <w:p>
      <w:r/>
      <w:r>
        <w:t>Essential Takeaways</w:t>
      </w:r>
      <w:r/>
      <w:r/>
    </w:p>
    <w:p>
      <w:pPr>
        <w:pStyle w:val="ListBullet"/>
        <w:spacing w:line="240" w:lineRule="auto"/>
        <w:ind w:left="720"/>
      </w:pPr>
      <w:r/>
      <w:r>
        <w:rPr>
          <w:b/>
        </w:rPr>
        <w:t>Big turnout:</w:t>
      </w:r>
      <w:r>
        <w:t xml:space="preserve"> Thousands attended the 36th Austin Pride Festival at Fiesta Gardens, with a lively parade and multiple satellite events across the city. </w:t>
      </w:r>
      <w:r/>
    </w:p>
    <w:p>
      <w:pPr>
        <w:pStyle w:val="ListBullet"/>
        <w:spacing w:line="240" w:lineRule="auto"/>
        <w:ind w:left="720"/>
      </w:pPr>
      <w:r/>
      <w:r>
        <w:rPr>
          <w:b/>
        </w:rPr>
        <w:t>Heat precautions:</w:t>
      </w:r>
      <w:r>
        <w:t xml:space="preserve"> Organisers provided water, electrolytes, shaded stages and EMS crews on site; volunteers handed out cold treats like donated ice cream. </w:t>
      </w:r>
      <w:r/>
    </w:p>
    <w:p>
      <w:pPr>
        <w:pStyle w:val="ListBullet"/>
        <w:spacing w:line="240" w:lineRule="auto"/>
        <w:ind w:left="720"/>
      </w:pPr>
      <w:r/>
      <w:r>
        <w:rPr>
          <w:b/>
        </w:rPr>
        <w:t>Community support:</w:t>
      </w:r>
      <w:r>
        <w:t xml:space="preserve"> Local groups and vendors increased programming and resources, helping offset rising costs and political pressures. </w:t>
      </w:r>
      <w:r/>
    </w:p>
    <w:p>
      <w:pPr>
        <w:pStyle w:val="ListBullet"/>
        <w:spacing w:line="240" w:lineRule="auto"/>
        <w:ind w:left="720"/>
      </w:pPr>
      <w:r/>
      <w:r>
        <w:rPr>
          <w:b/>
        </w:rPr>
        <w:t>Citywide presence:</w:t>
      </w:r>
      <w:r>
        <w:t xml:space="preserve"> Pride activities spanned more than 11 events across 10 days and multiple neighbourhoods, signalling a broader community reach. </w:t>
      </w:r>
      <w:r/>
      <w:r/>
    </w:p>
    <w:p>
      <w:pPr>
        <w:pStyle w:val="Heading2"/>
      </w:pPr>
      <w:r>
        <w:t>A hot, happy comeback at Fiesta Gardens</w:t>
      </w:r>
      <w:r/>
    </w:p>
    <w:p>
      <w:r/>
      <w:r>
        <w:t>The headline fact: Austin Pride came back to Fiesta Gardens in full summer blaze, and people turned out in force, bright colours and sunscreen. Organisers from the Austin Pride Foundation said the festival marked its 36th year, and the mood was upbeat even as temperatures climbed into triple digits. You could feel the energy , loud music, chatter and the occasional whoop , but also the sweat, so logistics mattered as much as the line‑up.</w:t>
      </w:r>
      <w:r/>
    </w:p>
    <w:p>
      <w:r/>
      <w:r>
        <w:t>Being back in the park is more than nostalgic. According to event listings and organiser notes, the festival is part of a broader slate of Pride programming across Austin, and bringing it to a central outdoor spot helps reconnect long‑time attendees with newer community members. If you plan to go next year, expect fiesta vibes and plan for sun: hat, layer, frequent water stops.</w:t>
      </w:r>
      <w:r/>
    </w:p>
    <w:p>
      <w:pPr>
        <w:pStyle w:val="Heading2"/>
      </w:pPr>
      <w:r>
        <w:t>How organisers beat the heat , practical moves that made a difference</w:t>
      </w:r>
      <w:r/>
    </w:p>
    <w:p>
      <w:r/>
      <w:r>
        <w:t>Faced with extreme heat, festival teams leaned on simple, effective measures. There were shaded stages and tents, water stations, electrolyte options like Liquid I.V., and Austin Travis‑County EMS units parked nearby for quick response. Vendors and outreach teams handed out cold treats , in one corner, volunteers were giving away hundreds of ice‑cream servings.</w:t>
      </w:r>
      <w:r/>
    </w:p>
    <w:p>
      <w:r/>
      <w:r>
        <w:t>Those steps track with public health advice for outdoor summer events. If you’re attending, carry a refillable bottle, aim for early or late hours, rehydrate with electrolytes if you’re sweating a lot, and use cooling towels or shade breaks. Small prep goes a long way towards keeping the day fun instead of dangerous.</w:t>
      </w:r>
      <w:r/>
    </w:p>
    <w:p>
      <w:pPr>
        <w:pStyle w:val="Heading2"/>
      </w:pPr>
      <w:r>
        <w:t>Local groups and vendors made it feel like a true community festival</w:t>
      </w:r>
      <w:r/>
    </w:p>
    <w:p>
      <w:r/>
      <w:r>
        <w:t>Organisers credited the city’s community partners for helping the event happen, noting collaborations with local nonprofits, food and craft vendors, and outreach teams. The festival’s vendor mix included new faces, which helped the event feel fresh, while familiar groups kept that neighbourhood pride vibe.</w:t>
      </w:r>
      <w:r/>
    </w:p>
    <w:p>
      <w:r/>
      <w:r>
        <w:t>That local support also helps festivals survive rising costs and political headwinds. For attendees, it means you’ll probably find indie makers, grassroots organisations and small businesses alongside bigger names , and a chance to support groups you care about.</w:t>
      </w:r>
      <w:r/>
    </w:p>
    <w:p>
      <w:pPr>
        <w:pStyle w:val="Heading2"/>
      </w:pPr>
      <w:r>
        <w:t>Pride beyond the park , events around the city matter</w:t>
      </w:r>
      <w:r/>
    </w:p>
    <w:p>
      <w:r/>
      <w:r>
        <w:t>This year’s Pride didn’t stop at Fiesta Gardens. The Austin Pride Foundation staged more than 11 events across 10 days, bringing gatherings to different corners of the city to show Pride isn’t just downtown or one park. Parade routes, community forums and satellite celebrations let people celebrate close to home or seek out new experiences.</w:t>
      </w:r>
      <w:r/>
    </w:p>
    <w:p>
      <w:r/>
      <w:r>
        <w:t>Spreading events around also gives folks options to attend smaller, cooler gatherings if a full festival day feels like too much. Keep an eye on the official event calendar so you can pick times and places that suit your comfort and accessibility needs.</w:t>
      </w:r>
      <w:r/>
    </w:p>
    <w:p>
      <w:pPr>
        <w:pStyle w:val="Heading2"/>
      </w:pPr>
      <w:r>
        <w:t>What to pack and how to plan for next year</w:t>
      </w:r>
      <w:r/>
    </w:p>
    <w:p>
      <w:r/>
      <w:r>
        <w:t>Think lightweight and hydrating. Pack a hat, sunglasses, sunscreen, a refillable water bottle, cooling pack or towel, and comfortable shoes for grass and pavement. If you’re bringing friends or family, designate meeting spots and check the festival map for medical tents and shade areas. Consider volunteering or buying from local vendors , it’s a way to give back and stay connected to the community that keeps the festival running.</w:t>
      </w:r>
      <w:r/>
    </w:p>
    <w:p>
      <w:r/>
      <w:r>
        <w:t>And if the forecast says heat, arrive early, stake out shade and pace yourself. Festivals are for celebrating, not suffering.</w:t>
      </w:r>
      <w:r/>
    </w:p>
    <w:p>
      <w:r/>
      <w:r>
        <w:t>It's a small change in planning that can make every Pride moment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2">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https://www.kens5.com/article/news/local/austin-pride-festival-returns-fiesta-gardens-despite-triple-digit-heat/269-c525b152-055a-43bb-839a-8c908a36af05</w:t>
        </w:r>
      </w:hyperlink>
      <w:r>
        <w:t xml:space="preserve"> - Please view link - unable to able to access data</w:t>
      </w:r>
      <w:r/>
    </w:p>
    <w:p>
      <w:pPr>
        <w:pStyle w:val="ListNumber"/>
        <w:spacing w:line="240" w:lineRule="auto"/>
        <w:ind w:left="720"/>
      </w:pPr>
      <w:r/>
      <w:hyperlink r:id="rId10">
        <w:r>
          <w:rPr>
            <w:color w:val="0000EE"/>
            <w:u w:val="single"/>
          </w:rPr>
          <w:t>https://austinpride.org/event/2023-austin-pride-celebration/</w:t>
        </w:r>
      </w:hyperlink>
      <w:r>
        <w:t xml:space="preserve"> - The Austin Pride Foundation's official page for the 2023 Austin Pride Celebration, held on August 12-13, 2023, at Fiesta Gardens. The event featured over 400,000 attendees in 2022, with expectations for an even larger turnout in 2023. The festival included free inflatable games, carnival rides, drag queen story time, over 100 vendor booths, and more. The Pride Parade took place on Congress Avenue, starting at the Texas State Capitol Building and ending on the Ann Richards Bridge. Tickets were available for purchase at the festival gates, with proceeds donated back to the community.</w:t>
      </w:r>
      <w:r/>
    </w:p>
    <w:p>
      <w:pPr>
        <w:pStyle w:val="ListNumber"/>
        <w:spacing w:line="240" w:lineRule="auto"/>
        <w:ind w:left="720"/>
      </w:pPr>
      <w:r/>
      <w:hyperlink r:id="rId11">
        <w:r>
          <w:rPr>
            <w:color w:val="0000EE"/>
            <w:u w:val="single"/>
          </w:rPr>
          <w:t>https://www.kut.org/austin/2024-08-08/austin-pride-festival-parade</w:t>
        </w:r>
      </w:hyperlink>
      <w:r>
        <w:t xml:space="preserve"> - An article from KUT Radio, Austin's NPR Station, published on August 8, 2024, providing essential information for attendees of the Austin Pride Festival and Parade. The event was scheduled for Saturday, with expectations of hundreds of thousands of attendees. The National Weather Service predicted a heat index of at least 105 degrees Fahrenheit. The festival was set to begin at 11 a.m. at Fiesta Gardens, featuring inflatable games, carnival rides, drag queen story time, food trucks, and more than 100 vendor booths.</w:t>
      </w:r>
      <w:r/>
    </w:p>
    <w:p>
      <w:pPr>
        <w:pStyle w:val="ListNumber"/>
        <w:spacing w:line="240" w:lineRule="auto"/>
        <w:ind w:left="720"/>
      </w:pPr>
      <w:r/>
      <w:hyperlink r:id="rId12">
        <w:r>
          <w:rPr>
            <w:color w:val="0000EE"/>
            <w:u w:val="single"/>
          </w:rPr>
          <w:t>https://www.kut.org/health/2023-06-09/signs-of-heat-related-illnesses-prevention-tips</w:t>
        </w:r>
      </w:hyperlink>
      <w:r>
        <w:t xml:space="preserve"> - An article from KUT Radio, Austin's NPR Station, published on June 9, 2023, offering guidance on preventing heat-related illnesses during Austin's triple-digit temperatures. The piece emphasizes the importance of hydration, wearing appropriate clothing, and taking breaks in shaded or air-conditioned areas. It also provides information on recognizing symptoms of heat-related illnesses and the necessary steps to take if they occur, including when to seek medical attention.</w:t>
      </w:r>
      <w:r/>
    </w:p>
    <w:p>
      <w:pPr>
        <w:pStyle w:val="ListNumber"/>
        <w:spacing w:line="240" w:lineRule="auto"/>
        <w:ind w:left="720"/>
      </w:pPr>
      <w:r/>
      <w:hyperlink r:id="rId13">
        <w:r>
          <w:rPr>
            <w:color w:val="0000EE"/>
            <w:u w:val="single"/>
          </w:rPr>
          <w:t>https://www.austintexas.gov/ace/events/austin-pride-festival</w:t>
        </w:r>
      </w:hyperlink>
      <w:r>
        <w:t xml:space="preserve"> - The City of Austin's official page for the Austin Pride Festival, scheduled for August 22, 2026, at Fiesta Gardens. The event is set to run from 11:00 AM to 5:00 PM at 2101 Jesse E. Segovia St. The page includes information on street closures, transportation, and parking. It provides links to parking information, neighborhood no parking restrictions, and parking garages such as the Austin Convention Center, City Hall Garage, One Texas Center, Palmer Events Center, and RiverSouth.</w:t>
      </w:r>
      <w:r/>
    </w:p>
    <w:p>
      <w:pPr>
        <w:pStyle w:val="ListNumber"/>
        <w:spacing w:line="240" w:lineRule="auto"/>
        <w:ind w:left="720"/>
      </w:pPr>
      <w:r/>
      <w:hyperlink r:id="rId14">
        <w:r>
          <w:rPr>
            <w:color w:val="0000EE"/>
            <w:u w:val="single"/>
          </w:rPr>
          <w:t>https://www.colorsofpride.org/</w:t>
        </w:r>
      </w:hyperlink>
      <w:r>
        <w:t xml:space="preserve"> - The official website for Colors of Pride Gatherings, an event celebrating LGBTQIA+ people of color in Central Texas. The 2025 gathering is scheduled for August 9th, 2025, and offers free, indoor, air-conditioned, wheelchair-accessible spaces with ASL interpreters. The event features mocktail and cocktail bars, a free community meal, and speed-friending activities. The website also recaps the 2023 event and provides information on how to get involved, including sponsorship, volunteering, and donations.</w:t>
      </w:r>
      <w:r/>
    </w:p>
    <w:p>
      <w:pPr>
        <w:pStyle w:val="ListNumber"/>
        <w:spacing w:line="240" w:lineRule="auto"/>
        <w:ind w:left="720"/>
      </w:pPr>
      <w:r/>
      <w:hyperlink r:id="rId15">
        <w:r>
          <w:rPr>
            <w:color w:val="0000EE"/>
            <w:u w:val="single"/>
          </w:rPr>
          <w:t>https://www.sunnewsaustin.com/2023/08/12/austin-pride-2023/</w:t>
        </w:r>
      </w:hyperlink>
      <w:r>
        <w:t xml:space="preserve"> - An article from Sun News Austin, published on August 12, 2023, covering the 31st annual Austin Pride Festival and Parade. The event was held at Fiesta Gardens, 2101 Jesse Segovia St. The article features photos of the Weird City Sisters of Perpetual Indulgence, a local LGBTQ+ group, and mentions various vendors present at the festival, including PrideBox. The piece highlights the unique and diverse nature of Austin's Pride celebrations.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ens5.com/article/news/local/austin-pride-festival-returns-fiesta-gardens-despite-triple-digit-heat/269-c525b152-055a-43bb-839a-8c908a36af05" TargetMode="External"/><Relationship Id="rId10" Type="http://schemas.openxmlformats.org/officeDocument/2006/relationships/hyperlink" Target="https://austinpride.org/event/2023-austin-pride-celebration/" TargetMode="External"/><Relationship Id="rId11" Type="http://schemas.openxmlformats.org/officeDocument/2006/relationships/hyperlink" Target="https://www.kut.org/austin/2024-08-08/austin-pride-festival-parade" TargetMode="External"/><Relationship Id="rId12" Type="http://schemas.openxmlformats.org/officeDocument/2006/relationships/hyperlink" Target="https://www.kut.org/health/2023-06-09/signs-of-heat-related-illnesses-prevention-tips" TargetMode="External"/><Relationship Id="rId13" Type="http://schemas.openxmlformats.org/officeDocument/2006/relationships/hyperlink" Target="https://www.austintexas.gov/ace/events/austin-pride-festival" TargetMode="External"/><Relationship Id="rId14" Type="http://schemas.openxmlformats.org/officeDocument/2006/relationships/hyperlink" Target="https://www.colorsofpride.org/" TargetMode="External"/><Relationship Id="rId15" Type="http://schemas.openxmlformats.org/officeDocument/2006/relationships/hyperlink" Target="https://www.sunnewsaustin.com/2023/08/12/austin-pride-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