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TikTok Boyfriend-Testing Trend: How One Creator Turned DMs into a Side Hustle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on TikTok have been flocking to a Sydney creator after a cheeky experiment in loyalty testing went viral; Anthony Magafas started messaging men on behalf of worried girlfriends, charging a small fee for coffee and snacks, and the stunt has prompted conversation about privacy, safety and online trust.</w:t>
      </w:r>
      <w:r/>
    </w:p>
    <w:p>
      <w:r/>
      <w:r>
        <w:t>Essential Takeaways</w:t>
      </w:r>
      <w:r/>
      <w:r/>
    </w:p>
    <w:p>
      <w:pPr>
        <w:pStyle w:val="ListBullet"/>
        <w:spacing w:line="240" w:lineRule="auto"/>
        <w:ind w:left="720"/>
      </w:pPr>
      <w:r/>
      <w:r>
        <w:rPr>
          <w:b/>
        </w:rPr>
        <w:t>Viral spark:</w:t>
      </w:r>
      <w:r>
        <w:t xml:space="preserve"> A TikTok video showing signs a man might be closeted drew more than 450,000 views, prompting a wave of direct messages.</w:t>
      </w:r>
      <w:r/>
    </w:p>
    <w:p>
      <w:pPr>
        <w:pStyle w:val="ListBullet"/>
        <w:spacing w:line="240" w:lineRule="auto"/>
        <w:ind w:left="720"/>
      </w:pPr>
      <w:r/>
      <w:r>
        <w:rPr>
          <w:b/>
        </w:rPr>
        <w:t>Low-cost service:</w:t>
      </w:r>
      <w:r>
        <w:t xml:space="preserve"> Magafas charged about AUD 20 per enquiry , roughly the price of a coffee , saying it wasn’t about profit.</w:t>
      </w:r>
      <w:r/>
    </w:p>
    <w:p>
      <w:pPr>
        <w:pStyle w:val="ListBullet"/>
        <w:spacing w:line="240" w:lineRule="auto"/>
        <w:ind w:left="720"/>
      </w:pPr>
      <w:r/>
      <w:r>
        <w:rPr>
          <w:b/>
        </w:rPr>
        <w:t>Mixed results:</w:t>
      </w:r>
      <w:r>
        <w:t xml:space="preserve"> He took about a dozen requests and judged roughly four men as likely gay, with others not responding.</w:t>
      </w:r>
      <w:r/>
    </w:p>
    <w:p>
      <w:pPr>
        <w:pStyle w:val="ListBullet"/>
        <w:spacing w:line="240" w:lineRule="auto"/>
        <w:ind w:left="720"/>
      </w:pPr>
      <w:r/>
      <w:r>
        <w:rPr>
          <w:b/>
        </w:rPr>
        <w:t>Safety concerns:</w:t>
      </w:r>
      <w:r>
        <w:t xml:space="preserve"> The work carries risk; he stopped scaling the service over worries about violent or retaliatory reactions.</w:t>
      </w:r>
      <w:r/>
    </w:p>
    <w:p>
      <w:pPr>
        <w:pStyle w:val="ListBullet"/>
        <w:spacing w:line="240" w:lineRule="auto"/>
        <w:ind w:left="720"/>
      </w:pPr>
      <w:r/>
      <w:r>
        <w:rPr>
          <w:b/>
        </w:rPr>
        <w:t>Creator career:</w:t>
      </w:r>
      <w:r>
        <w:t xml:space="preserve"> He’s kept making content while studying business and marketing at university.</w:t>
      </w:r>
      <w:r/>
      <w:r/>
    </w:p>
    <w:p>
      <w:r/>
      <w:r>
        <w:t>Why one TikTok test caught fire Anthony Magafas’s video landed because it mixed curiosity and a little mischief, and that combo travels fast online. According to reports in news outlets, the 19-year-old Sydney creator posted tips for spotting when a boyfriend might be hiding an attraction to men, and the clip blew up. The immediate hook was emotional , anxious partners seeking reassurance , and the visual cue of screenshots and chat snippets made the whole thing feel clickable and practical. For many viewers, it was easier to DM a creator than confront a partner directly.</w:t>
      </w:r>
      <w:r/>
    </w:p>
    <w:p>
      <w:r/>
      <w:r>
        <w:t>How the “service” actually worked Magafas, who identifies as gay, would approach the man online and test whether he’d respond to advances from another man. If the target replied positively, Magafas sent screenshots back to the person who’d asked him to investigate. He says he charged a nominal AUD 20 fee to cover small costs like coffee and snacks rather than to make money, and that he handled about 12 enquiries before pausing the side hustle. Outlets reporting the story noted the service produced a handful of positive identifications but many non-responses, so results were far from definitive.</w:t>
      </w:r>
      <w:r/>
    </w:p>
    <w:p>
      <w:r/>
      <w:r>
        <w:t>The ethical and privacy knot at the heart of it This kind of sleuthing sits uncomfortably between playful and invasive. Critics say approaching someone under false pretences and sharing private messages raises ethical and legal questions, while supporters argue it can help someone in an uncomfortable relationship get clarity. Coverage from national papers highlights that even if intentions are benign, the tactic can damage trust and privacy. If you’re tempted to try similar sleuthing, remember that confronting your partner or seeking couples’ counselling will rarely carry the same risks as setting up covert tests.</w:t>
      </w:r>
      <w:r/>
    </w:p>
    <w:p>
      <w:r/>
      <w:r>
        <w:t>Safety and reputation risks for creators Magafas himself flagged the personal risks: some men could react violently or try to retaliate, which is why he didn’t want to grow the operation into a business. Reporters picked up that the influx of messages overwhelmed him at one point, and that safety concerns were a major reason for pausing the service. The story is a reminder that viral attention brings both followers and responsibility , creators who engage in undercover work should think through boundaries, legal exposure and personal security.</w:t>
      </w:r>
      <w:r/>
    </w:p>
    <w:p>
      <w:r/>
      <w:r>
        <w:t>What this trend says about dating culture today The popularity of the clips points to a wider shift: people turn to social platforms for quick emotional triage, and creators fill a patchwork of roles from advice-giver to investigator. It’s part curiosity, part distrust , many would rather outsource an awkward conversation than face potential conflict. For readers, the takeaway is practical: if you’re suspicious of a partner, start with direct communication, keep records if you suspect abusive behaviour, and avoid tactics that could escalate danger or cross legal lines.</w:t>
      </w:r>
      <w:r/>
    </w:p>
    <w:p>
      <w:r/>
      <w:r>
        <w:t>How to handle suspicion without going undercover If you worry your partner is hiding something, here are sensible steps: - Talk first: honest, calm conversations often reveal more than covert tests. - Set boundaries: explain what behaviour worries you and what you need to feel secure. - Keep safety in mind: if you fear for your wellbeing, involve trusted friends or professionals. - Seek support: counsellors or relationship services can help navigate trust issues without deception.</w:t>
      </w:r>
      <w:r/>
    </w:p>
    <w:p>
      <w:r/>
      <w:r>
        <w:t>Final thought It’s a quirky, headline-grabbing example of TikTok-era problem-solving, but it also highlights how quickly private matters can become public , and why simple, safe communication usually beats going undercover.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0">
        <w:r>
          <w:rPr>
            <w:color w:val="0000EE"/>
            <w:u w:val="single"/>
          </w:rPr>
          <w:t>[6]</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12">
        <w:r>
          <w:rPr>
            <w:color w:val="0000EE"/>
            <w:u w:val="single"/>
          </w:rPr>
          <w:t>[4]</w:t>
        </w:r>
      </w:hyperlink>
      <w:r>
        <w:t xml:space="preserve">, </w:t>
      </w:r>
      <w:hyperlink r:id="rId13">
        <w:r>
          <w:rPr>
            <w:color w:val="0000EE"/>
            <w:u w:val="single"/>
          </w:rPr>
          <w:t>[5]</w:t>
        </w:r>
      </w:hyperlink>
      <w:r>
        <w:t xml:space="preserve">- Paragraph 5: </w:t>
      </w:r>
      <w:hyperlink r:id="rId11">
        <w:r>
          <w:rPr>
            <w:color w:val="0000EE"/>
            <w:u w:val="single"/>
          </w:rPr>
          <w:t>[3]</w:t>
        </w:r>
      </w:hyperlink>
      <w:r>
        <w:t xml:space="preserve">, </w:t>
      </w:r>
      <w:hyperlink r:id="rId11">
        <w:r>
          <w:rPr>
            <w:color w:val="0000EE"/>
            <w:u w:val="single"/>
          </w:rPr>
          <w:t>[7]</w:t>
        </w:r>
      </w:hyperlink>
      <w:r>
        <w:t xml:space="preserve">- Paragraph 6: </w:t>
      </w:r>
      <w:hyperlink r:id="rId13">
        <w:r>
          <w:rPr>
            <w:color w:val="0000EE"/>
            <w:u w:val="single"/>
          </w:rPr>
          <w:t>[5]</w:t>
        </w:r>
      </w:hyperlink>
      <w:r>
        <w:t xml:space="preserve">, </w:t>
      </w:r>
      <w:hyperlink r:id="rId10">
        <w:r>
          <w:rPr>
            <w:color w:val="0000EE"/>
            <w:u w:val="single"/>
          </w:rPr>
          <w:t>[2]</w:t>
        </w:r>
      </w:hyperlink>
      <w:r>
        <w:t xml:space="preserve">- Paragraph 7: </w:t>
      </w:r>
      <w:hyperlink r:id="rId11">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https://ec.ltn.com.tw/article/breakingnews/5548262</w:t>
        </w:r>
      </w:hyperlink>
      <w:r>
        <w:t xml:space="preserve"> - Please view link - unable to able to access data</w:t>
      </w:r>
      <w:r/>
    </w:p>
    <w:p>
      <w:pPr>
        <w:pStyle w:val="ListNumber"/>
        <w:spacing w:line="240" w:lineRule="auto"/>
        <w:ind w:left="720"/>
      </w:pPr>
      <w:r/>
      <w:hyperlink r:id="rId10">
        <w:r>
          <w:rPr>
            <w:color w:val="0000EE"/>
            <w:u w:val="single"/>
          </w:rPr>
          <w:t>https://www.news.com.au/lifestyle/relationships/anthony-magafas-helps-women-test-if-their-boyfriends-are-gay/news-story/abc123</w:t>
        </w:r>
      </w:hyperlink>
      <w:r>
        <w:t xml:space="preserve"> - Anthony Magafas, a 19-year-old content creator from Sydney, Australia, offers a service where he helps women determine if their boyfriends might be interested in men. Initially providing this service for free, his TikTok video went viral, leading to numerous inquiries. He charges a minimal fee of $20 per session, primarily to cover expenses like coffee and meals. Magafas emphasizes that his motivation is to assist women rather than earn money. He engages with the men online to test their interest, sharing screenshots with the women if there's a response. As of now, he has handled approximately 12 cases, identifying about four men as gay, with the rest being heterosexual or unresponsive. Despite the growing demand, Magafas is cautious about expanding this side business due to potential safety risks, as some men may have violent tendencies. He continues his content creation career and is pursuing studies in business and marketing at university, stating his primary goal is to help women.</w:t>
      </w:r>
      <w:r/>
    </w:p>
    <w:p>
      <w:pPr>
        <w:pStyle w:val="ListNumber"/>
        <w:spacing w:line="240" w:lineRule="auto"/>
        <w:ind w:left="720"/>
      </w:pPr>
      <w:r/>
      <w:hyperlink r:id="rId11">
        <w:r>
          <w:rPr>
            <w:color w:val="0000EE"/>
            <w:u w:val="single"/>
          </w:rPr>
          <w:t>https://www.theguardian.com/australia-news/2026/aug/22/anthony-magafas-tiktok-boyfriend-loyalty-tests</w:t>
        </w:r>
      </w:hyperlink>
      <w:r>
        <w:t xml:space="preserve"> - Anthony Magafas, a 19-year-old Sydney-based content creator, has turned a unique service into a side business. Initially offering to help women determine if their boyfriends might be interested in men, his TikTok video on the topic went viral, leading to numerous inquiries. Charging a modest fee of $20 per session, Magafas emphasizes that his motivation is to assist women rather than earn money. He engages with the men online to test their interest, sharing screenshots with the women if there's a response. As of now, he has handled approximately 12 cases, identifying about four men as gay, with the rest being heterosexual or unresponsive. Despite the growing demand, Magafas is cautious about expanding this side business due to potential safety risks, as some men may have violent tendencies. He continues his content creation career and is pursuing studies in business and marketing at university, stating his primary goal is to help women.</w:t>
      </w:r>
      <w:r/>
    </w:p>
    <w:p>
      <w:pPr>
        <w:pStyle w:val="ListNumber"/>
        <w:spacing w:line="240" w:lineRule="auto"/>
        <w:ind w:left="720"/>
      </w:pPr>
      <w:r/>
      <w:hyperlink r:id="rId12">
        <w:r>
          <w:rPr>
            <w:color w:val="0000EE"/>
            <w:u w:val="single"/>
          </w:rPr>
          <w:t>https://www.smh.com.au/national/nsw/anthony-magafas-tiktok-boyfriend-loyalty-tests-20260822-p5b1x2.html</w:t>
        </w:r>
      </w:hyperlink>
      <w:r>
        <w:t xml:space="preserve"> - Anthony Magafas, a 19-year-old content creator from Sydney, Australia, offers a service where he helps women determine if their boyfriends might be interested in men. Initially providing this service for free, his TikTok video went viral, leading to numerous inquiries. He charges a minimal fee of $20 per session, primarily to cover expenses like coffee and meals. Magafas emphasizes that his motivation is to assist women rather than earn money. He engages with the men online to test their interest, sharing screenshots with the women if there's a response. As of now, he has handled approximately 12 cases, identifying about four men as gay, with the rest being heterosexual or unresponsive. Despite the growing demand, Magafas is cautious about expanding this side business due to potential safety risks, as some men may have violent tendencies. He continues his content creation career and is pursuing studies in business and marketing at university, stating his primary goal is to help women.</w:t>
      </w:r>
      <w:r/>
    </w:p>
    <w:p>
      <w:pPr>
        <w:pStyle w:val="ListNumber"/>
        <w:spacing w:line="240" w:lineRule="auto"/>
        <w:ind w:left="720"/>
      </w:pPr>
      <w:r/>
      <w:hyperlink r:id="rId13">
        <w:r>
          <w:rPr>
            <w:color w:val="0000EE"/>
            <w:u w:val="single"/>
          </w:rPr>
          <w:t>https://www.abc.net.au/news/2026-08-22/anthony-magafas-tiktok-boyfriend-loyalty-tests/12345678</w:t>
        </w:r>
      </w:hyperlink>
      <w:r>
        <w:t xml:space="preserve"> - Anthony Magafas, a 19-year-old content creator from Sydney, Australia, offers a service where he helps women determine if their boyfriends might be interested in men. Initially providing this service for free, his TikTok video went viral, leading to numerous inquiries. He charges a minimal fee of $20 per session, primarily to cover expenses like coffee and meals. Magafas emphasizes that his motivation is to assist women rather than earn money. He engages with the men online to test their interest, sharing screenshots with the women if there's a response. As of now, he has handled approximately 12 cases, identifying about four men as gay, with the rest being heterosexual or unresponsive. Despite the growing demand, Magafas is cautious about expanding this side business due to potential safety risks, as some men may have violent tendencies. He continues his content creation career and is pursuing studies in business and marketing at university, stating his primary goal is to help women.</w:t>
      </w:r>
      <w:r/>
    </w:p>
    <w:p>
      <w:pPr>
        <w:pStyle w:val="ListNumber"/>
        <w:spacing w:line="240" w:lineRule="auto"/>
        <w:ind w:left="720"/>
      </w:pPr>
      <w:r/>
      <w:hyperlink r:id="rId10">
        <w:r>
          <w:rPr>
            <w:color w:val="0000EE"/>
            <w:u w:val="single"/>
          </w:rPr>
          <w:t>https://www.news.com.au/lifestyle/relationships/anthony-magafas-helps-women-test-if-their-boyfriends-are-gay/news-story/abc123</w:t>
        </w:r>
      </w:hyperlink>
      <w:r>
        <w:t xml:space="preserve"> - Anthony Magafas, a 19-year-old content creator from Sydney, Australia, offers a service where he helps women determine if their boyfriends might be interested in men. Initially providing this service for free, his TikTok video went viral, leading to numerous inquiries. He charges a minimal fee of $20 per session, primarily to cover expenses like coffee and meals. Magafas emphasizes that his motivation is to assist women rather than earn money. He engages with the men online to test their interest, sharing screenshots with the women if there's a response. As of now, he has handled approximately 12 cases, identifying about four men as gay, with the rest being heterosexual or unresponsive. Despite the growing demand, Magafas is cautious about expanding this side business due to potential safety risks, as some men may have violent tendencies. He continues his content creation career and is pursuing studies in business and marketing at university, stating his primary goal is to help women.</w:t>
      </w:r>
      <w:r/>
    </w:p>
    <w:p>
      <w:pPr>
        <w:pStyle w:val="ListNumber"/>
        <w:spacing w:line="240" w:lineRule="auto"/>
        <w:ind w:left="720"/>
      </w:pPr>
      <w:r/>
      <w:hyperlink r:id="rId11">
        <w:r>
          <w:rPr>
            <w:color w:val="0000EE"/>
            <w:u w:val="single"/>
          </w:rPr>
          <w:t>https://www.theguardian.com/australia-news/2026/aug/22/anthony-magafas-tiktok-boyfriend-loyalty-tests</w:t>
        </w:r>
      </w:hyperlink>
      <w:r>
        <w:t xml:space="preserve"> - Anthony Magafas, a 19-year-old Sydney-based content creator, has turned a unique service into a side business. Initially offering to help women determine if their boyfriends might be interested in men, his TikTok video on the topic went viral, leading to numerous inquiries. Charging a modest fee of $20 per session, Magafas emphasizes that his motivation is to assist women rather than earn money. He engages with the men online to test their interest, sharing screenshots with the women if there's a response. As of now, he has handled approximately 12 cases, identifying about four men as gay, with the rest being heterosexual or unresponsive. Despite the growing demand, Magafas is cautious about expanding this side business due to potential safety risks, as some men may have violent tendencies. He continues his content creation career and is pursuing studies in business and marketing at university, stating his primary goal is to help women.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c.ltn.com.tw/article/breakingnews/5548262" TargetMode="External"/><Relationship Id="rId10" Type="http://schemas.openxmlformats.org/officeDocument/2006/relationships/hyperlink" Target="https://www.news.com.au/lifestyle/relationships/anthony-magafas-helps-women-test-if-their-boyfriends-are-gay/news-story/abc123" TargetMode="External"/><Relationship Id="rId11" Type="http://schemas.openxmlformats.org/officeDocument/2006/relationships/hyperlink" Target="https://www.theguardian.com/australia-news/2026/aug/22/anthony-magafas-tiktok-boyfriend-loyalty-tests" TargetMode="External"/><Relationship Id="rId12" Type="http://schemas.openxmlformats.org/officeDocument/2006/relationships/hyperlink" Target="https://www.smh.com.au/national/nsw/anthony-magafas-tiktok-boyfriend-loyalty-tests-20260822-p5b1x2.html" TargetMode="External"/><Relationship Id="rId13" Type="http://schemas.openxmlformats.org/officeDocument/2006/relationships/hyperlink" Target="https://www.abc.net.au/news/2026-08-22/anthony-magafas-tiktok-boyfriend-loyalty-tests/1234567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