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Reel Queer Film Festival Picks and Why Little Rock’s LGBTQ+ Cinema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cinema for connection: Little Rock’s Reel Queer Film Festival returns Aug 27–30, bringing bold new queer stories, tender documentaries and laugh-out-loud comedies to the CALS Ron Robinson Theater , a compact, welcoming festival that matters for community, visibility and plain good films.</w:t>
      </w:r>
      <w:r/>
    </w:p>
    <w:p>
      <w:r/>
      <w:r>
        <w:t>Essential Takeaways</w:t>
      </w:r>
      <w:r/>
      <w:r/>
    </w:p>
    <w:p>
      <w:pPr>
        <w:pStyle w:val="ListBullet"/>
        <w:spacing w:line="240" w:lineRule="auto"/>
        <w:ind w:left="720"/>
      </w:pPr>
      <w:r/>
      <w:r>
        <w:rPr>
          <w:b/>
        </w:rPr>
        <w:t>Dates and venue:</w:t>
      </w:r>
      <w:r>
        <w:t xml:space="preserve"> The festival runs Thursday Aug 27 through Sunday Aug 30 at the CALS Ron Robinson Theater. </w:t>
      </w:r>
      <w:r/>
    </w:p>
    <w:p>
      <w:pPr>
        <w:pStyle w:val="ListBullet"/>
        <w:spacing w:line="240" w:lineRule="auto"/>
        <w:ind w:left="720"/>
      </w:pPr>
      <w:r/>
      <w:r>
        <w:rPr>
          <w:b/>
        </w:rPr>
        <w:t>Ticketing:</w:t>
      </w:r>
      <w:r>
        <w:t xml:space="preserve"> Full festival passes range $50–$115, with single-screen tickets available for about $12. </w:t>
      </w:r>
      <w:r/>
    </w:p>
    <w:p>
      <w:pPr>
        <w:pStyle w:val="ListBullet"/>
        <w:spacing w:line="240" w:lineRule="auto"/>
        <w:ind w:left="720"/>
      </w:pPr>
      <w:r/>
      <w:r>
        <w:rPr>
          <w:b/>
        </w:rPr>
        <w:t>Standout films:</w:t>
      </w:r>
      <w:r>
        <w:t xml:space="preserve"> Highlights include Test (small-town drama), She’s the He (high-school trans comedy) and Adam’s Apple (intimate trans coming-of-age documentary). </w:t>
      </w:r>
      <w:r/>
    </w:p>
    <w:p>
      <w:pPr>
        <w:pStyle w:val="ListBullet"/>
        <w:spacing w:line="240" w:lineRule="auto"/>
        <w:ind w:left="720"/>
      </w:pPr>
      <w:r/>
      <w:r>
        <w:rPr>
          <w:b/>
        </w:rPr>
        <w:t>Atmosphere:</w:t>
      </w:r>
      <w:r>
        <w:t xml:space="preserve"> Expect an indie, community-minded vibe , screenings, shorts blocks, and conversations with filmmakers in a compact downtown venue. </w:t>
      </w:r>
      <w:r/>
    </w:p>
    <w:p>
      <w:pPr>
        <w:pStyle w:val="ListBullet"/>
        <w:spacing w:line="240" w:lineRule="auto"/>
        <w:ind w:left="720"/>
      </w:pPr>
      <w:r/>
      <w:r>
        <w:rPr>
          <w:b/>
        </w:rPr>
        <w:t>Accessibility:</w:t>
      </w:r>
      <w:r>
        <w:t xml:space="preserve"> Local LGBTQ organisations and festival site provide schedules and updates; grab tickets early for popular showings.</w:t>
      </w:r>
      <w:r/>
      <w:r/>
    </w:p>
    <w:p>
      <w:pPr>
        <w:pStyle w:val="Heading2"/>
      </w:pPr>
      <w:r>
        <w:t>What makes this year’s lineup feel electric</w:t>
      </w:r>
      <w:r/>
    </w:p>
    <w:p>
      <w:r/>
      <w:r>
        <w:t>The immediate hit is how many fresh, wholehearted stories crowd the schedule, and how each one carries a different emotional texture. Test tells a small-town tale of ambition, addiction and queer desire with a gritty, sweaty intimacy; She’s the He flips high-school tropes into a joyous, trans-positive comedy; Adam’s Apple follows a parent and child through a tender gender journey. There’s a warmth to programming choices here , films that feel handcrafted rather than market-tested. For viewers, that means surprising performances and real conversations, not what you’ve already seen.</w:t>
      </w:r>
      <w:r/>
    </w:p>
    <w:p>
      <w:pPr>
        <w:pStyle w:val="Heading2"/>
      </w:pPr>
      <w:r>
        <w:t>Where to go, when and what to expect at the CALS Ron Robinson Theater</w:t>
      </w:r>
      <w:r/>
    </w:p>
    <w:p>
      <w:r/>
      <w:r>
        <w:t>The Ron Robinson is compact and friendly, which makes screenings feel communal , you’ll notice laughter, gasps and applause more readily than in a multiplex. Full festival passes cost between $50 and $115, while single screenings are about $12 apiece, so you can mix a big-ticket night with budget-friendly discoveries. According to the festival website, schedules and special events are listed in detail there, so pick your must-sees and leave room for a surprise short block or panel conversation.</w:t>
      </w:r>
      <w:r/>
    </w:p>
    <w:p>
      <w:pPr>
        <w:pStyle w:val="Heading2"/>
      </w:pPr>
      <w:r>
        <w:t>Why small festivals like Reel Queer matter now</w:t>
      </w:r>
      <w:r/>
    </w:p>
    <w:p>
      <w:r/>
      <w:r>
        <w:t>Major outlets often spotlight a handful of queer titles, but regional festivals are where diversity of voice really shows up. Local programming highlights up-and-coming writers, directors and actors who might otherwise slip under the radar, and it invites community viewing , families, allies, and queer audiences together. Organisations such as local Pride groups often partner or publicise the festival, which helps build attendance and keeps the festival rooted in civic life. That mix of art and outreach is why these events still feel vital.</w:t>
      </w:r>
      <w:r/>
    </w:p>
    <w:p>
      <w:pPr>
        <w:pStyle w:val="Heading2"/>
      </w:pPr>
      <w:r>
        <w:t>How to choose which screenings to see</w:t>
      </w:r>
      <w:r/>
    </w:p>
    <w:p>
      <w:r/>
      <w:r>
        <w:t>Start with a theme: if you want laughter, pick She’s the He and the lighter shorts block; if you want intimacy, book Adam’s Apple and personal documentaries. Pay attention to run times and Q&amp;As , panels with directors or casts often follow evening slots and are worth the extra time. If you’re on a budget, single-ticket $12 screenings let you sample without the full-pass commitment. And bring a friend , queer cinema lands differently in pairs or small groups, and you’ll have someone to debrief with after the final frame fades.</w:t>
      </w:r>
      <w:r/>
    </w:p>
    <w:p>
      <w:pPr>
        <w:pStyle w:val="Heading2"/>
      </w:pPr>
      <w:r>
        <w:t>Reaction, context and a quick look forward</w:t>
      </w:r>
      <w:r/>
    </w:p>
    <w:p>
      <w:r/>
      <w:r>
        <w:t>Festival organisers clearly programmed for range , comedy, drama, documentary , and that breadth speaks to how queer life can’t be boxed into one mood. Attending feels like voting for visibility: you give filmmakers a chance to be seen and locals a chance to gather. Look out for ripple effects too; regional festivals often shepherd films into wider attention and spark local conversations about representation in arts programming.</w:t>
      </w:r>
      <w:r/>
    </w:p>
    <w:p>
      <w:r/>
      <w:r>
        <w:t>It's a small cultural moment with big heart , worth an evening or an entire long weekend.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11">
        <w:r>
          <w:rPr>
            <w:color w:val="0000EE"/>
            <w:u w:val="single"/>
          </w:rPr>
          <w:t>[4]</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https://arktimes.com/food-and-culture/2026/08/20/reel-queer-film-festival-slated-for-aug-27-30</w:t>
        </w:r>
      </w:hyperlink>
      <w:r>
        <w:t xml:space="preserve"> - Please view link - unable to able to access data</w:t>
      </w:r>
      <w:r/>
    </w:p>
    <w:p>
      <w:pPr>
        <w:pStyle w:val="ListNumber"/>
        <w:spacing w:line="240" w:lineRule="auto"/>
        <w:ind w:left="720"/>
      </w:pPr>
      <w:r/>
      <w:hyperlink r:id="rId10">
        <w:r>
          <w:rPr>
            <w:color w:val="0000EE"/>
            <w:u w:val="single"/>
          </w:rPr>
          <w:t>https://happeningnext.com/event/2026-reel-queer-film-festival-eid3a0dwupnxs</w:t>
        </w:r>
      </w:hyperlink>
      <w:r>
        <w:t xml:space="preserve"> - The 12th Annual Reel Queer Film Festival is scheduled to take place from August 27 to August 30, 2026, at the CALS Ron Robinson Theater in Little Rock, Arkansas. This festival is Arkansas's only LGBTQ+ film festival, bringing together bold films, filmmakers, artists, and audiences for four days of storytelling and community. The event will feature screenings, filmmaker Q&amp;As, special events, and a VIP Party. Tickets are available for purchase, with options including a VIP Pass for $115, a Film Pass for $50, and individual tickets for $12.</w:t>
      </w:r>
      <w:r/>
    </w:p>
    <w:p>
      <w:pPr>
        <w:pStyle w:val="ListNumber"/>
        <w:spacing w:line="240" w:lineRule="auto"/>
        <w:ind w:left="720"/>
      </w:pPr>
      <w:r/>
      <w:hyperlink r:id="rId12">
        <w:r>
          <w:rPr>
            <w:color w:val="0000EE"/>
            <w:u w:val="single"/>
          </w:rPr>
          <w:t>https://www.arpride.org/events/reel-queer-film-festival</w:t>
        </w:r>
      </w:hyperlink>
      <w:r>
        <w:t xml:space="preserve"> - The Reel Queer Film Festival is set to occur from August 27 to August 30, 2026, at the Ron Robinson Theater in Little Rock, Arkansas. Produced by Kaleidoscope Arts and Culture, the festival aims to provide innovative programming that engages audiences in Arkansas and surrounding regions. It celebrates the diversity of the LGBTQ+ community and filmmakers by presenting films that document LGBT+ lives truthfully and with respect. The festival has grown into a premier LGBTQIA+ film festival in the nation since its inception under the Central Arkansas Pride umbrella in 2015.</w:t>
      </w:r>
      <w:r/>
    </w:p>
    <w:p>
      <w:pPr>
        <w:pStyle w:val="ListNumber"/>
        <w:spacing w:line="240" w:lineRule="auto"/>
        <w:ind w:left="720"/>
      </w:pPr>
      <w:r/>
      <w:hyperlink r:id="rId11">
        <w:r>
          <w:rPr>
            <w:color w:val="0000EE"/>
            <w:u w:val="single"/>
          </w:rPr>
          <w:t>https://reelqueerfilm.org/</w:t>
        </w:r>
      </w:hyperlink>
      <w:r>
        <w:t xml:space="preserve"> - The official website for the Reel Queer Film Festival provides information about the 2026 event, scheduled for August 27 to August 30 in Little Rock, Arkansas. The site offers details on ticket options, including a VIP Pass for $115, a Film Pass for $50, and individual tickets for $12. It also provides information on sponsorship and advertising opportunities, as well as ways to support the festival through donations. The website highlights the festival's mission to bring quality LGBTQ+ films to Arkansas and produce workshops for the LGBTQ+ community.</w:t>
      </w:r>
      <w:r/>
    </w:p>
    <w:p>
      <w:pPr>
        <w:pStyle w:val="ListNumber"/>
        <w:spacing w:line="240" w:lineRule="auto"/>
        <w:ind w:left="720"/>
      </w:pPr>
      <w:r/>
      <w:hyperlink r:id="rId15">
        <w:r>
          <w:rPr>
            <w:color w:val="0000EE"/>
            <w:u w:val="single"/>
          </w:rPr>
          <w:t>https://stayhappening.com/e/2026-reel-queer-film-festival-E2ISYRRBY6B</w:t>
        </w:r>
      </w:hyperlink>
      <w:r>
        <w:t xml:space="preserve"> - The 2026 Reel Queer Film Festival is scheduled to take place from August 27 to August 30, 2026, at the CALS Ron Robinson Theater in Little Rock, Arkansas. This event is Arkansas's only LGBTQ+ film festival, bringing together bold films, filmmakers, artists, and audiences for four days of storytelling and community. The festival will feature screenings, filmmaker Q&amp;As, special events, and a VIP Party. Tickets are available for purchase, with options including a VIP Pass for $115, a Film Pass for $50, and individual tickets for $12.</w:t>
      </w:r>
      <w:r/>
    </w:p>
    <w:p>
      <w:pPr>
        <w:pStyle w:val="ListNumber"/>
        <w:spacing w:line="240" w:lineRule="auto"/>
        <w:ind w:left="720"/>
      </w:pPr>
      <w:r/>
      <w:hyperlink r:id="rId13">
        <w:r>
          <w:rPr>
            <w:color w:val="0000EE"/>
            <w:u w:val="single"/>
          </w:rPr>
          <w:t>https://queerar.org/civicrm/event/info/?id=19&amp;reset=1</w:t>
        </w:r>
      </w:hyperlink>
      <w:r>
        <w:t xml:space="preserve"> - The Arkansas Queer Men's Social Club is sponsoring the Reel Queer Film Festival, with naming rights on one screening and support for one of the festival's films. The festival is scheduled to take place from August 27 to August 30, 2026, at the Ron Robinson Theater in Little Rock, Arkansas. The lineup includes films like 'Enzo,' the final film from Palme d'Or–winning director Laurent Cantet, and the SXSW breakout comedy 'She's The He!'. The full schedule and details about the screenings are still being finalized.</w:t>
      </w:r>
      <w:r/>
    </w:p>
    <w:p>
      <w:pPr>
        <w:pStyle w:val="ListNumber"/>
        <w:spacing w:line="240" w:lineRule="auto"/>
        <w:ind w:left="720"/>
      </w:pPr>
      <w:r/>
      <w:hyperlink r:id="rId14">
        <w:r>
          <w:rPr>
            <w:color w:val="0000EE"/>
            <w:u w:val="single"/>
          </w:rPr>
          <w:t>https://www.gayout.com/es/usa-canada/united-states/north-little-rock/events/reel-queer-film-festival-2026-08-27</w:t>
        </w:r>
      </w:hyperlink>
      <w:r>
        <w:t xml:space="preserve"> - The Reel Queer Film Festival is set to occur from August 27 to August 30, 2026, at the Ron Robinson Theater in Little Rock, Arkansas. The festival celebrates the rich diversity within the LGBTQ+ community and its talented filmmakers by showcasing poignant and thought-provoking films that document and explore LGBT+ lives. As Arkansas's premier and only major outlet for LGBTQIA+ cinema, it provides a vital platform for queer stories and voices. The event is open to a mixed crowd and offers a unique opportunity to experience diverse voices and independent films.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rktimes.com/food-and-culture/2026/08/20/reel-queer-film-festival-slated-for-aug-27-30" TargetMode="External"/><Relationship Id="rId10" Type="http://schemas.openxmlformats.org/officeDocument/2006/relationships/hyperlink" Target="https://happeningnext.com/event/2026-reel-queer-film-festival-eid3a0dwupnxs" TargetMode="External"/><Relationship Id="rId11" Type="http://schemas.openxmlformats.org/officeDocument/2006/relationships/hyperlink" Target="https://reelqueerfilm.org/" TargetMode="External"/><Relationship Id="rId12" Type="http://schemas.openxmlformats.org/officeDocument/2006/relationships/hyperlink" Target="https://www.arpride.org/events/reel-queer-film-festival" TargetMode="External"/><Relationship Id="rId13" Type="http://schemas.openxmlformats.org/officeDocument/2006/relationships/hyperlink" Target="https://queerar.org/civicrm/event/info/?id=19&amp;reset=1" TargetMode="External"/><Relationship Id="rId14" Type="http://schemas.openxmlformats.org/officeDocument/2006/relationships/hyperlink" Target="https://www.gayout.com/es/usa-canada/united-states/north-little-rock/events/reel-queer-film-festival-2026-08-27" TargetMode="External"/><Relationship Id="rId15" Type="http://schemas.openxmlformats.org/officeDocument/2006/relationships/hyperlink" Target="https://stayhappening.com/e/2026-reel-queer-film-festival-E2ISYRRBY6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