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Read: How Michael Johnston’s Teen Wolf Role Shaped His Coming-Out Journey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drawn to stories of personal transformation as much as to new films; Michael Johnston’s Teen Wolf past and his rise in Obsession show why representation matters, who it helped, and how an unexpected role nudged a private coming-out into the open. Here’s what that journey looks like and why it still matters.</w:t>
      </w:r>
      <w:r/>
    </w:p>
    <w:p>
      <w:r/>
      <w:r>
        <w:t>Essential Takeaways</w:t>
      </w:r>
      <w:r/>
      <w:r/>
    </w:p>
    <w:p>
      <w:pPr>
        <w:pStyle w:val="ListBullet"/>
        <w:spacing w:line="240" w:lineRule="auto"/>
        <w:ind w:left="720"/>
      </w:pPr>
      <w:r/>
      <w:r>
        <w:rPr>
          <w:b/>
        </w:rPr>
        <w:t>Breakthrough role:</w:t>
      </w:r>
      <w:r>
        <w:t xml:space="preserve"> Johnston played Corey Bryant on Teen Wolf at 19, a gay teen whose quietly brave depiction reached many young viewers.</w:t>
      </w:r>
      <w:r/>
    </w:p>
    <w:p>
      <w:pPr>
        <w:pStyle w:val="ListBullet"/>
        <w:spacing w:line="240" w:lineRule="auto"/>
        <w:ind w:left="720"/>
      </w:pPr>
      <w:r/>
      <w:r>
        <w:rPr>
          <w:b/>
        </w:rPr>
        <w:t>Private struggle:</w:t>
      </w:r>
      <w:r>
        <w:t xml:space="preserve"> Off camera Johnston was still in denial about his sexuality, describing the period as frightening given his Bible Belt upbringing.</w:t>
      </w:r>
      <w:r/>
    </w:p>
    <w:p>
      <w:pPr>
        <w:pStyle w:val="ListBullet"/>
        <w:spacing w:line="240" w:lineRule="auto"/>
        <w:ind w:left="720"/>
      </w:pPr>
      <w:r/>
      <w:r>
        <w:rPr>
          <w:b/>
        </w:rPr>
        <w:t>Fan impact:</w:t>
      </w:r>
      <w:r>
        <w:t xml:space="preserve"> He received thousands of messages from viewers who said Corey helped them come out or feel less alone.</w:t>
      </w:r>
      <w:r/>
    </w:p>
    <w:p>
      <w:pPr>
        <w:pStyle w:val="ListBullet"/>
        <w:spacing w:line="240" w:lineRule="auto"/>
        <w:ind w:left="720"/>
      </w:pPr>
      <w:r/>
      <w:r>
        <w:rPr>
          <w:b/>
        </w:rPr>
        <w:t>Career shift:</w:t>
      </w:r>
      <w:r>
        <w:t xml:space="preserve"> Johnston now headlines the horror film Obsession, showing range from queer teen drama to dark psychological lead.</w:t>
      </w:r>
      <w:r/>
    </w:p>
    <w:p>
      <w:pPr>
        <w:pStyle w:val="ListBullet"/>
        <w:spacing w:line="240" w:lineRule="auto"/>
        <w:ind w:left="720"/>
      </w:pPr>
      <w:r/>
      <w:r>
        <w:rPr>
          <w:b/>
        </w:rPr>
        <w:t>Looking ahead:</w:t>
      </w:r>
      <w:r>
        <w:t xml:space="preserve"> He wants future queer projects that treat sexuality as part of a full, meaningful character arc.</w:t>
      </w:r>
      <w:r/>
      <w:r/>
    </w:p>
    <w:p>
      <w:pPr>
        <w:pStyle w:val="Heading2"/>
      </w:pPr>
      <w:r>
        <w:t>How a teen TV role quietly became a lifeline</w:t>
      </w:r>
      <w:r/>
    </w:p>
    <w:p>
      <w:r/>
      <w:r>
        <w:t>At 19 Johnston stepped into Corey Bryant’s shoes , a character written as already comfortable with his sexuality, warm and human among supernatural chaos. The contrast between that on-screen ease and Johnston’s private uncertainty is almost cinematic in itself: a young actor playing openness while he wrestled with fear. According to profiles in TheWrap and industry coverage, the role landed at a weirdly pivotal time, and fans responded in ways he didn’t expect. That steady stream of messages , notes of thanks, stories of courage , began to reframe what public visibility could actually do.</w:t>
      </w:r>
      <w:r/>
    </w:p>
    <w:p>
      <w:pPr>
        <w:pStyle w:val="Heading2"/>
      </w:pPr>
      <w:r>
        <w:t>Growing up in the Bible Belt made coming out complicated</w:t>
      </w:r>
      <w:r/>
    </w:p>
    <w:p>
      <w:r/>
      <w:r>
        <w:t>Johnston has spoken candidly about his upbringing in Rutherfordton, North Carolina, and the specific fear that shaped his early life. It’s a reminder that representation isn’t only about visibility on screen but about real-world context. For Johnston, portraying a queer teen on national television while privately still figuring things out created a tension that was at once terrifying and, later, instructive. TheWrap’s reporting highlights how those mixed emotions didn’t vanish overnight; the role nudged him toward clarity rather than delivering an instant epiphany.</w:t>
      </w:r>
      <w:r/>
    </w:p>
    <w:p>
      <w:pPr>
        <w:pStyle w:val="Heading2"/>
      </w:pPr>
      <w:r>
        <w:t>From heartfelt queer drama to chilling horror: Obsession changes the frame</w:t>
      </w:r>
      <w:r/>
    </w:p>
    <w:p>
      <w:r/>
      <w:r>
        <w:t>Now known to a wider audience for Obsession, Johnston has shifted from ensemble teen drama to carrying a morally complex horror lead. That move matters because it shows an actor refusing to be typecast; it also expands what audiences associate with him. In interviews covered by industry outlets, he says he avoided judging his Obsession character, wanting viewers to grasp the emotional logic rather than slap on a villain label. The result is a reminder that queer actors can and should be offered varied, challenging parts.</w:t>
      </w:r>
      <w:r/>
    </w:p>
    <w:p>
      <w:pPr>
        <w:pStyle w:val="Heading2"/>
      </w:pPr>
      <w:r>
        <w:t>Why fans’ letters still echo , and why he wants to give more</w:t>
      </w:r>
      <w:r/>
    </w:p>
    <w:p>
      <w:r/>
      <w:r>
        <w:t>Johnston’s inbox of thank-you notes made a deep impression. Hearing that his performance helped people come out or feel less isolated reframed his own relationship to the character. He’s since said he’d like to take on another queer story that matters , one where sexuality is part of a fuller human portrait rather than a checkbox. That ambition feels less like career manoeuvring and more like paying forward a gift he didn’t realise he had given others.</w:t>
      </w:r>
      <w:r/>
    </w:p>
    <w:p>
      <w:pPr>
        <w:pStyle w:val="Heading2"/>
      </w:pPr>
      <w:r>
        <w:t>Choosing roles that resonate: practical takeaways for viewers and creators</w:t>
      </w:r>
      <w:r/>
    </w:p>
    <w:p>
      <w:r/>
      <w:r>
        <w:t>If you’re a viewer, Johnston’s story is a gentle nudge to seek narratives that show people in full, complicated lives rather than as symbols. If you’re a creator or casting director, his arc is a case study in why representation should be thoughtful: the right portrayal can change lives. For actors, there’s a lesson too , a role may not fix your inner work, but it can open doors to honesty and connection you didn’t expect.</w:t>
      </w:r>
      <w:r/>
    </w:p>
    <w:p>
      <w:r/>
      <w:r>
        <w:t>It's a small change that can make every performance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0">
        <w:r>
          <w:rPr>
            <w:color w:val="0000EE"/>
            <w:u w:val="single"/>
          </w:rPr>
          <w:t>[5]</w:t>
        </w:r>
      </w:hyperlink>
      <w:r>
        <w:t xml:space="preserve">- Paragraph 4: </w:t>
      </w:r>
      <w:hyperlink r:id="rId10">
        <w:r>
          <w:rPr>
            <w:color w:val="0000EE"/>
            <w:u w:val="single"/>
          </w:rPr>
          <w:t>[2]</w:t>
        </w:r>
      </w:hyperlink>
      <w:r>
        <w:t xml:space="preserve">, </w:t>
      </w:r>
      <w:hyperlink r:id="rId10">
        <w:r>
          <w:rPr>
            <w:color w:val="0000EE"/>
            <w:u w:val="single"/>
          </w:rPr>
          <w:t>[6]</w:t>
        </w:r>
      </w:hyperlink>
      <w:r>
        <w:t xml:space="preserve">- Paragraph 5: </w:t>
      </w:r>
      <w:hyperlink r:id="rId10">
        <w:r>
          <w:rPr>
            <w:color w:val="0000EE"/>
            <w:u w:val="single"/>
          </w:rPr>
          <w:t>[2]</w:t>
        </w:r>
      </w:hyperlink>
      <w:r>
        <w:t xml:space="preserve">,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https://www.fodmapeveryday.com/michael-johnston-reveals-how-his-teen-wolf-role-shaped-his-coming-out-journey/</w:t>
        </w:r>
      </w:hyperlink>
      <w:r>
        <w:t xml:space="preserve"> - Please view link - unable to able to access data</w:t>
      </w:r>
      <w:r/>
    </w:p>
    <w:p>
      <w:pPr>
        <w:pStyle w:val="ListNumber"/>
        <w:spacing w:line="240" w:lineRule="auto"/>
        <w:ind w:left="720"/>
      </w:pPr>
      <w:r/>
      <w:hyperlink r:id="rId10">
        <w:r>
          <w:rPr>
            <w:color w:val="0000EE"/>
            <w:u w:val="single"/>
          </w:rPr>
          <w:t>https://www.thewrap.com/creative-content/movies/obsession-star-michael-johnston-gay-coming-out-teen-wolf/</w:t>
        </w:r>
      </w:hyperlink>
      <w:r>
        <w:t xml:space="preserve"> - Michael Johnston, star of the horror film 'Obsession', discussed his journey to self-acceptance during his role as a gay character on 'Teen Wolf'. He described the experience as 'terrifying', especially given his upbringing in the South, and noted that he was in 'complete and utter denial' about his sexuality at the time. Johnston's portrayal of Corey Bryant on 'Teen Wolf' coincided with his personal journey of coming out, highlighting the challenges of reconciling his private struggles with his public role.</w:t>
      </w:r>
      <w:r/>
    </w:p>
    <w:p>
      <w:pPr>
        <w:pStyle w:val="ListNumber"/>
        <w:spacing w:line="240" w:lineRule="auto"/>
        <w:ind w:left="720"/>
      </w:pPr>
      <w:r/>
      <w:hyperlink r:id="rId11">
        <w:r>
          <w:rPr>
            <w:color w:val="0000EE"/>
            <w:u w:val="single"/>
          </w:rPr>
          <w:t>https://www.comingsoon.net/movies/news/2180017-obsession-star-michael-johnston-coming-out-teen-wolf</w:t>
        </w:r>
      </w:hyperlink>
      <w:r>
        <w:t xml:space="preserve"> - Michael Johnston reflected on the personal significance of his role as a gay teenager on 'Teen Wolf' and how it aligned with his own journey toward self-acceptance. He admitted that the period was 'frightening' and described being in 'complete and utter denial' about his sexuality during that time. Johnston's portrayal of Corey Bryant provided him with a platform to explore and eventually embrace his identity, underscoring the impact of representation in media.</w:t>
      </w:r>
      <w:r/>
    </w:p>
    <w:p>
      <w:pPr>
        <w:pStyle w:val="ListNumber"/>
        <w:spacing w:line="240" w:lineRule="auto"/>
        <w:ind w:left="720"/>
      </w:pPr>
      <w:r/>
      <w:hyperlink r:id="rId10">
        <w:r>
          <w:rPr>
            <w:color w:val="0000EE"/>
            <w:u w:val="single"/>
          </w:rPr>
          <w:t>https://www.thewrap.com/creative-content/movies/obsession-star-michael-johnston-gay-coming-out-teen-wolf/</w:t>
        </w:r>
      </w:hyperlink>
      <w:r>
        <w:t xml:space="preserve"> - Michael Johnston, star of the horror film 'Obsession', discussed his journey to self-acceptance during his role as a gay character on 'Teen Wolf'. He described the experience as 'terrifying', especially given his upbringing in the South, and noted that he was in 'complete and utter denial' about his sexuality at the time. Johnston's portrayal of Corey Bryant on 'Teen Wolf' coincided with his personal journey of coming out, highlighting the challenges of reconciling his private struggles with his public role.</w:t>
      </w:r>
      <w:r/>
    </w:p>
    <w:p>
      <w:pPr>
        <w:pStyle w:val="ListNumber"/>
        <w:spacing w:line="240" w:lineRule="auto"/>
        <w:ind w:left="720"/>
      </w:pPr>
      <w:r/>
      <w:hyperlink r:id="rId10">
        <w:r>
          <w:rPr>
            <w:color w:val="0000EE"/>
            <w:u w:val="single"/>
          </w:rPr>
          <w:t>https://www.thewrap.com/creative-content/movies/obsession-star-michael-johnston-gay-coming-out-teen-wolf/</w:t>
        </w:r>
      </w:hyperlink>
      <w:r>
        <w:t xml:space="preserve"> - Michael Johnston, star of the horror film 'Obsession', discussed his journey to self-acceptance during his role as a gay character on 'Teen Wolf'. He described the experience as 'terrifying', especially given his upbringing in the South, and noted that he was in 'complete and utter denial' about his sexuality at the time. Johnston's portrayal of Corey Bryant on 'Teen Wolf' coincided with his personal journey of coming out, highlighting the challenges of reconciling his private struggles with his public role.</w:t>
      </w:r>
      <w:r/>
    </w:p>
    <w:p>
      <w:pPr>
        <w:pStyle w:val="ListNumber"/>
        <w:spacing w:line="240" w:lineRule="auto"/>
        <w:ind w:left="720"/>
      </w:pPr>
      <w:r/>
      <w:hyperlink r:id="rId10">
        <w:r>
          <w:rPr>
            <w:color w:val="0000EE"/>
            <w:u w:val="single"/>
          </w:rPr>
          <w:t>https://www.thewrap.com/creative-content/movies/obsession-star-michael-johnston-gay-coming-out-teen-wolf/</w:t>
        </w:r>
      </w:hyperlink>
      <w:r>
        <w:t xml:space="preserve"> - Michael Johnston, star of the horror film 'Obsession', discussed his journey to self-acceptance during his role as a gay character on 'Teen Wolf'. He described the experience as 'terrifying', especially given his upbringing in the South, and noted that he was in 'complete and utter denial' about his sexuality at the time. Johnston's portrayal of Corey Bryant on 'Teen Wolf' coincided with his personal journey of coming out, highlighting the challenges of reconciling his private struggles with his public role.</w:t>
      </w:r>
      <w:r/>
    </w:p>
    <w:p>
      <w:pPr>
        <w:pStyle w:val="ListNumber"/>
        <w:spacing w:line="240" w:lineRule="auto"/>
        <w:ind w:left="720"/>
      </w:pPr>
      <w:r/>
      <w:hyperlink r:id="rId10">
        <w:r>
          <w:rPr>
            <w:color w:val="0000EE"/>
            <w:u w:val="single"/>
          </w:rPr>
          <w:t>https://www.thewrap.com/creative-content/movies/obsession-star-michael-johnston-gay-coming-out-teen-wolf/</w:t>
        </w:r>
      </w:hyperlink>
      <w:r>
        <w:t xml:space="preserve"> - Michael Johnston, star of the horror film 'Obsession', discussed his journey to self-acceptance during his role as a gay character on 'Teen Wolf'. He described the experience as 'terrifying', especially given his upbringing in the South, and noted that he was in 'complete and utter denial' about his sexuality at the time. Johnston's portrayal of Corey Bryant on 'Teen Wolf' coincided with his personal journey of coming out, highlighting the challenges of reconciling his private struggles with his public role.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odmapeveryday.com/michael-johnston-reveals-how-his-teen-wolf-role-shaped-his-coming-out-journey/" TargetMode="External"/><Relationship Id="rId10" Type="http://schemas.openxmlformats.org/officeDocument/2006/relationships/hyperlink" Target="https://www.thewrap.com/creative-content/movies/obsession-star-michael-johnston-gay-coming-out-teen-wolf/" TargetMode="External"/><Relationship Id="rId11" Type="http://schemas.openxmlformats.org/officeDocument/2006/relationships/hyperlink" Target="https://www.comingsoon.net/movies/news/2180017-obsession-star-michael-johnston-coming-out-teen-wol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