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Directors Saying No to HBO’s Harry Potter Reboot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Seeing creatives refuse high-profile work has become a statement: queer directors are turning down HBO’s Harry Potter series because of J.K. Rowling’s public transphobia, and it’s reshaping how talent, studios and audiences think about where they’ll spend their energy and art.</w:t>
      </w:r>
      <w:r/>
    </w:p>
    <w:p>
      <w:r/>
      <w:r>
        <w:t>Essential Takeaways</w:t>
      </w:r>
      <w:r/>
      <w:r/>
    </w:p>
    <w:p>
      <w:pPr>
        <w:pStyle w:val="ListBullet"/>
        <w:spacing w:line="240" w:lineRule="auto"/>
        <w:ind w:left="720"/>
      </w:pPr>
      <w:r/>
      <w:r>
        <w:rPr>
          <w:b/>
        </w:rPr>
        <w:t>High-profile refusals:</w:t>
      </w:r>
      <w:r>
        <w:t xml:space="preserve"> Several queer and emotionally engaged directors have publicly declined to join HBO’s Harry Potter series, signalling a values-first approach to projects.</w:t>
      </w:r>
      <w:r/>
    </w:p>
    <w:p>
      <w:pPr>
        <w:pStyle w:val="ListBullet"/>
        <w:spacing w:line="240" w:lineRule="auto"/>
        <w:ind w:left="720"/>
      </w:pPr>
      <w:r/>
      <w:r>
        <w:rPr>
          <w:b/>
        </w:rPr>
        <w:t>Reputation matters:</w:t>
      </w:r>
      <w:r>
        <w:t xml:space="preserve"> Directors cite J.K. Rowling’s transphobic comments as a dealbreaker, not the source material or the franchise’s commercial pull.</w:t>
      </w:r>
      <w:r/>
    </w:p>
    <w:p>
      <w:pPr>
        <w:pStyle w:val="ListBullet"/>
        <w:spacing w:line="240" w:lineRule="auto"/>
        <w:ind w:left="720"/>
      </w:pPr>
      <w:r/>
      <w:r>
        <w:rPr>
          <w:b/>
        </w:rPr>
        <w:t>Industry ripple:</w:t>
      </w:r>
      <w:r>
        <w:t xml:space="preserve"> Talent opting out sends a message to studios that casting and crew choices are now part of ethical brand-building.</w:t>
      </w:r>
      <w:r/>
    </w:p>
    <w:p>
      <w:pPr>
        <w:pStyle w:val="ListBullet"/>
        <w:spacing w:line="240" w:lineRule="auto"/>
        <w:ind w:left="720"/>
      </w:pPr>
      <w:r/>
      <w:r>
        <w:rPr>
          <w:b/>
        </w:rPr>
        <w:t>Creative and commercial stakes:</w:t>
      </w:r>
      <w:r>
        <w:t xml:space="preserve"> Turning down huge paydays shows how reputation risks can outweigh traditional incentives.</w:t>
      </w:r>
      <w:r/>
    </w:p>
    <w:p>
      <w:pPr>
        <w:pStyle w:val="ListBullet"/>
        <w:spacing w:line="240" w:lineRule="auto"/>
        <w:ind w:left="720"/>
      </w:pPr>
      <w:r/>
      <w:r>
        <w:rPr>
          <w:b/>
        </w:rPr>
        <w:t>Viewer choice:</w:t>
      </w:r>
      <w:r>
        <w:t xml:space="preserve"> Audiences can expect more transparency about who’s involved in big adaptations and why that matters to representation.</w:t>
      </w:r>
      <w:r/>
      <w:r/>
    </w:p>
    <w:p>
      <w:pPr>
        <w:pStyle w:val="Heading2"/>
      </w:pPr>
      <w:r>
        <w:t>Why creators are saying no , and the feeling behind the headlines</w:t>
      </w:r>
      <w:r/>
    </w:p>
    <w:p>
      <w:r/>
      <w:r>
        <w:t>There’s a low, tangible buzz around these refusals: it’s not just contract language, it’s moral muscle. According to coverage in TheWrap and other outlets, several directors who would otherwise be ideal for a lavish fantasy series have publicly declined to work on HBO’s Potter project because of J.K. Rowling’s record on transgender issues. That decision carries an emotional heft , it’s a quiet, principled stand that feels visible because it’s costly.</w:t>
      </w:r>
      <w:r/>
    </w:p>
    <w:p>
      <w:r/>
      <w:r>
        <w:t>Context matters. After years of public controversy around Rowling’s comments, creatives are weighing whether their names on a headline franchise would endorse or normalise those views. So while studios chase proven IP for subscribers, talent is increasingly treating projects as reputational choices as much as career moves.</w:t>
      </w:r>
      <w:r/>
    </w:p>
    <w:p>
      <w:pPr>
        <w:pStyle w:val="Heading2"/>
      </w:pPr>
      <w:r>
        <w:t>How the industry sees reputational risk now</w:t>
      </w:r>
      <w:r/>
    </w:p>
    <w:p>
      <w:r/>
      <w:r>
        <w:t>Studios have always counted on big names to sell shows. But Reuters-style reporting and trade pieces suggest a shift: talent now evaluates ethics alongside budget and creative control. When directors from acclaimed series say “hard no,” it alerts executives that hiring choices have PR consequences and that creative teams influence consumer perception.</w:t>
      </w:r>
      <w:r/>
    </w:p>
    <w:p>
      <w:r/>
      <w:r>
        <w:t>For HBO, this is awkward timing. The network’s ambition to expand a lucrative franchise bumps up against a more vocal, values-driven creative class. The result? Bigger conversations in boardrooms about vetting and about whether authors’ public stances should factor into adaptations.</w:t>
      </w:r>
      <w:r/>
    </w:p>
    <w:p>
      <w:pPr>
        <w:pStyle w:val="Heading2"/>
      </w:pPr>
      <w:r>
        <w:t>What this means for queer directors and on-set culture</w:t>
      </w:r>
      <w:r/>
    </w:p>
    <w:p>
      <w:r/>
      <w:r>
        <w:t>Declining a franchise gig sends a message that representation isn’t only on-screen. Queer directors and other LGBTQ+ creatives want workplaces that respect their communities, and they’re prepared to walk away from projects that don’t meet that standard. Coverage from outlets including Gay Express and other trade notes shows solidarity across groups who see this as protecting long-term cultural integrity.</w:t>
      </w:r>
      <w:r/>
    </w:p>
    <w:p>
      <w:r/>
      <w:r>
        <w:t>Practically, that means more careful negotiations around safety, inclusion riders and public statements. Directors are asking studios to be accountable; if the studio’s project sits next to a transphobic author’s work without clear distancing, creatives are less likely to sign on.</w:t>
      </w:r>
      <w:r/>
    </w:p>
    <w:p>
      <w:pPr>
        <w:pStyle w:val="Heading2"/>
      </w:pPr>
      <w:r>
        <w:t>The audience angle: does this change what viewers watch?</w:t>
      </w:r>
      <w:r/>
    </w:p>
    <w:p>
      <w:r/>
      <w:r>
        <w:t>For some viewers, the creative team matters as much as the IP. Fans who care about trans rights are watching for who endorses a franchise. Social-media chatter and reporting suggest that community-aligned creatives can influence whether audiences feel comfortable supporting a show , especially when profits will tangibly benefit controversial figures.</w:t>
      </w:r>
      <w:r/>
    </w:p>
    <w:p>
      <w:r/>
      <w:r>
        <w:t>That doesn’t mean every viewer will boycott. But expect more deliberate choices: people will check credits, follow statements from directors and factor ethics into subscription decisions. Studios that want broad goodwill may have to approve inclusive practices and transparent distancing from problematic voices.</w:t>
      </w:r>
      <w:r/>
    </w:p>
    <w:p>
      <w:pPr>
        <w:pStyle w:val="Heading2"/>
      </w:pPr>
      <w:r>
        <w:t>What to watch next and practical tips for readers</w:t>
      </w:r>
      <w:r/>
    </w:p>
    <w:p>
      <w:r/>
      <w:r>
        <w:t>If you care about the ethics of entertainment, here’s what to keep an eye on: which directors attach themselves to the project, any formal statements from HBO distancing the series from Rowling’s views, and whether inclusion clauses appear in contracts. If you’re a creator, consider asking for inclusion riders or public commitments upfront. If you’re a viewer, follow reputable reporting and think about whether production credits matter to you when choosing what to stream.</w:t>
      </w:r>
      <w:r/>
    </w:p>
    <w:p>
      <w:r/>
      <w:r>
        <w:t>It’s a small but meaningful shift: talent is using choice as leverage, and audiences are paying attention.</w:t>
      </w:r>
      <w:r/>
    </w:p>
    <w:p>
      <w:r/>
      <w:r>
        <w:t>It's a compact change with outsized cultural meaning , watch the credits, and decide what you want to support.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5">
        <w:r>
          <w:rPr>
            <w:color w:val="0000EE"/>
            <w:u w:val="single"/>
          </w:rPr>
          <w:t>[7]</w:t>
        </w:r>
      </w:hyperlink>
      <w:r>
        <w:t xml:space="preserve">- Paragraph 5: </w:t>
      </w:r>
      <w:hyperlink r:id="rId11">
        <w:r>
          <w:rPr>
            <w:color w:val="0000EE"/>
            <w:u w:val="single"/>
          </w:rPr>
          <w:t>[3]</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https://www.lgbtqnation.com/2026/08/queer-directors-are-saying-no-to-hbos-harry-potter-because-of-jk-rowlings-transphobia/</w:t>
        </w:r>
      </w:hyperlink>
      <w:r>
        <w:t xml:space="preserve"> - Please view link - unable to able to access data</w:t>
      </w:r>
      <w:r/>
    </w:p>
    <w:p>
      <w:pPr>
        <w:pStyle w:val="ListNumber"/>
        <w:spacing w:line="240" w:lineRule="auto"/>
        <w:ind w:left="720"/>
      </w:pPr>
      <w:r/>
      <w:hyperlink r:id="rId10">
        <w:r>
          <w:rPr>
            <w:color w:val="0000EE"/>
            <w:u w:val="single"/>
          </w:rPr>
          <w:t>https://www.thewrap.com/creative-content/tv-shows/harry-potter-hbo-series-los-directors-jk-rowling/</w:t>
        </w:r>
      </w:hyperlink>
      <w:r>
        <w:t xml:space="preserve"> - Directors Ally Pankiw and Kate Herron have publicly declined offers to direct episodes of HBO's forthcoming 'Harry Potter' TV series due to author J.K. Rowling's well-documented anti-trans views. Pankiw, known for her work on 'Black Mirror,' shared a text exchange on Instagram where she firmly rejected the opportunity, stating, 'Absolutely f---ing not.' Herron, recognized for directing 'Loki' and 'Sex Education,' also declined the offer, citing her opposition to Rowling's controversial statements on transgender rights. (</w:t>
      </w:r>
      <w:hyperlink r:id="rId16">
        <w:r>
          <w:rPr>
            <w:color w:val="0000EE"/>
            <w:u w:val="single"/>
          </w:rPr>
          <w:t>thewrap.com</w:t>
        </w:r>
      </w:hyperlink>
      <w:r>
        <w:t>)</w:t>
      </w:r>
      <w:r/>
    </w:p>
    <w:p>
      <w:pPr>
        <w:pStyle w:val="ListNumber"/>
        <w:spacing w:line="240" w:lineRule="auto"/>
        <w:ind w:left="720"/>
      </w:pPr>
      <w:r/>
      <w:hyperlink r:id="rId11">
        <w:r>
          <w:rPr>
            <w:color w:val="0000EE"/>
            <w:u w:val="single"/>
          </w:rPr>
          <w:t>https://www.archyde.com/directors-reject-hbos-harry-potter-series-over-j-k-rowlings-transphobia/</w:t>
        </w:r>
      </w:hyperlink>
      <w:r>
        <w:t xml:space="preserve"> - Canadian director Ally Pankiw has publicly rejected an offer to direct HBO's upcoming 'Harry Potter' television series, sharing a text message exchange with her agent on Instagram to explain that she turned down the project due to author J.K. Rowling's controversial gender-critical views and ongoing rhetoric surrounding transgender rights. (</w:t>
      </w:r>
      <w:hyperlink r:id="rId17">
        <w:r>
          <w:rPr>
            <w:color w:val="0000EE"/>
            <w:u w:val="single"/>
          </w:rPr>
          <w:t>archyde.com</w:t>
        </w:r>
      </w:hyperlink>
      <w:r>
        <w:t>)</w:t>
      </w:r>
      <w:r/>
    </w:p>
    <w:p>
      <w:pPr>
        <w:pStyle w:val="ListNumber"/>
        <w:spacing w:line="240" w:lineRule="auto"/>
        <w:ind w:left="720"/>
      </w:pPr>
      <w:r/>
      <w:hyperlink r:id="rId12">
        <w:r>
          <w:rPr>
            <w:color w:val="0000EE"/>
            <w:u w:val="single"/>
          </w:rPr>
          <w:t>https://www.foxnews.com/media/hbos-harry-potter-hard-no-black-mirror-loki-directors-jk-rowling-trans-views/</w:t>
        </w:r>
      </w:hyperlink>
      <w:r>
        <w:t xml:space="preserve"> - 'Black Mirror' director Ally Pankiw and 'Loki' director Kate Herron have both publicly declined opportunities to work on HBO's upcoming 'Harry Potter' series due to author J.K. Rowling's views on transgender issues. Pankiw shared her decision on Instagram, stating, 'Absolutely f---ing not,' while Herron mentioned she was asked twice and refused both times, citing her opposition to Rowling's controversial statements. (</w:t>
      </w:r>
      <w:hyperlink r:id="rId18">
        <w:r>
          <w:rPr>
            <w:color w:val="0000EE"/>
            <w:u w:val="single"/>
          </w:rPr>
          <w:t>foxnews.com</w:t>
        </w:r>
      </w:hyperlink>
      <w:r>
        <w:t>)</w:t>
      </w:r>
      <w:r/>
    </w:p>
    <w:p>
      <w:pPr>
        <w:pStyle w:val="ListNumber"/>
        <w:spacing w:line="240" w:lineRule="auto"/>
        <w:ind w:left="720"/>
      </w:pPr>
      <w:r/>
      <w:hyperlink r:id="rId13">
        <w:r>
          <w:rPr>
            <w:color w:val="0000EE"/>
            <w:u w:val="single"/>
          </w:rPr>
          <w:t>https://www.wfmd.com/2026/08/14/hbos-harry-potter-gets-a-hard-no-from-black-mirror-loki-directors-over-jk-rowlings-trans-views/</w:t>
        </w:r>
      </w:hyperlink>
      <w:r>
        <w:t xml:space="preserve"> - 'Black Mirror' director Ally Pankiw and 'Loki' director Kate Herron have both publicly declined opportunities to work on HBO's upcoming 'Harry Potter' series due to author J.K. Rowling's views on transgender issues. Pankiw shared her decision on Instagram, stating, 'Absolutely f---ing not,' while Herron mentioned she was asked twice and refused both times, citing her opposition to Rowling's controversial statements. (</w:t>
      </w:r>
      <w:hyperlink r:id="rId19">
        <w:r>
          <w:rPr>
            <w:color w:val="0000EE"/>
            <w:u w:val="single"/>
          </w:rPr>
          <w:t>wfmd.com</w:t>
        </w:r>
      </w:hyperlink>
      <w:r>
        <w:t>)</w:t>
      </w:r>
      <w:r/>
    </w:p>
    <w:p>
      <w:pPr>
        <w:pStyle w:val="ListNumber"/>
        <w:spacing w:line="240" w:lineRule="auto"/>
        <w:ind w:left="720"/>
      </w:pPr>
      <w:r/>
      <w:hyperlink r:id="rId14">
        <w:r>
          <w:rPr>
            <w:color w:val="0000EE"/>
            <w:u w:val="single"/>
          </w:rPr>
          <w:t>https://gayexpress.co.nz/2026/08/absolutely-not-queer-directors-reject-work-on-hbos-harry-potter/</w:t>
        </w:r>
      </w:hyperlink>
      <w:r>
        <w:t xml:space="preserve"> - Two queer directors, Ally Pankiw and Kate Herron, have publicly declined offers to work on HBO's upcoming 'Harry Potter' television series, citing author J.K. Rowling's record on transgender issues. Pankiw, known for her work on 'Black Mirror,' shared a screenshot of an exchange with her representative in which she was asked whether 'Harry Potter' was a 'hard no.' Her response was emphatic: 'Absolutely f***ing not!' Herron, known for directing 'Loki,' also revealed she had been approached twice and had to explain that her answer would never change from a 'no.' (</w:t>
      </w:r>
      <w:hyperlink r:id="rId20">
        <w:r>
          <w:rPr>
            <w:color w:val="0000EE"/>
            <w:u w:val="single"/>
          </w:rPr>
          <w:t>gayexpress.co.nz</w:t>
        </w:r>
      </w:hyperlink>
      <w:r>
        <w:t>)</w:t>
      </w:r>
      <w:r/>
    </w:p>
    <w:p>
      <w:pPr>
        <w:pStyle w:val="ListNumber"/>
        <w:spacing w:line="240" w:lineRule="auto"/>
        <w:ind w:left="720"/>
      </w:pPr>
      <w:r/>
      <w:hyperlink r:id="rId15">
        <w:r>
          <w:rPr>
            <w:color w:val="0000EE"/>
            <w:u w:val="single"/>
          </w:rPr>
          <w:t>https://www.imdb.com/news/ni65971709/</w:t>
        </w:r>
      </w:hyperlink>
      <w:r>
        <w:t xml:space="preserve"> - Directors Ally Pankiw and Kate Herron have both publicly declined offers to direct episodes of HBO's forthcoming 'Harry Potter' TV series due to author J.K. Rowling's well-documented anti-trans views. Pankiw, known for her work on 'Black Mirror,' shared a text exchange on Instagram where she firmly rejected the opportunity, stating, 'Absolutely f---ing not.' Herron, recognized for directing 'Loki' and 'Sex Education,' also declined the offer, citing her opposition to Rowling's controversial statements on transgender rights. (</w:t>
      </w:r>
      <w:hyperlink r:id="rId21">
        <w:r>
          <w:rPr>
            <w:color w:val="0000EE"/>
            <w:u w:val="single"/>
          </w:rPr>
          <w:t>imdb.com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queer-directors-are-saying-no-to-hbos-harry-potter-because-of-jk-rowlings-transphobia/" TargetMode="External"/><Relationship Id="rId10" Type="http://schemas.openxmlformats.org/officeDocument/2006/relationships/hyperlink" Target="https://www.thewrap.com/creative-content/tv-shows/harry-potter-hbo-series-los-directors-jk-rowling/" TargetMode="External"/><Relationship Id="rId11" Type="http://schemas.openxmlformats.org/officeDocument/2006/relationships/hyperlink" Target="https://www.archyde.com/directors-reject-hbos-harry-potter-series-over-j-k-rowlings-transphobia/" TargetMode="External"/><Relationship Id="rId12" Type="http://schemas.openxmlformats.org/officeDocument/2006/relationships/hyperlink" Target="https://www.foxnews.com/media/hbos-harry-potter-hard-no-black-mirror-loki-directors-jk-rowling-trans-views/" TargetMode="External"/><Relationship Id="rId13" Type="http://schemas.openxmlformats.org/officeDocument/2006/relationships/hyperlink" Target="https://www.wfmd.com/2026/08/14/hbos-harry-potter-gets-a-hard-no-from-black-mirror-loki-directors-over-jk-rowlings-trans-views/" TargetMode="External"/><Relationship Id="rId14" Type="http://schemas.openxmlformats.org/officeDocument/2006/relationships/hyperlink" Target="https://gayexpress.co.nz/2026/08/absolutely-not-queer-directors-reject-work-on-hbos-harry-potter/" TargetMode="External"/><Relationship Id="rId15" Type="http://schemas.openxmlformats.org/officeDocument/2006/relationships/hyperlink" Target="https://www.imdb.com/news/ni65971709/" TargetMode="External"/><Relationship Id="rId16" Type="http://schemas.openxmlformats.org/officeDocument/2006/relationships/hyperlink" Target="https://www.thewrap.com/creative-content/tv-shows/harry-potter-hbo-series-los-directors-jk-rowling/?utm_source=openai" TargetMode="External"/><Relationship Id="rId17" Type="http://schemas.openxmlformats.org/officeDocument/2006/relationships/hyperlink" Target="https://www.archyde.com/directors-reject-hbos-harry-potter-series-over-j-k-rowlings-transphobia/?utm_source=openai" TargetMode="External"/><Relationship Id="rId18" Type="http://schemas.openxmlformats.org/officeDocument/2006/relationships/hyperlink" Target="https://www.foxnews.com/media/hbos-harry-potter-hard-no-black-mirror-loki-directors-jk-rowling-trans-views/?utm_source=openai" TargetMode="External"/><Relationship Id="rId19" Type="http://schemas.openxmlformats.org/officeDocument/2006/relationships/hyperlink" Target="https://www.wfmd.com/2026/08/14/hbos-harry-potter-gets-a-hard-no-from-black-mirror-loki-directors-over-jk-rowlings-trans-views/?utm_source=openai" TargetMode="External"/><Relationship Id="rId20" Type="http://schemas.openxmlformats.org/officeDocument/2006/relationships/hyperlink" Target="https://gayexpress.co.nz/2026/08/absolutely-not-queer-directors-reject-work-on-hbos-harry-potter/?utm_source=openai" TargetMode="External"/><Relationship Id="rId21" Type="http://schemas.openxmlformats.org/officeDocument/2006/relationships/hyperlink" Target="https://www.imdb.com/news/ni65971709/?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