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Pop-Culture Picks This Week: Trending LGBTQ+ Finds and Why They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streaming, scrolling and shopping around the latest LGBTQ+ pop-culture swirl , from a buzzy debut novel and viral skincare to briefs that broke the internet , here’s what people are talking about and why it’s worth your time.</w:t>
      </w:r>
      <w:r/>
    </w:p>
    <w:p>
      <w:r/>
      <w:r>
        <w:t>Essential Takeaways</w:t>
      </w:r>
      <w:r/>
      <w:r/>
    </w:p>
    <w:p>
      <w:pPr>
        <w:pStyle w:val="ListBullet"/>
        <w:spacing w:line="240" w:lineRule="auto"/>
        <w:ind w:left="720"/>
      </w:pPr>
      <w:r/>
      <w:r>
        <w:rPr>
          <w:b/>
        </w:rPr>
        <w:t>Book buzz:</w:t>
      </w:r>
      <w:r>
        <w:t xml:space="preserve"> Fruit Fly is a sharp, satirical adult debut that’s prompting gasp-and-googling reactions.</w:t>
      </w:r>
      <w:r/>
    </w:p>
    <w:p>
      <w:pPr>
        <w:pStyle w:val="ListBullet"/>
        <w:spacing w:line="240" w:lineRule="auto"/>
        <w:ind w:left="720"/>
      </w:pPr>
      <w:r/>
      <w:r>
        <w:rPr>
          <w:b/>
        </w:rPr>
        <w:t>Skin-care fave:</w:t>
      </w:r>
      <w:r>
        <w:t xml:space="preserve"> Smood Beauty’s hydrating trio is praised for calming, barrier-supporting formulas and a subtle, luxe feel.</w:t>
      </w:r>
      <w:r/>
    </w:p>
    <w:p>
      <w:pPr>
        <w:pStyle w:val="ListBullet"/>
        <w:spacing w:line="240" w:lineRule="auto"/>
        <w:ind w:left="720"/>
      </w:pPr>
      <w:r/>
      <w:r>
        <w:rPr>
          <w:b/>
        </w:rPr>
        <w:t>Fashion moment:</w:t>
      </w:r>
      <w:r>
        <w:t xml:space="preserve"> Tom Daley’s briefs and Thomas Finney’s brief-shaped card cases have sparked serious style envy.</w:t>
      </w:r>
      <w:r/>
    </w:p>
    <w:p>
      <w:pPr>
        <w:pStyle w:val="ListBullet"/>
        <w:spacing w:line="240" w:lineRule="auto"/>
        <w:ind w:left="720"/>
      </w:pPr>
      <w:r/>
      <w:r>
        <w:rPr>
          <w:b/>
        </w:rPr>
        <w:t>Snack trend:</w:t>
      </w:r>
      <w:r>
        <w:t xml:space="preserve"> Grillo’s Pickles are the crunchy, tangy obsession of the season , salty and very moreish.</w:t>
      </w:r>
      <w:r/>
    </w:p>
    <w:p>
      <w:pPr>
        <w:pStyle w:val="ListBullet"/>
        <w:spacing w:line="240" w:lineRule="auto"/>
        <w:ind w:left="720"/>
      </w:pPr>
      <w:r/>
      <w:r>
        <w:rPr>
          <w:b/>
        </w:rPr>
        <w:t>Music &amp; mood:</w:t>
      </w:r>
      <w:r>
        <w:t xml:space="preserve"> Slayyyter’s “brand new chanel$” is the queer pop earworm leaning into big, cathartic choruses.</w:t>
      </w:r>
      <w:r/>
      <w:r/>
    </w:p>
    <w:p>
      <w:pPr>
        <w:pStyle w:val="Heading2"/>
      </w:pPr>
      <w:r>
        <w:t>Why Fruit Fly is the book everyone’s whispering about</w:t>
      </w:r>
      <w:r/>
    </w:p>
    <w:p>
      <w:r/>
      <w:r>
        <w:t>The opening line of this week’s cultural conversation is a razor-sharp novel that makes you uncomfortable in the best way: Fruit Fly, Josh Silver’s provocative adult debut, is being devoured and debated. Readers say it skewers the publishing world with an almost gleeful nastiness, and that makes the story feel deliciously dangerous as you read it on the commute.</w:t>
      </w:r>
      <w:r/>
    </w:p>
    <w:p>
      <w:r/>
      <w:r>
        <w:t>According to several book reviewers and community readers, the plot , about a washed-up author who steals a young man’s trauma for a comeback , lands like a cinematic drama and has a knack for making people immediately Google the thinly veiled real-life parallels. If you like satire with teeth, this is your cup of tea, but expect to be slightly scandalised.</w:t>
      </w:r>
      <w:r/>
    </w:p>
    <w:p>
      <w:r/>
      <w:r>
        <w:t>Practical tip: if you’re lent this one, savour the sharp lines and pass it on , it’s the kind of book that ignites dinner-table chatter.</w:t>
      </w:r>
      <w:r/>
    </w:p>
    <w:p>
      <w:pPr>
        <w:pStyle w:val="Heading2"/>
      </w:pPr>
      <w:r>
        <w:t>Smood Beauty: skincare that feels personal</w:t>
      </w:r>
      <w:r/>
    </w:p>
    <w:p>
      <w:r/>
      <w:r>
        <w:t>Skincare’s gotten moodier , in a good way. Smood Beauty, an LGBTQ+-owned brand, has caught attention for products that actually soothe stressed skin rather than scream “actives.” Their Calm Me Down cleanser, Problem Solver gel cream and Super Cera serum are being recommended as a simple, calming routine that smells mild and doesn’t make your face cry.</w:t>
      </w:r>
      <w:r/>
    </w:p>
    <w:p>
      <w:r/>
      <w:r>
        <w:t>Industry chatter suggests shoppers are moving away from maximalist routines and toward fewer, kinder products that restore the skin barrier. If your T-zone has been dramatic recently, this trio is a low-fuss option that’s easy to pack for a weekend away.</w:t>
      </w:r>
      <w:r/>
    </w:p>
    <w:p>
      <w:r/>
      <w:r>
        <w:t>Quick pick: buy the experience kit if you want to test the full routine without the fuss of mixing and matching.</w:t>
      </w:r>
      <w:r/>
    </w:p>
    <w:p>
      <w:pPr>
        <w:pStyle w:val="Heading2"/>
      </w:pPr>
      <w:r>
        <w:t>Underwear, watches and tiny luxuries , the small things causing big vibes</w:t>
      </w:r>
      <w:r/>
    </w:p>
    <w:p>
      <w:r/>
      <w:r>
        <w:t>Two accessory moments dominated the timeline this week: Tom Daley’s briefs, yes, the briefs, and Thomas Finney’s brief-shaped card cases. The latter, a hand-finished leather piece with neat stitching and an almost playful homoeroticism, has people seriously considering ditching their bulky wallets for something delightfully small and intentional.</w:t>
      </w:r>
      <w:r/>
    </w:p>
    <w:p>
      <w:r/>
      <w:r>
        <w:t>Meanwhile, the Otis croc-texture skinny watch at Urban Outfitters proves tiny accessories still hit big emotionally , it’s sleek, quiet and pairs with everything. People are buying less but choosing items that feel personal and a bit performative, the sort of thing you notice in a handshake or when you pat a pocket.</w:t>
      </w:r>
      <w:r/>
    </w:p>
    <w:p>
      <w:r/>
      <w:r>
        <w:t>Buying advice: choose accessory sizes that match your day-to-day , a slim watch for office suits, a cheeky card case for nights out.</w:t>
      </w:r>
      <w:r/>
    </w:p>
    <w:p>
      <w:pPr>
        <w:pStyle w:val="Heading2"/>
      </w:pPr>
      <w:r>
        <w:t>Pop single of the moment: Slayyyter’s “brand new chanel$”</w:t>
      </w:r>
      <w:r/>
    </w:p>
    <w:p>
      <w:r/>
      <w:r>
        <w:t>Every summer needs a song that doubles as emotional armour and dance-floor relief. Slayyyter’s latest single has that triumphant, get-up-and-go quality , pop hooks, a touch of nostalgia and a scathing breakup narrative that seems tailored for queer playlists.</w:t>
      </w:r>
      <w:r/>
    </w:p>
    <w:p>
      <w:r/>
      <w:r>
        <w:t>Cultural outlets are calling it the gays’ choice of jam for late-night drives and commiseration karaoke. It’s a useful reminder that pop can be both catchy and cathartic, and that shifting production styles don’t stop artists from delivering big, anthemic moments.</w:t>
      </w:r>
      <w:r/>
    </w:p>
    <w:p>
      <w:r/>
      <w:r>
        <w:t>Listen tip: add it to a mixed mood playlist , it pairs well with both early-evening cocktails and post-club comedowns.</w:t>
      </w:r>
      <w:r/>
    </w:p>
    <w:p>
      <w:pPr>
        <w:pStyle w:val="Heading2"/>
      </w:pPr>
      <w:r>
        <w:t>Food, fandom and the pickle moment</w:t>
      </w:r>
      <w:r/>
    </w:p>
    <w:p>
      <w:r/>
      <w:r>
        <w:t>Pickles have gone from condiment to cultural obsession, and Grillo’s Pickles are front and centre of that trend. With a crunchy snap and a clean dill tang, they’ve become the summer’s salty snack of choice , showing up in sandwiches, charcuterie and even cocktails.</w:t>
      </w:r>
      <w:r/>
    </w:p>
    <w:p>
      <w:r/>
      <w:r>
        <w:t>The brand’s backstory , a small Boston cart scaling up to national shelves , makes the jars feel authentic rather than gimmicky, and the price point keeps them easy to reach for weekly snack runs.</w:t>
      </w:r>
      <w:r/>
    </w:p>
    <w:p>
      <w:r/>
      <w:r>
        <w:t>Serving idea: throw a jar in the fridge and let a few spears revive everything from burgers to late-night cheese cravings.</w:t>
      </w:r>
      <w:r/>
    </w:p>
    <w:p>
      <w:r/>
      <w:r>
        <w:t>Closing line Small buys, big vibes , these picks are the kind of cultural crumbs that make everyday life feel a little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https://www.queerty.com/slayyyter-smoods-brief-wallets-10-things-were-obsessed-with-this-week-20260822/</w:t>
        </w:r>
      </w:hyperlink>
      <w:r>
        <w:t xml:space="preserve"> - Please view link - unable to able to access data</w:t>
      </w:r>
      <w:r/>
    </w:p>
    <w:p>
      <w:pPr>
        <w:pStyle w:val="ListNumber"/>
        <w:spacing w:line="240" w:lineRule="auto"/>
        <w:ind w:left="720"/>
      </w:pPr>
      <w:r/>
      <w:hyperlink r:id="rId10">
        <w:r>
          <w:rPr>
            <w:color w:val="0000EE"/>
            <w:u w:val="single"/>
          </w:rPr>
          <w:t>https://www.goodreads.com/book/show/243806990-fruit-fly</w:t>
        </w:r>
      </w:hyperlink>
      <w:r>
        <w:t xml:space="preserve"> - 'Fruit Fly' by Josh Silver is a satirical thriller that follows Mallory Maddox, a washed-up author desperate to revive her career. She appropriates the life story of Leo, a young gay man struggling with addiction and homelessness, to craft her next bestseller. The novel delves into themes of exploitation and authenticity, drawing comparisons to R.F. Kuang’s 'Yellowface' and Yomi Adegoke’s 'The List'. (</w:t>
      </w:r>
      <w:hyperlink r:id="rId15">
        <w:r>
          <w:rPr>
            <w:color w:val="0000EE"/>
            <w:u w:val="single"/>
          </w:rPr>
          <w:t>goodreads.com</w:t>
        </w:r>
      </w:hyperlink>
      <w:r>
        <w:t>)</w:t>
      </w:r>
      <w:r/>
    </w:p>
    <w:p>
      <w:pPr>
        <w:pStyle w:val="ListNumber"/>
        <w:spacing w:line="240" w:lineRule="auto"/>
        <w:ind w:left="720"/>
      </w:pPr>
      <w:r/>
      <w:hyperlink r:id="rId11">
        <w:r>
          <w:rPr>
            <w:color w:val="0000EE"/>
            <w:u w:val="single"/>
          </w:rPr>
          <w:t>https://queerbookclub.org/reviews/fruit-fly-josh-silver/</w:t>
        </w:r>
      </w:hyperlink>
      <w:r>
        <w:t xml:space="preserve"> - A review of 'Fruit Fly' praises its dual narrative structure, alternating between Mallory and Leo's perspectives. The reviewer highlights the novel's exploration of who has the right to tell queer stories, noting its sharp satire of the publishing industry. The book is recommended for readers interested in a nuanced portrayal of exploitation and authenticity. (</w:t>
      </w:r>
      <w:hyperlink r:id="rId16">
        <w:r>
          <w:rPr>
            <w:color w:val="0000EE"/>
            <w:u w:val="single"/>
          </w:rPr>
          <w:t>queerbookclub.org</w:t>
        </w:r>
      </w:hyperlink>
      <w:r>
        <w:t>)</w:t>
      </w:r>
      <w:r/>
    </w:p>
    <w:p>
      <w:pPr>
        <w:pStyle w:val="ListNumber"/>
        <w:spacing w:line="240" w:lineRule="auto"/>
        <w:ind w:left="720"/>
      </w:pPr>
      <w:r/>
      <w:hyperlink r:id="rId12">
        <w:r>
          <w:rPr>
            <w:color w:val="0000EE"/>
            <w:u w:val="single"/>
          </w:rPr>
          <w:t>https://www.goodreads.com/book/show/236601842-fruit-fly</w:t>
        </w:r>
      </w:hyperlink>
      <w:r>
        <w:t xml:space="preserve"> - 'Fruit Fly' is a contemporary queer literary fiction novel by Josh Silver. It tells the story of Mallory Maddox, a once-celebrated author facing writer's block and declining relevance. She seeks inspiration from Leo, a young gay man grappling with addiction and homelessness, leading to a complex narrative about authenticity and exploitation. (</w:t>
      </w:r>
      <w:hyperlink r:id="rId17">
        <w:r>
          <w:rPr>
            <w:color w:val="0000EE"/>
            <w:u w:val="single"/>
          </w:rPr>
          <w:t>goodreads.com</w:t>
        </w:r>
      </w:hyperlink>
      <w:r>
        <w:t>)</w:t>
      </w:r>
      <w:r/>
    </w:p>
    <w:p>
      <w:pPr>
        <w:pStyle w:val="ListNumber"/>
        <w:spacing w:line="240" w:lineRule="auto"/>
        <w:ind w:left="720"/>
      </w:pPr>
      <w:r/>
      <w:hyperlink r:id="rId18">
        <w:r>
          <w:rPr>
            <w:color w:val="0000EE"/>
            <w:u w:val="single"/>
          </w:rPr>
          <w:t>https://www.goodreads.com/book/show/243599031-fruit-fly</w:t>
        </w:r>
      </w:hyperlink>
      <w:r>
        <w:t xml:space="preserve"> - In 'Fruit Fly', Josh Silver presents a satirical thriller about Mallory Maddox, a washed-up author who appropriates the life story of Leo, a young gay man struggling with addiction and homelessness, to revive her career. The novel explores themes of exploitation and authenticity, drawing comparisons to R.F. Kuang’s 'Yellowface' and Yomi Adegoke’s 'The List'. (</w:t>
      </w:r>
      <w:hyperlink r:id="rId19">
        <w:r>
          <w:rPr>
            <w:color w:val="0000EE"/>
            <w:u w:val="single"/>
          </w:rPr>
          <w:t>goodreads.com</w:t>
        </w:r>
      </w:hyperlink>
      <w:r>
        <w:t>)</w:t>
      </w:r>
      <w:r/>
    </w:p>
    <w:p>
      <w:pPr>
        <w:pStyle w:val="ListNumber"/>
        <w:spacing w:line="240" w:lineRule="auto"/>
        <w:ind w:left="720"/>
      </w:pPr>
      <w:r/>
      <w:hyperlink r:id="rId13">
        <w:r>
          <w:rPr>
            <w:color w:val="0000EE"/>
            <w:u w:val="single"/>
          </w:rPr>
          <w:t>https://www.goodreads.com/book/show/236601118-fruit-fly</w:t>
        </w:r>
      </w:hyperlink>
      <w:r>
        <w:t xml:space="preserve"> - 'Fruit Fly' by Josh Silver is a contemporary queer literary fiction novel that follows Mallory Maddox, a once-celebrated author facing writer's block and declining relevance. She seeks inspiration from Leo, a young gay man grappling with addiction and homelessness, leading to a complex narrative about authenticity and exploitation. (</w:t>
      </w:r>
      <w:hyperlink r:id="rId20">
        <w:r>
          <w:rPr>
            <w:color w:val="0000EE"/>
            <w:u w:val="single"/>
          </w:rPr>
          <w:t>goodreads.com</w:t>
        </w:r>
      </w:hyperlink>
      <w:r>
        <w:t>)</w:t>
      </w:r>
      <w:r/>
    </w:p>
    <w:p>
      <w:pPr>
        <w:pStyle w:val="ListNumber"/>
        <w:spacing w:line="240" w:lineRule="auto"/>
        <w:ind w:left="720"/>
      </w:pPr>
      <w:r/>
      <w:hyperlink r:id="rId14">
        <w:r>
          <w:rPr>
            <w:color w:val="0000EE"/>
            <w:u w:val="single"/>
          </w:rPr>
          <w:t>https://www.readings.com.au/reviews/fruit-fly-by-josh-silver</w:t>
        </w:r>
      </w:hyperlink>
      <w:r>
        <w:t xml:space="preserve"> - A review of 'Fruit Fly' describes it as a dark, bingeable, and unhinged novel. The story follows Mallory, a literary star facing writer's block, who meets Leo, a young queer man struggling with addiction and homelessness. The novel's dual narration adds tension and depth, making it hard to put down. (</w:t>
      </w:r>
      <w:hyperlink r:id="rId21">
        <w:r>
          <w:rPr>
            <w:color w:val="0000EE"/>
            <w:u w:val="single"/>
          </w:rPr>
          <w:t>readings.com.au</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slayyyter-smoods-brief-wallets-10-things-were-obsessed-with-this-week-20260822/" TargetMode="External"/><Relationship Id="rId10" Type="http://schemas.openxmlformats.org/officeDocument/2006/relationships/hyperlink" Target="https://www.goodreads.com/book/show/243806990-fruit-fly" TargetMode="External"/><Relationship Id="rId11" Type="http://schemas.openxmlformats.org/officeDocument/2006/relationships/hyperlink" Target="https://queerbookclub.org/reviews/fruit-fly-josh-silver/" TargetMode="External"/><Relationship Id="rId12" Type="http://schemas.openxmlformats.org/officeDocument/2006/relationships/hyperlink" Target="https://www.goodreads.com/book/show/236601842-fruit-fly" TargetMode="External"/><Relationship Id="rId13" Type="http://schemas.openxmlformats.org/officeDocument/2006/relationships/hyperlink" Target="https://www.goodreads.com/book/show/236601118-fruit-fly" TargetMode="External"/><Relationship Id="rId14" Type="http://schemas.openxmlformats.org/officeDocument/2006/relationships/hyperlink" Target="https://www.readings.com.au/reviews/fruit-fly-by-josh-silver" TargetMode="External"/><Relationship Id="rId15" Type="http://schemas.openxmlformats.org/officeDocument/2006/relationships/hyperlink" Target="https://www.goodreads.com/book/show/243806990-fruit-fly?utm_source=openai" TargetMode="External"/><Relationship Id="rId16" Type="http://schemas.openxmlformats.org/officeDocument/2006/relationships/hyperlink" Target="https://queerbookclub.org/reviews/fruit-fly-josh-silver/?utm_source=openai" TargetMode="External"/><Relationship Id="rId17" Type="http://schemas.openxmlformats.org/officeDocument/2006/relationships/hyperlink" Target="https://www.goodreads.com/book/show/236601842-fruit-fly?utm_source=openai" TargetMode="External"/><Relationship Id="rId18" Type="http://schemas.openxmlformats.org/officeDocument/2006/relationships/hyperlink" Target="https://www.goodreads.com/book/show/243599031-fruit-fly" TargetMode="External"/><Relationship Id="rId19" Type="http://schemas.openxmlformats.org/officeDocument/2006/relationships/hyperlink" Target="https://www.goodreads.com/book/show/243599031?utm_source=openai" TargetMode="External"/><Relationship Id="rId20" Type="http://schemas.openxmlformats.org/officeDocument/2006/relationships/hyperlink" Target="https://www.goodreads.com/book/show/236601118-fruit-fly?utm_source=openai" TargetMode="External"/><Relationship Id="rId21" Type="http://schemas.openxmlformats.org/officeDocument/2006/relationships/hyperlink" Target="https://www.readings.com.au/reviews/fruit-fly-by-josh-silver?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