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Pacific Pride Festival Moments in Santa Barbara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and neighbours are smiling as Santa Barbara’s Pacific Pride Festival filled Chase Palm Park with colour, music and purpose , thousands attended to celebrate the “Out. Proud. Unstoppable.” theme, learn from local groups, and enjoy live performances that made Pride Week feel joyful and meaningful.</w:t>
      </w:r>
      <w:r/>
    </w:p>
    <w:p>
      <w:r/>
      <w:r>
        <w:t>Essential Takeaways</w:t>
      </w:r>
      <w:r/>
      <w:r/>
    </w:p>
    <w:p>
      <w:pPr>
        <w:pStyle w:val="ListBullet"/>
        <w:spacing w:line="240" w:lineRule="auto"/>
        <w:ind w:left="720"/>
      </w:pPr>
      <w:r/>
      <w:r>
        <w:rPr>
          <w:b/>
        </w:rPr>
        <w:t>Big turnout:</w:t>
      </w:r>
      <w:r>
        <w:t xml:space="preserve"> Thousands gathered at Chase Palm Park for the Pacific Pride Festival, enjoying warm weather and a lively crowd.</w:t>
      </w:r>
      <w:r/>
    </w:p>
    <w:p>
      <w:pPr>
        <w:pStyle w:val="ListBullet"/>
        <w:spacing w:line="240" w:lineRule="auto"/>
        <w:ind w:left="720"/>
      </w:pPr>
      <w:r/>
      <w:r>
        <w:rPr>
          <w:b/>
        </w:rPr>
        <w:t>Meaningful theme:</w:t>
      </w:r>
      <w:r>
        <w:t xml:space="preserve"> “Out. Proud. Unstoppable.” highlighted community resilience amid debates over transgender rights.</w:t>
      </w:r>
      <w:r/>
    </w:p>
    <w:p>
      <w:pPr>
        <w:pStyle w:val="ListBullet"/>
        <w:spacing w:line="240" w:lineRule="auto"/>
        <w:ind w:left="720"/>
      </w:pPr>
      <w:r/>
      <w:r>
        <w:rPr>
          <w:b/>
        </w:rPr>
        <w:t>Community stalls:</w:t>
      </w:r>
      <w:r>
        <w:t xml:space="preserve"> Informational booths from local health and justice groups offered resources and support; food trucks and vendors kept energy high.</w:t>
      </w:r>
      <w:r/>
    </w:p>
    <w:p>
      <w:pPr>
        <w:pStyle w:val="ListBullet"/>
        <w:spacing w:line="240" w:lineRule="auto"/>
        <w:ind w:left="720"/>
      </w:pPr>
      <w:r/>
      <w:r>
        <w:rPr>
          <w:b/>
        </w:rPr>
        <w:t>Headliner energy:</w:t>
      </w:r>
      <w:r>
        <w:t xml:space="preserve"> Ada Vox led a theatrical, high-energy set that drew cheers and singalongs.</w:t>
      </w:r>
      <w:r/>
    </w:p>
    <w:p>
      <w:pPr>
        <w:pStyle w:val="ListBullet"/>
        <w:spacing w:line="240" w:lineRule="auto"/>
        <w:ind w:left="720"/>
      </w:pPr>
      <w:r/>
      <w:r>
        <w:rPr>
          <w:b/>
        </w:rPr>
        <w:t>Week-long pride:</w:t>
      </w:r>
      <w:r>
        <w:t xml:space="preserve"> The city kicked off Pride Week by flying a rainbow flag for the first time on the civic flagpole and closes with faith and brunch events on Sunday.</w:t>
      </w:r>
      <w:r/>
      <w:r/>
    </w:p>
    <w:p>
      <w:r/>
      <w:r>
        <w:t>Why the festival felt different this year</w:t>
      </w:r>
      <w:r/>
    </w:p>
    <w:p>
      <w:r/>
      <w:r>
        <w:t>The mood at Chase Palm Park was sunnier than just the weather , there was a quietly determined joy in the air. According to local reports, organisers leaned into a theme that wasn’t just celebratory but defiant: a reminder that visibility matters when rights are being debated. Festival-goers moved between colourful booths and shaded palms, stopping to chat with volunteers and take in performances, and you could feel a community reminding itself it belongs.</w:t>
      </w:r>
      <w:r/>
    </w:p>
    <w:p>
      <w:r/>
      <w:r>
        <w:t>How the day was organised and what to expect</w:t>
      </w:r>
      <w:r/>
    </w:p>
    <w:p>
      <w:r/>
      <w:r>
        <w:t>Event listings and the foundation’s pages show a well-planned schedule: information tents from groups like Sutter Health and Healing Justice Santa Barbara, craft and food vendors, and a packed entertainment roster. If you’re planning to go next year, arrive early for parking or take public transport , Chase Palm Park fills fast , and bring a lightweight blanket for shade and a small cooler of water to stay comfortable.</w:t>
      </w:r>
      <w:r/>
    </w:p>
    <w:p>
      <w:r/>
      <w:r>
        <w:t>Why flying the rainbow flag mattered to the city</w:t>
      </w:r>
      <w:r/>
    </w:p>
    <w:p>
      <w:r/>
      <w:r>
        <w:t>Santa Barbara’s decision to raise a rainbow flag at City Hall for the first time gave the weekend extra significance. City and Pacific Pride Foundation leaders framed the action as symbolic and practical: a visible promise that LGBTQ+ people are welcome. That kind of civic affirmation can shift how locals experience Pride beyond the festival, from workplace culture to school hallways.</w:t>
      </w:r>
      <w:r/>
    </w:p>
    <w:p>
      <w:r/>
      <w:r>
        <w:t>What stood out on stage and in the crowd</w:t>
      </w:r>
      <w:r/>
    </w:p>
    <w:p>
      <w:r/>
      <w:r>
        <w:t>Entertainment is always the festival’s heartbeat, and this year’s headliner, Ada Vox, brought theatrical vocals and costume drama that kept the energy high. Beyond the main acts, drag brunches, faith-based affirming services and smaller performances stretched Pride Week into something for everyone , families, queer elders, youth and allies. Observers said the crowd was diverse and visibly excited, with lots of candid smiles and spontaneous dancing.</w:t>
      </w:r>
      <w:r/>
    </w:p>
    <w:p>
      <w:r/>
      <w:r>
        <w:t>Tips for festivalgoers and supporters</w:t>
      </w:r>
      <w:r/>
      <w:r/>
    </w:p>
    <w:p>
      <w:pPr>
        <w:pStyle w:val="ListBullet"/>
        <w:spacing w:line="240" w:lineRule="auto"/>
        <w:ind w:left="720"/>
      </w:pPr>
      <w:r/>
      <w:r>
        <w:t>Pack sunscreen and a reusable water bottle; coastal sun can be sharp and shade is limited.</w:t>
      </w:r>
      <w:r/>
    </w:p>
    <w:p>
      <w:pPr>
        <w:pStyle w:val="ListBullet"/>
        <w:spacing w:line="240" w:lineRule="auto"/>
        <w:ind w:left="720"/>
      </w:pPr>
      <w:r/>
      <w:r>
        <w:t>Check the Pacific Pride Foundation site for volunteer shifts or donation options if you want to support beyond showing up.</w:t>
      </w:r>
      <w:r/>
    </w:p>
    <w:p>
      <w:pPr>
        <w:pStyle w:val="ListBullet"/>
        <w:spacing w:line="240" w:lineRule="auto"/>
        <w:ind w:left="720"/>
      </w:pPr>
      <w:r/>
      <w:r>
        <w:t>Visit informational booths early in the day for quieter conversations and to pick up resources.</w:t>
      </w:r>
      <w:r/>
    </w:p>
    <w:p>
      <w:pPr>
        <w:pStyle w:val="ListBullet"/>
        <w:spacing w:line="240" w:lineRule="auto"/>
        <w:ind w:left="720"/>
      </w:pPr>
      <w:r/>
      <w:r>
        <w:t>Consider transport alternatives or carpooling; parking near Chase Palm Park is tight during large events.</w:t>
      </w:r>
      <w:r/>
      <w:r/>
    </w:p>
    <w:p>
      <w:r/>
      <w:r>
        <w:t>Looking ahead: Pride that lasts beyond one weekend</w:t>
      </w:r>
      <w:r/>
    </w:p>
    <w:p>
      <w:r/>
      <w:r>
        <w:t>The festival anchored a week of events that included a Unitarian Society service and Drag Glitter Brunch, signalling that Pride in Santa Barbara is more than a single party , it’s a patchwork of gatherings that sustain community year-round. Organisers and attendees seemed keen to keep that momentum, turning visibility into ongoing support and practical resources.</w:t>
      </w:r>
      <w:r/>
    </w:p>
    <w:p>
      <w:r/>
      <w:r>
        <w:t>It's a small change that can make every day feel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3">
        <w:r>
          <w:rPr>
            <w:color w:val="0000EE"/>
            <w:u w:val="single"/>
          </w:rPr>
          <w:t>[3]</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5">
        <w:r>
          <w:rPr>
            <w:color w:val="0000EE"/>
            <w:u w:val="single"/>
          </w:rPr>
          <w:t>[6]</w:t>
        </w:r>
      </w:hyperlink>
      <w:r>
        <w:t xml:space="preserve">- Paragraph 6: </w:t>
      </w:r>
      <w:hyperlink r:id="rId11">
        <w:r>
          <w:rPr>
            <w:color w:val="0000EE"/>
            <w:u w:val="single"/>
          </w:rPr>
          <w:t>[5]</w:t>
        </w:r>
      </w:hyperlink>
      <w:r>
        <w:t xml:space="preserve">, </w:t>
      </w:r>
      <w:hyperlink r:id="rId12">
        <w:r>
          <w:rPr>
            <w:color w:val="0000EE"/>
            <w:u w:val="single"/>
          </w:rPr>
          <w:t>[7]</w:t>
        </w:r>
      </w:hyperlink>
      <w:r>
        <w:t xml:space="preserve">- Paragraph 7: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https://www.noozhawk.com/rainbows-and-sunshine-at-santa-barbaras-chase-palm-park/</w:t>
        </w:r>
      </w:hyperlink>
      <w:r>
        <w:t xml:space="preserve"> - Please view link - unable to able to access data</w:t>
      </w:r>
      <w:r/>
    </w:p>
    <w:p>
      <w:pPr>
        <w:pStyle w:val="ListNumber"/>
        <w:spacing w:line="240" w:lineRule="auto"/>
        <w:ind w:left="720"/>
      </w:pPr>
      <w:r/>
      <w:hyperlink r:id="rId10">
        <w:r>
          <w:rPr>
            <w:color w:val="0000EE"/>
            <w:u w:val="single"/>
          </w:rPr>
          <w:t>https://www.santabarbara.com/activities/events/pacific-pride-festival/</w:t>
        </w:r>
      </w:hyperlink>
      <w:r>
        <w:t xml:space="preserve"> - The Pacific Pride Festival is an annual event held every August at Chase Palm Park in Santa Barbara, California. Organised by the Pacific Pride Foundation, the festival is free to the public and attracts a diverse crowd of nearly 4,000 LGBTQ+ individuals and allies. The event features live entertainment, exhibitors, local food, informative non-profits, activities, and community member support. The Pacific Pride Foundation's mission is to meet the ongoing and emerging needs of a diverse population to create a thriving and visible LGBTQ+ community and to prevent the transmission of HIV/AIDS.</w:t>
      </w:r>
      <w:r/>
    </w:p>
    <w:p>
      <w:pPr>
        <w:pStyle w:val="ListNumber"/>
        <w:spacing w:line="240" w:lineRule="auto"/>
        <w:ind w:left="720"/>
      </w:pPr>
      <w:r/>
      <w:hyperlink r:id="rId13">
        <w:r>
          <w:rPr>
            <w:color w:val="0000EE"/>
            <w:u w:val="single"/>
          </w:rPr>
          <w:t>https://calendar.santabarbaraca.gov/event/pacific-pride-festival-7138</w:t>
        </w:r>
      </w:hyperlink>
      <w:r>
        <w:t xml:space="preserve"> - The City of Santa Barbara's official calendar lists the Pacific Pride Festival, scheduled for Saturday, August 22, 2026, from 11:00 am to 7:00 pm at Chase Palm Park Field. Sponsored by the City of Santa Barbara and Santa Barbara Airport, this free, all-ages celebration welcomes every generation and identity within the LGBTQ+ community and allies. The theme for this year is 'Out. Proud. Unstoppable.', celebrating the strength of showing up fully, the joy of living authentically, and the momentum created when moving together. The festival features over 70 vendors and community organizations, with areas dedicated to Arts, Health, Outdoors, Spirituality, Social Justice, and more. Mini-events and activities include a Pride Pet Parade, aerialist performances, games, and crafts for all ages.</w:t>
      </w:r>
      <w:r/>
    </w:p>
    <w:p>
      <w:pPr>
        <w:pStyle w:val="ListNumber"/>
        <w:spacing w:line="240" w:lineRule="auto"/>
        <w:ind w:left="720"/>
      </w:pPr>
      <w:r/>
      <w:hyperlink r:id="rId14">
        <w:r>
          <w:rPr>
            <w:color w:val="0000EE"/>
            <w:u w:val="single"/>
          </w:rPr>
          <w:t>https://santabarbaraca.com/events/pacific-pride-festival/</w:t>
        </w:r>
      </w:hyperlink>
      <w:r>
        <w:t xml:space="preserve"> - Visit Santa Barbara provides information about the Pacific Pride Festival, scheduled for August 22, 2026, from 11:00 am to 7:00 pm at Chase Palm Park. Organised by the Pacific Pride Foundation, the festival is free and open to all ages, welcoming every generation and identity within the LGBTQ+ community and allies. The theme for this year is 'Out. Proud. Unstoppable.', celebrating the strength, resilience, and joy of living authentically. The festival offers live entertainment, local and regional talent, DJs, community organizations, food trucks, and a 21+ beer garden. Attendees are encouraged to utilise public transportation due to limited parking. The Pacific Pride Foundation is dedicated to inclusivity, providing accommodations for individuals with disabilities, as well as ASL and Spanish language interpretation services.</w:t>
      </w:r>
      <w:r/>
    </w:p>
    <w:p>
      <w:pPr>
        <w:pStyle w:val="ListNumber"/>
        <w:spacing w:line="240" w:lineRule="auto"/>
        <w:ind w:left="720"/>
      </w:pPr>
      <w:r/>
      <w:hyperlink r:id="rId11">
        <w:r>
          <w:rPr>
            <w:color w:val="0000EE"/>
            <w:u w:val="single"/>
          </w:rPr>
          <w:t>https://pacificpridefoundation.org/es/summer-of-pride/pacific-pride-festival/</w:t>
        </w:r>
      </w:hyperlink>
      <w:r>
        <w:t xml:space="preserve"> - The Pacific Pride Foundation's official website announces the return of the Pacific Pride Festival to Santa Barbara's waterfront on Saturday, August 22, 2026. The theme for this year is 'Out. Proud. Unstoppable.', honouring the strength of showing up fully, the joy of living authentically, and the momentum created when moving together. The festival invites attendees to see their voices as waves—individually powerful, and unstoppable when united. The website provides details about the festival's programming, performers, and experiences, with more information to be announced soon.</w:t>
      </w:r>
      <w:r/>
    </w:p>
    <w:p>
      <w:pPr>
        <w:pStyle w:val="ListNumber"/>
        <w:spacing w:line="240" w:lineRule="auto"/>
        <w:ind w:left="720"/>
      </w:pPr>
      <w:r/>
      <w:hyperlink r:id="rId15">
        <w:r>
          <w:rPr>
            <w:color w:val="0000EE"/>
            <w:u w:val="single"/>
          </w:rPr>
          <w:t>https://www.independent.com/events/pacific-pride-festival-2026/</w:t>
        </w:r>
      </w:hyperlink>
      <w:r>
        <w:t xml:space="preserve"> - The Santa Barbara Independent provides details about the Pacific Pride Festival 2026, scheduled for Saturday, August 22, 2026, from 11:00 am to 7:00 pm at Chase Palm Park. Organised by the Pacific Pride Foundation, this free, all-ages festival brings together thousands of community members, families, friends, and allies for a full day of entertainment, connection, and celebration. The theme for this year is 'OUT. PROUD. UNSTOPPABLE.', celebrating the strength, resilience, and joy of the LGBTQ+ community. The festival features live music across multiple stages, nationally recognised performers, dance performances, drag entertainment, DJs, interactive art installations, a vibrant Family Zone, local food trucks, community organisations, vendors, a lively Beer Garden (21+), and activities for all ages. Headlining this year's festival is Ada Vox, with special guest host Morgan McMichaels (RuPaul’s Drag Race All Stars) and official festival host Vivian Storm leading an exciting day of performances and celebration.</w:t>
      </w:r>
      <w:r/>
    </w:p>
    <w:p>
      <w:pPr>
        <w:pStyle w:val="ListNumber"/>
        <w:spacing w:line="240" w:lineRule="auto"/>
        <w:ind w:left="720"/>
      </w:pPr>
      <w:r/>
      <w:hyperlink r:id="rId12">
        <w:r>
          <w:rPr>
            <w:color w:val="0000EE"/>
            <w:u w:val="single"/>
          </w:rPr>
          <w:t>https://www.edhat.com/news/2025-pacific-pride-festival-at-chase-palm-park-in-santa-barbara/</w:t>
        </w:r>
      </w:hyperlink>
      <w:r>
        <w:t xml:space="preserve"> - Edhat reports on the 2025 Pacific Pride Festival at Chase Palm Park in Santa Barbara, highlighting the Pacific Pride Foundation's 50th year of service in the community. The festival was colourful and welcoming, featuring various activities and performances. The Pacific Pride Foundation began in 1976 as a Drug and Alcohol Abuse Counseling and Referral centre for gay men and lesbians. In 1984, the agency initiated the AIDS Counseling and Assistance Program (AIDS CAP) to address the emerging HIV epidemic and began offering free, anonymous HIV testing in 1985 as one of the first county test sites. In 1994, the organisation changed its name to Pacific Pride Foundation, providing high-quality, compassionate health and social service programs not available through any other organisation in Santa Barbara County.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ozhawk.com/rainbows-and-sunshine-at-santa-barbaras-chase-palm-park/" TargetMode="External"/><Relationship Id="rId10" Type="http://schemas.openxmlformats.org/officeDocument/2006/relationships/hyperlink" Target="https://www.santabarbara.com/activities/events/pacific-pride-festival/" TargetMode="External"/><Relationship Id="rId11" Type="http://schemas.openxmlformats.org/officeDocument/2006/relationships/hyperlink" Target="https://pacificpridefoundation.org/es/summer-of-pride/pacific-pride-festival/" TargetMode="External"/><Relationship Id="rId12" Type="http://schemas.openxmlformats.org/officeDocument/2006/relationships/hyperlink" Target="https://www.edhat.com/news/2025-pacific-pride-festival-at-chase-palm-park-in-santa-barbara/" TargetMode="External"/><Relationship Id="rId13" Type="http://schemas.openxmlformats.org/officeDocument/2006/relationships/hyperlink" Target="https://calendar.santabarbaraca.gov/event/pacific-pride-festival-7138" TargetMode="External"/><Relationship Id="rId14" Type="http://schemas.openxmlformats.org/officeDocument/2006/relationships/hyperlink" Target="https://santabarbaraca.com/events/pacific-pride-festival/" TargetMode="External"/><Relationship Id="rId15" Type="http://schemas.openxmlformats.org/officeDocument/2006/relationships/hyperlink" Target="https://www.independent.com/events/pacific-pride-festival-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