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OutQ Super Pride Weekend Line-up: Club Classics, Icons and New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nostalgia and new voices as SiriusXM’s OutQ marks Super Pride Weekend with club tributes, revealing interviews and a fresh DJ series , a celebration of LGBT culture, dance music history and candid stories that matter to listeners across the US.</w:t>
      </w:r>
      <w:r/>
    </w:p>
    <w:p>
      <w:r/>
      <w:r>
        <w:t>Essential Takeaways</w:t>
      </w:r>
      <w:r/>
      <w:r/>
    </w:p>
    <w:p>
      <w:pPr>
        <w:pStyle w:val="ListBullet"/>
        <w:spacing w:line="240" w:lineRule="auto"/>
        <w:ind w:left="720"/>
      </w:pPr>
      <w:r/>
      <w:r>
        <w:rPr>
          <w:b/>
        </w:rPr>
        <w:t>Big-name interviews:</w:t>
      </w:r>
      <w:r>
        <w:t xml:space="preserve"> Kylie Minogue and Martha Wash deliver intimate conversations and performances, including personal revelations and a new single.</w:t>
      </w:r>
      <w:r/>
    </w:p>
    <w:p>
      <w:pPr>
        <w:pStyle w:val="ListBullet"/>
        <w:spacing w:line="240" w:lineRule="auto"/>
        <w:ind w:left="720"/>
      </w:pPr>
      <w:r/>
      <w:r>
        <w:rPr>
          <w:b/>
        </w:rPr>
        <w:t>Historic club tribute:</w:t>
      </w:r>
      <w:r>
        <w:t xml:space="preserve"> An all-night Paradise Garage reunion mix by veteran DJs recreates the garage sound and its emotional punch.</w:t>
      </w:r>
      <w:r/>
    </w:p>
    <w:p>
      <w:pPr>
        <w:pStyle w:val="ListBullet"/>
        <w:spacing w:line="240" w:lineRule="auto"/>
        <w:ind w:left="720"/>
      </w:pPr>
      <w:r/>
      <w:r>
        <w:rPr>
          <w:b/>
        </w:rPr>
        <w:t>New series debut:</w:t>
      </w:r>
      <w:r>
        <w:t xml:space="preserve"> Nicky Siano’s Behind the Grooves, co-hosted with Larry Flick, blends disco memories with rare tracks.</w:t>
      </w:r>
      <w:r/>
    </w:p>
    <w:p>
      <w:pPr>
        <w:pStyle w:val="ListBullet"/>
        <w:spacing w:line="240" w:lineRule="auto"/>
        <w:ind w:left="720"/>
      </w:pPr>
      <w:r/>
      <w:r>
        <w:rPr>
          <w:b/>
        </w:rPr>
        <w:t>Activist profile:</w:t>
      </w:r>
      <w:r>
        <w:t xml:space="preserve"> Iconography: Larry Kramer offers a deep, reflective hour on the activist and playwright’s legacy.</w:t>
      </w:r>
      <w:r/>
    </w:p>
    <w:p>
      <w:pPr>
        <w:pStyle w:val="ListBullet"/>
        <w:spacing w:line="240" w:lineRule="auto"/>
        <w:ind w:left="720"/>
      </w:pPr>
      <w:r/>
      <w:r>
        <w:rPr>
          <w:b/>
        </w:rPr>
        <w:t>Feel the Spin special:</w:t>
      </w:r>
      <w:r>
        <w:t xml:space="preserve"> Larry Flick curates sets and interviews that connect disco’s golden era to later scenes like The Saint.</w:t>
      </w:r>
      <w:r/>
      <w:r/>
    </w:p>
    <w:p>
      <w:pPr>
        <w:pStyle w:val="Heading2"/>
      </w:pPr>
      <w:r>
        <w:t>Why this Super Pride Weekend feels like a party and a history lesson</w:t>
      </w:r>
      <w:r/>
    </w:p>
    <w:p>
      <w:r/>
      <w:r>
        <w:t>OutQ’s weekend programming leans into texture , the warm, vinyl-rich echo of disco and the sharp, personal edges of oral history. The Paradise Garage tribute promises that late-night, sweaty-club atmosphere, the sort of thing your ears remember the moment the beat drops. SiriusXM is packaging nostalgia and storytelling together, so listeners get both tracks that make you move and interviews that make you think.</w:t>
      </w:r>
      <w:r/>
    </w:p>
    <w:p>
      <w:r/>
      <w:r>
        <w:t>The outlet has done similar themed stretches before, and this one lifts up the particular cultural role clubs played in LGBT life. For long-time fans, it’s a reminder; for newcomers, it’s a primer. If you’re choosing when to tune in, pick the all-night Garage sets for immersive listening and the daytime slots for the interviews.</w:t>
      </w:r>
      <w:r/>
    </w:p>
    <w:p>
      <w:pPr>
        <w:pStyle w:val="Heading2"/>
      </w:pPr>
      <w:r>
        <w:t>Paradise Garage: why a reunion mix still matters</w:t>
      </w:r>
      <w:r/>
    </w:p>
    <w:p>
      <w:r/>
      <w:r>
        <w:t>The Paradise Garage wasn’t just a club, it was the sound-track to a community finding itself, and DJs like Larry Levan shaped a whole aesthetic. OutQ’s airing of a reunion party recorded earlier in the year recreates that signature “garage sound” , lush, soulful, and forward-looking , with DJs who actually lived the scene.</w:t>
      </w:r>
      <w:r/>
    </w:p>
    <w:p>
      <w:r/>
      <w:r>
        <w:t>Listen if you want the sort of DJ sets that fold slow-burning builds into euphoric releases; skip or sample if you prefer modern EDM’s punchier edits. For buyers of dance-music history, this is a good time to revisit the labels and remixes associated with the Garage and West End Records to connect dots between past and present.</w:t>
      </w:r>
      <w:r/>
    </w:p>
    <w:p>
      <w:pPr>
        <w:pStyle w:val="Heading2"/>
      </w:pPr>
      <w:r>
        <w:t>Behind the Grooves: Nicky Siano and Larry Flick dig into disco’s roots</w:t>
      </w:r>
      <w:r/>
    </w:p>
    <w:p>
      <w:r/>
      <w:r>
        <w:t>Nicky Siano’s new show, co-hosted with Larry Flick, is pitched as part-oral-history, part-curated playlist. Expect three-turntable bravado stories, behind-the-scenes gossip from Studio 54 and Le Jardin, and carefully chosen rarities that don’t get airplay on the usual stations.</w:t>
      </w:r>
      <w:r/>
    </w:p>
    <w:p>
      <w:r/>
      <w:r>
        <w:t>This format works for anyone who loves context with their cuts. My practical tip: listen with headphones the first time; lots of subtle mixing choices and rare vocal clips reward close listening. The show’s encore means you’ve got options to catch it even if life gets in the way Saturday night.</w:t>
      </w:r>
      <w:r/>
    </w:p>
    <w:p>
      <w:pPr>
        <w:pStyle w:val="Heading2"/>
      </w:pPr>
      <w:r>
        <w:t>Big interviews: Kylie Minogue and Martha Wash bring candour and voice</w:t>
      </w:r>
      <w:r/>
    </w:p>
    <w:p>
      <w:r/>
      <w:r>
        <w:t>OutQ’s Feel the Spin special threads in substantial interviews. Kylie Minogue talks about her health journey and career pivots, while Martha Wash traces a career from The Weather Girls to high-profile vocal work that sometimes went uncredited. Both segments add a human, often vulnerable layer to what might otherwise be a purely celebratory weekend.</w:t>
      </w:r>
      <w:r/>
    </w:p>
    <w:p>
      <w:r/>
      <w:r>
        <w:t>Those interviews are more than celebrity filler; they map how personal struggles and professional reinventions intersect with pop and dance music culture. If you care about the stories behind the tracks, these conversations are the weekend’s emotional centrepiece.</w:t>
      </w:r>
      <w:r/>
    </w:p>
    <w:p>
      <w:pPr>
        <w:pStyle w:val="Heading2"/>
      </w:pPr>
      <w:r>
        <w:t>Iconography: Larry Kramer and why activism still resonates</w:t>
      </w:r>
      <w:r/>
    </w:p>
    <w:p>
      <w:r/>
      <w:r>
        <w:t>OutQ’s Iconography episode on Larry Kramer offers an intimate portrait recorded where he did much of his organising. Kramer’s account of founding GMHC and ACT UP is raw and direct, and airing it during Super Pride Weekend ties music and party culture back to political struggle.</w:t>
      </w:r>
      <w:r/>
    </w:p>
    <w:p>
      <w:r/>
      <w:r>
        <w:t>This choice by SiriusXM is a reminder that Pride isn’t only parades and playlists. It’s also memory, accountability and the work that made music venues into safe spaces for many. For listeners, it’s a chance to hear a primary voice reflect on victories and failures alike.</w:t>
      </w:r>
      <w:r/>
    </w:p>
    <w:p>
      <w:pPr>
        <w:pStyle w:val="Heading2"/>
      </w:pPr>
      <w:r>
        <w:t>How to get the most from the weekend programming</w:t>
      </w:r>
      <w:r/>
    </w:p>
    <w:p>
      <w:r/>
      <w:r>
        <w:t>Plan a mix: pick one all-night set for the immersive feel, then slot in the interviews and Behind the Grooves premiere when you want context. Use headphones for Siano’s mixes, and note the encore times so you don’t miss an interview. If you’re new to this era, make a shortlist of artists and labels mentioned, then follow up with streaming playlists to deepen the listening.</w:t>
      </w:r>
      <w:r/>
    </w:p>
    <w:p>
      <w:r/>
      <w:r>
        <w:t>It’s an approachable, layered schedule , part dance-floor, part living archive , and it’s designed to reward both casual listeners and deep-divers.</w:t>
      </w:r>
      <w:r/>
    </w:p>
    <w:p>
      <w:r/>
      <w:r>
        <w:t>It's a small programming choice that reconnects party music to people and politics , and it’s worth tuning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[5]</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https://radiofacts.media/siriusxms-lgbt-channel-outq-celebrates-super-pride-weekend-2011/</w:t>
        </w:r>
      </w:hyperlink>
      <w:r>
        <w:t xml:space="preserve"> - Please view link - unable to able to access data</w:t>
      </w:r>
      <w:r/>
    </w:p>
    <w:p>
      <w:pPr>
        <w:pStyle w:val="ListNumber"/>
        <w:spacing w:line="240" w:lineRule="auto"/>
        <w:ind w:left="720"/>
      </w:pPr>
      <w:r/>
      <w:hyperlink r:id="rId10">
        <w:r>
          <w:rPr>
            <w:color w:val="0000EE"/>
            <w:u w:val="single"/>
          </w:rPr>
          <w:t>https://www.prnewswire.com/news-releases/siriusxms-lgbt-channel-outq-celebrates-super-pride-weekend-2011-124428378.html</w:t>
        </w:r>
      </w:hyperlink>
      <w:r>
        <w:t xml:space="preserve"> - SiriusXM's LGBT channel OutQ celebrated Super Pride Weekend 2011 with special programming, including an all-night tribute to the iconic Paradise Garage disco featuring legendary DJs David DePino Xtravaganza and Joey Llanos. The Paradise Garage was renowned for blending vintage disco with cutting-edge house music and was the birthplace of DJ/producer Larry Levan and Mel Cheren, whose West End Record label became synonymous with the 'garage sound'. DePino Xtravaganza and Llanos participated in a reunion party in New York City earlier that year, which OutQ aired on June 25 and 26, 2011. (</w:t>
      </w:r>
      <w:hyperlink r:id="rId15">
        <w:r>
          <w:rPr>
            <w:color w:val="0000EE"/>
            <w:u w:val="single"/>
          </w:rPr>
          <w:t>prnewswire.com</w:t>
        </w:r>
      </w:hyperlink>
      <w:r>
        <w:t>)</w:t>
      </w:r>
      <w:r/>
    </w:p>
    <w:p>
      <w:pPr>
        <w:pStyle w:val="ListNumber"/>
        <w:spacing w:line="240" w:lineRule="auto"/>
        <w:ind w:left="720"/>
      </w:pPr>
      <w:r/>
      <w:hyperlink r:id="rId12">
        <w:r>
          <w:rPr>
            <w:color w:val="0000EE"/>
            <w:u w:val="single"/>
          </w:rPr>
          <w:t>https://music.fandom.com/wiki/The_Paradise_Garage</w:t>
        </w:r>
      </w:hyperlink>
      <w:r>
        <w:t xml:space="preserve"> - The Paradise Garage was a discotheque in New York City, notable in the history of modern LGBT and nightclub cultures, as well as dance and pop music. Founded by Michael Brody and financed by music executive Mel Cheren, it operated from 1976 to 1987 and was the base for DJ Larry Levan. The club's name derives from its origins as a parking garage. (</w:t>
      </w:r>
      <w:hyperlink r:id="rId16">
        <w:r>
          <w:rPr>
            <w:color w:val="0000EE"/>
            <w:u w:val="single"/>
          </w:rPr>
          <w:t>music.fandom.com</w:t>
        </w:r>
      </w:hyperlink>
      <w:r>
        <w:t>)</w:t>
      </w:r>
      <w:r/>
    </w:p>
    <w:p>
      <w:pPr>
        <w:pStyle w:val="ListNumber"/>
        <w:spacing w:line="240" w:lineRule="auto"/>
        <w:ind w:left="720"/>
      </w:pPr>
      <w:r/>
      <w:hyperlink r:id="rId13">
        <w:r>
          <w:rPr>
            <w:color w:val="0000EE"/>
            <w:u w:val="single"/>
          </w:rPr>
          <w:t>https://www.behindthegroove.co.uk/behind-the-groove-classic-deephouse-house-techno-music-blog/2019/3/4/paradise-garage-larry-levan-tribute-with-louie-vega-amp-kevin-hedge</w:t>
        </w:r>
      </w:hyperlink>
      <w:r>
        <w:t xml:space="preserve"> - In 2010, Louie Vega and Kevin Hedge paid tribute to Larry Levan and the Paradise Garage with a nearly two-hour mix on New York's WBLS radio station. The mix featured classic disco and house tracks, showcasing the enduring influence of the Paradise Garage on modern dance music. (</w:t>
      </w:r>
      <w:hyperlink r:id="rId17">
        <w:r>
          <w:rPr>
            <w:color w:val="0000EE"/>
            <w:u w:val="single"/>
          </w:rPr>
          <w:t>behindthegroove.co.uk</w:t>
        </w:r>
      </w:hyperlink>
      <w:r>
        <w:t>)</w:t>
      </w:r>
      <w:r/>
    </w:p>
    <w:p>
      <w:pPr>
        <w:pStyle w:val="ListNumber"/>
        <w:spacing w:line="240" w:lineRule="auto"/>
        <w:ind w:left="720"/>
      </w:pPr>
      <w:r/>
      <w:hyperlink r:id="rId11">
        <w:r>
          <w:rPr>
            <w:color w:val="0000EE"/>
            <w:u w:val="single"/>
          </w:rPr>
          <w:t>https://www.vice.com/en/article/a-night-in-paradise-garage-stories-from-new-yorks-most-legendary-club/</w:t>
        </w:r>
      </w:hyperlink>
      <w:r>
        <w:t xml:space="preserve"> - An article detailing the history and significance of the Paradise Garage, highlighting DJ Larry Levan's influential 'Saturday Mass' DJ sets and the club's role in shaping modern dance music and LGBT culture. The piece includes insights from David DePino, a close friend of Levan, and other figures associated with the club. (</w:t>
      </w:r>
      <w:hyperlink r:id="rId18">
        <w:r>
          <w:rPr>
            <w:color w:val="0000EE"/>
            <w:u w:val="single"/>
          </w:rPr>
          <w:t>vice.com</w:t>
        </w:r>
      </w:hyperlink>
      <w:r>
        <w:t>)</w:t>
      </w:r>
      <w:r/>
    </w:p>
    <w:p>
      <w:pPr>
        <w:pStyle w:val="ListNumber"/>
        <w:spacing w:line="240" w:lineRule="auto"/>
        <w:ind w:left="720"/>
      </w:pPr>
      <w:r/>
      <w:hyperlink r:id="rId19">
        <w:r>
          <w:rPr>
            <w:color w:val="0000EE"/>
            <w:u w:val="single"/>
          </w:rPr>
          <w:t>https://www.prnewswire.com/news-releases/siriusxm-pays-tribute-to-elizabeth-taylor-118626899.html</w:t>
        </w:r>
      </w:hyperlink>
      <w:r>
        <w:t xml:space="preserve"> - SiriusXM Radio honoured the life of Hollywood icon Elizabeth Taylor with special programming across multiple channels, including interviews with Barbara Walters and Oprah Winfrey, a 1947 radio adaptation of 'National Velvet' starring Taylor and Mickey Rooney, and discussions about Taylor's advocacy for AIDS/HIV research and education on the LGBT channel OutQ. (</w:t>
      </w:r>
      <w:hyperlink r:id="rId20">
        <w:r>
          <w:rPr>
            <w:color w:val="0000EE"/>
            <w:u w:val="single"/>
          </w:rPr>
          <w:t>prnewswire.com</w:t>
        </w:r>
      </w:hyperlink>
      <w:r>
        <w:t>)</w:t>
      </w:r>
      <w:r/>
    </w:p>
    <w:p>
      <w:pPr>
        <w:pStyle w:val="ListNumber"/>
        <w:spacing w:line="240" w:lineRule="auto"/>
        <w:ind w:left="720"/>
      </w:pPr>
      <w:r/>
      <w:hyperlink r:id="rId14">
        <w:r>
          <w:rPr>
            <w:color w:val="0000EE"/>
            <w:u w:val="single"/>
          </w:rPr>
          <w:t>https://www.prnewswire.com/news-releases/siriusxm-launches-iconography-series-with-internationally-renowned-style-icon-designer-and-filmmaker-tom-ford-as-its-inaugural-icon-117067098.html</w:t>
        </w:r>
      </w:hyperlink>
      <w:r>
        <w:t xml:space="preserve"> - SiriusXM launched 'Iconography', an exclusive monthly series on its OutQ channel, honouring the life and impact of iconic personalities. The inaugural episode featured designer and filmmaker Tom Ford, with an exclusive interview premiering on March 19, 2011. (</w:t>
      </w:r>
      <w:hyperlink r:id="rId21">
        <w:r>
          <w:rPr>
            <w:color w:val="0000EE"/>
            <w:u w:val="single"/>
          </w:rPr>
          <w:t>prnewswire.com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diofacts.media/siriusxms-lgbt-channel-outq-celebrates-super-pride-weekend-2011/" TargetMode="External"/><Relationship Id="rId10" Type="http://schemas.openxmlformats.org/officeDocument/2006/relationships/hyperlink" Target="https://www.prnewswire.com/news-releases/siriusxms-lgbt-channel-outq-celebrates-super-pride-weekend-2011-124428378.html" TargetMode="External"/><Relationship Id="rId11" Type="http://schemas.openxmlformats.org/officeDocument/2006/relationships/hyperlink" Target="https://www.vice.com/en/article/a-night-in-paradise-garage-stories-from-new-yorks-most-legendary-club/" TargetMode="External"/><Relationship Id="rId12" Type="http://schemas.openxmlformats.org/officeDocument/2006/relationships/hyperlink" Target="https://music.fandom.com/wiki/The_Paradise_Garage" TargetMode="External"/><Relationship Id="rId13" Type="http://schemas.openxmlformats.org/officeDocument/2006/relationships/hyperlink" Target="https://www.behindthegroove.co.uk/behind-the-groove-classic-deephouse-house-techno-music-blog/2019/3/4/paradise-garage-larry-levan-tribute-with-louie-vega-amp-kevin-hedge" TargetMode="External"/><Relationship Id="rId14" Type="http://schemas.openxmlformats.org/officeDocument/2006/relationships/hyperlink" Target="https://www.prnewswire.com/news-releases/siriusxm-launches-iconography-series-with-internationally-renowned-style-icon-designer-and-filmmaker-tom-ford-as-its-inaugural-icon-117067098.html" TargetMode="External"/><Relationship Id="rId15" Type="http://schemas.openxmlformats.org/officeDocument/2006/relationships/hyperlink" Target="https://www.prnewswire.com/news-releases/siriusxms-lgbt-channel-outq-celebrates-super-pride-weekend-2011-124428378.html?utm_source=openai" TargetMode="External"/><Relationship Id="rId16" Type="http://schemas.openxmlformats.org/officeDocument/2006/relationships/hyperlink" Target="https://music.fandom.com/wiki/The_Paradise_Garage?utm_source=openai" TargetMode="External"/><Relationship Id="rId17" Type="http://schemas.openxmlformats.org/officeDocument/2006/relationships/hyperlink" Target="https://www.behindthegroove.co.uk/behind-the-groove-classic-deephouse-house-techno-music-blog/2019/3/4/paradise-garage-larry-levan-tribute-with-louie-vega-amp-kevin-hedge?utm_source=openai" TargetMode="External"/><Relationship Id="rId18" Type="http://schemas.openxmlformats.org/officeDocument/2006/relationships/hyperlink" Target="https://www.vice.com/en/article/a-night-in-paradise-garage-stories-from-new-yorks-most-legendary-club/?utm_source=openai" TargetMode="External"/><Relationship Id="rId19" Type="http://schemas.openxmlformats.org/officeDocument/2006/relationships/hyperlink" Target="https://www.prnewswire.com/news-releases/siriusxm-pays-tribute-to-elizabeth-taylor-118626899.html" TargetMode="External"/><Relationship Id="rId20" Type="http://schemas.openxmlformats.org/officeDocument/2006/relationships/hyperlink" Target="https://www.prnewswire.com/news-releases/siriusxm-pays-tribute-to-elizabeth-taylor-118626899.html?utm_source=openai" TargetMode="External"/><Relationship Id="rId21" Type="http://schemas.openxmlformats.org/officeDocument/2006/relationships/hyperlink" Target="https://www.prnewswire.com/news-releases/siriusxm-launches-iconography-series-with-internationally-renowned-style-icon-designer-and-filmmaker-tom-ford-as-its-inaugural-icon-117067098.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