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Nerdy Drag Kings We Need to See on TV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 nerdy drag kings are having their moment, and viewers are ready for the spectacle. From cosplay-heavy looks to afrofuturist sci-fi couture, these performers blend fandom with fierce craft , and putting them on TV would widen drag’s mainstream, celebrate queer creativity, and give audiences something brilliantly new.</w:t>
      </w:r>
      <w:r/>
    </w:p>
    <w:p>
      <w:r/>
      <w:r>
        <w:t>Essential Takeaways</w:t>
      </w:r>
      <w:r/>
      <w:r/>
    </w:p>
    <w:p>
      <w:pPr>
        <w:pStyle w:val="ListBullet"/>
        <w:spacing w:line="240" w:lineRule="auto"/>
        <w:ind w:left="720"/>
      </w:pPr>
      <w:r/>
      <w:r>
        <w:rPr>
          <w:b/>
        </w:rPr>
        <w:t>Rising trend:</w:t>
      </w:r>
      <w:r>
        <w:t xml:space="preserve"> Drag king-focused shows are increasing, spotlighting artists who merge nerd culture and drag.</w:t>
      </w:r>
      <w:r/>
    </w:p>
    <w:p>
      <w:pPr>
        <w:pStyle w:val="ListBullet"/>
        <w:spacing w:line="240" w:lineRule="auto"/>
        <w:ind w:left="720"/>
      </w:pPr>
      <w:r/>
      <w:r>
        <w:rPr>
          <w:b/>
        </w:rPr>
        <w:t>Standout aesthetics:</w:t>
      </w:r>
      <w:r>
        <w:t xml:space="preserve"> Expect cosplay, bright facepaint, rhinestones, and afrofuturist sci-fi looks that feel cinematic.</w:t>
      </w:r>
      <w:r/>
    </w:p>
    <w:p>
      <w:pPr>
        <w:pStyle w:val="ListBullet"/>
        <w:spacing w:line="240" w:lineRule="auto"/>
        <w:ind w:left="720"/>
      </w:pPr>
      <w:r/>
      <w:r>
        <w:rPr>
          <w:b/>
        </w:rPr>
        <w:t>Community roots:</w:t>
      </w:r>
      <w:r>
        <w:t xml:space="preserve"> Many performers run local nights or teach workshops, so TV exposure would amplify grassroots scenes.</w:t>
      </w:r>
      <w:r/>
    </w:p>
    <w:p>
      <w:pPr>
        <w:pStyle w:val="ListBullet"/>
        <w:spacing w:line="240" w:lineRule="auto"/>
        <w:ind w:left="720"/>
      </w:pPr>
      <w:r/>
      <w:r>
        <w:rPr>
          <w:b/>
        </w:rPr>
        <w:t>Diverse approaches:</w:t>
      </w:r>
      <w:r>
        <w:t xml:space="preserve"> From androgynous punk to wholesome children’s TV-style charm, styles vary widely and translate well on-screen.</w:t>
      </w:r>
      <w:r/>
    </w:p>
    <w:p>
      <w:pPr>
        <w:pStyle w:val="ListBullet"/>
        <w:spacing w:line="240" w:lineRule="auto"/>
        <w:ind w:left="720"/>
      </w:pPr>
      <w:r/>
      <w:r>
        <w:rPr>
          <w:b/>
        </w:rPr>
        <w:t>Viewing payoff:</w:t>
      </w:r>
      <w:r>
        <w:t xml:space="preserve"> Fans get spectacle and storytelling, while new audiences learn queer history and performance craft.</w:t>
      </w:r>
      <w:r/>
      <w:r/>
    </w:p>
    <w:p>
      <w:pPr>
        <w:pStyle w:val="Heading2"/>
      </w:pPr>
      <w:r>
        <w:t>Why nerdy drag kings are exactly what TV needs</w:t>
      </w:r>
      <w:r/>
    </w:p>
    <w:p>
      <w:r/>
      <w:r>
        <w:t>There’s something deliciously theatrical about a king who turns a favourite franchise into a full-bodied character, complete with wig, props and the perfect smirk. According to recent shifts in programming, shows that centre drag kings are finally getting airtime, and viewers are responding to the creative risk-taking. Industry coverage has noted that reality formats and streaming platforms are looking for fresh angles, and nerdy kings deliver both spectacle and niche fandom appeal. If you’re choosing a series to tune into, one with cosplay-driven challenges and deep-dive fan references will keep both casual viewers and superfans hooked.</w:t>
      </w:r>
      <w:r/>
    </w:p>
    <w:p>
      <w:pPr>
        <w:pStyle w:val="Heading2"/>
      </w:pPr>
      <w:r>
        <w:t>Manly Mannington: afrofuturism, community and the TV-ready look</w:t>
      </w:r>
      <w:r/>
    </w:p>
    <w:p>
      <w:r/>
      <w:r>
        <w:t>Manly Mannington builds drag around afrofuturist fantasy , think glossy, sculptural silhouettes and sci-fi colour palettes that read like a short film. He’s already a key voice in the UK scene and runs a house that lifts up local talent, which means he brings not just performance but curation. Producers looking to add depth to casting should note that performers who mentor others bring built-in narratives about community and resilience. For viewers, Manly’s work would be visually arresting and culturally rich , perfect for a series that wants to look as good as it feels.</w:t>
      </w:r>
      <w:r/>
    </w:p>
    <w:p>
      <w:pPr>
        <w:pStyle w:val="Heading2"/>
      </w:pPr>
      <w:r>
        <w:t>Cosplay kings: King River Glass and why character work plays well on camera</w:t>
      </w:r>
      <w:r/>
    </w:p>
    <w:p>
      <w:r/>
      <w:r>
        <w:t>Cosplay translates brilliantly to television because it offers clear visuals and instant recognition. King River Glass mixes original characters with homages to Coraline and The Amazing Digital Circus, and their colourful facepaint and character arcs would make for strong episodic beats. Shows could run makeup and build challenges, or pair kings with fan communities for crossover episodes. For anyone casting a competition or variety show, performers who already livestream and teach have the camera confidence and audience empathy producers crave.</w:t>
      </w:r>
      <w:r/>
    </w:p>
    <w:p>
      <w:pPr>
        <w:pStyle w:val="Heading2"/>
      </w:pPr>
      <w:r>
        <w:t>Andro Gin: gender fluidity, punk glamour and narrative complexity</w:t>
      </w:r>
      <w:r/>
    </w:p>
    <w:p>
      <w:r/>
      <w:r>
        <w:t>Andro Gin sits in a space that refuses neat labels, and that tension is dramatic gold for TV. Their punk-inflected, slightly gruesome aesthetic complicates the usual king/queen binaries in a way that sparks conversation as well as applause. Reality formats that explore identity, costume craft and performance persona would find plenty to mine here , from backstage styling to conversations about gender. For viewers, Andro Gin’s presence would broaden what mainstream drag looks like and push storytelling beyond the usual tropes.</w:t>
      </w:r>
      <w:r/>
    </w:p>
    <w:p>
      <w:pPr>
        <w:pStyle w:val="Heading2"/>
      </w:pPr>
      <w:r>
        <w:t>Axel Andrews: fandom, sequins and the seductive power of nostalgia</w:t>
      </w:r>
      <w:r/>
    </w:p>
    <w:p>
      <w:r/>
      <w:r>
        <w:t>Axel Andrews turns Waluigi, Pokémon and other fandom touchstones into sensual, bedazzled drag. That blend of camp, nostalgia and glamour plays beautifully to both younger fans and those who grew up with the franchises being riffed. On-screen, Axel’s acts could be themed around video-game lore or character-based runway rounds, making for episodes that are both playful and referential. Networks chasing audience engagement should note: fandom-driven episodes are highly shareable on social media and invite deep fan participation.</w:t>
      </w:r>
      <w:r/>
    </w:p>
    <w:p>
      <w:pPr>
        <w:pStyle w:val="Heading2"/>
      </w:pPr>
      <w:r>
        <w:t>Hugo Grrrl already did kids TV , so what’s next for the genre?</w:t>
      </w:r>
      <w:r/>
    </w:p>
    <w:p>
      <w:r/>
      <w:r>
        <w:t>Hugo Grrrl’s Rainbow Show in New Zealand proved a king can host a children’s programme with warmth, curiosity and education, and yet there’s more territory to explore. TV-makers could adapt that gentle, instructive energy into family-friendly specials or bring Hugo as a guest on variety and talk formats to normalise queer visibility across age groups. For viewers, Hugo’s brand of optimism is a reminder that drag can be tender as well as theatrical, and that representation can be both radical and comforting.</w:t>
      </w:r>
      <w:r/>
    </w:p>
    <w:p>
      <w:pPr>
        <w:pStyle w:val="Heading2"/>
      </w:pPr>
      <w:r>
        <w:t>How producers and viewers can make room for nerdy kings</w:t>
      </w:r>
      <w:r/>
    </w:p>
    <w:p>
      <w:r/>
      <w:r>
        <w:t>Producers should look beyond novelty casting and invest in formats that highlight craft, community and storytelling , from documentary minis to competition series with creative briefs. Viewers, meanwhile, can support by following performers on socials, buying merch, and turning up at livestreams and local gigs. Expect more crossovers too: esports nights, comic con specials and collaborative episodes with queer creators will help embed nerdy kings into mainstream culture. It’s a win for representation, for spectacle, and for anyone who loves a good costume reveal.</w:t>
      </w:r>
      <w:r/>
    </w:p>
    <w:p>
      <w:r/>
      <w:r>
        <w:t>It's a small change that can make every fandom-fuelled performance feel more visible and more vital.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3">
        <w:r>
          <w:rPr>
            <w:color w:val="0000EE"/>
            <w:u w:val="single"/>
          </w:rPr>
          <w:t>[7]</w:t>
        </w:r>
      </w:hyperlink>
      <w:r>
        <w:t xml:space="preserve">, </w:t>
      </w:r>
      <w:hyperlink r:id="rId12">
        <w:r>
          <w:rPr>
            <w:color w:val="0000EE"/>
            <w:u w:val="single"/>
          </w:rPr>
          <w:t>[5]</w:t>
        </w:r>
      </w:hyperlink>
      <w:r>
        <w:t xml:space="preserve">- Paragraph 4: </w:t>
      </w:r>
      <w:hyperlink r:id="rId13">
        <w:r>
          <w:rPr>
            <w:color w:val="0000EE"/>
            <w:u w:val="single"/>
          </w:rPr>
          <w:t>[7]</w:t>
        </w:r>
      </w:hyperlink>
      <w:r>
        <w:t xml:space="preserve">, </w:t>
      </w:r>
      <w:hyperlink r:id="rId10">
        <w:r>
          <w:rPr>
            <w:color w:val="0000EE"/>
            <w:u w:val="single"/>
          </w:rPr>
          <w:t>[2]</w:t>
        </w:r>
      </w:hyperlink>
      <w:r>
        <w:t xml:space="preserve">- Paragraph 5: </w:t>
      </w:r>
      <w:hyperlink r:id="rId13">
        <w:r>
          <w:rPr>
            <w:color w:val="0000EE"/>
            <w:u w:val="single"/>
          </w:rPr>
          <w:t>[7]</w:t>
        </w:r>
      </w:hyperlink>
      <w:r>
        <w:t xml:space="preserve">, </w:t>
      </w:r>
      <w:hyperlink r:id="rId11">
        <w:r>
          <w:rPr>
            <w:color w:val="0000EE"/>
            <w:u w:val="single"/>
          </w:rPr>
          <w:t>[4]</w:t>
        </w:r>
      </w:hyperlink>
      <w:r>
        <w:t xml:space="preserve">- Paragraph 6: </w:t>
      </w:r>
      <w:hyperlink r:id="rId14">
        <w:r>
          <w:rPr>
            <w:color w:val="0000EE"/>
            <w:u w:val="single"/>
          </w:rPr>
          <w:t>[6]</w:t>
        </w:r>
      </w:hyperlink>
      <w:r>
        <w:t xml:space="preserve">, </w:t>
      </w:r>
      <w:hyperlink r:id="rId13">
        <w:r>
          <w:rPr>
            <w:color w:val="0000EE"/>
            <w:u w:val="single"/>
          </w:rPr>
          <w:t>[7]</w:t>
        </w:r>
      </w:hyperlink>
      <w:r>
        <w:t xml:space="preserve">- Paragraph 7: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https://gaymingmag.com/2026/08/5-nerdy-drag-kings-we-need-to-see-on-tv/?utm_source=rss&amp;utm_medium=rss&amp;utm_campaign=5-nerdy-drag-kings-we-need-to-see-on-tv</w:t>
        </w:r>
      </w:hyperlink>
      <w:r>
        <w:t xml:space="preserve"> - Please view link - unable to able to access data</w:t>
      </w:r>
      <w:r/>
    </w:p>
    <w:p>
      <w:pPr>
        <w:pStyle w:val="ListNumber"/>
        <w:spacing w:line="240" w:lineRule="auto"/>
        <w:ind w:left="720"/>
      </w:pPr>
      <w:r/>
      <w:hyperlink r:id="rId10">
        <w:r>
          <w:rPr>
            <w:color w:val="0000EE"/>
            <w:u w:val="single"/>
          </w:rPr>
          <w:t>https://tv.apple.com/us/show/king-of-drag/umc.cmc.3glpj6p4nyxbhpxy6i67w5jno</w:t>
        </w:r>
      </w:hyperlink>
      <w:r>
        <w:t xml:space="preserve"> - 'King of Drag' is a reality television series that premiered in 2025 on Revry, an LGBTQ+ streaming service. Hosted by Murray Hill, the show exclusively features drag kings competing in various challenges. The series has been praised for spotlighting drag kings in mainstream media. (</w:t>
      </w:r>
      <w:hyperlink r:id="rId15">
        <w:r>
          <w:rPr>
            <w:color w:val="0000EE"/>
            <w:u w:val="single"/>
          </w:rPr>
          <w:t>tv.apple.com</w:t>
        </w:r>
      </w:hyperlink>
      <w:r>
        <w:t>)</w:t>
      </w:r>
      <w:r/>
    </w:p>
    <w:p>
      <w:pPr>
        <w:pStyle w:val="ListNumber"/>
        <w:spacing w:line="240" w:lineRule="auto"/>
        <w:ind w:left="720"/>
      </w:pPr>
      <w:r/>
      <w:hyperlink r:id="rId16">
        <w:r>
          <w:rPr>
            <w:color w:val="0000EE"/>
            <w:u w:val="single"/>
          </w:rPr>
          <w:t>https://en.wikipedia.org/wiki/King_of_Drag</w:t>
        </w:r>
      </w:hyperlink>
      <w:r>
        <w:t xml:space="preserve"> - 'King of Drag' is a drag reality competition series that premiered in June 2025 on Revry. Hosted by drag king Murray Hill, it is the first drag competition series to feature solely drag kings. The show has been renewed for a second season as of February 2026. (</w:t>
      </w:r>
      <w:hyperlink r:id="rId17">
        <w:r>
          <w:rPr>
            <w:color w:val="0000EE"/>
            <w:u w:val="single"/>
          </w:rPr>
          <w:t>en.wikipedia.org</w:t>
        </w:r>
      </w:hyperlink>
      <w:r>
        <w:t>)</w:t>
      </w:r>
      <w:r/>
    </w:p>
    <w:p>
      <w:pPr>
        <w:pStyle w:val="ListNumber"/>
        <w:spacing w:line="240" w:lineRule="auto"/>
        <w:ind w:left="720"/>
      </w:pPr>
      <w:r/>
      <w:hyperlink r:id="rId11">
        <w:r>
          <w:rPr>
            <w:color w:val="0000EE"/>
            <w:u w:val="single"/>
          </w:rPr>
          <w:t>https://www.forbes.com/sites/braedonmontgomery/2025/05/28/king-of-drag-becomes-the-first-reality-show-centered-on-drag-kings/</w:t>
        </w:r>
      </w:hyperlink>
      <w:r>
        <w:t xml:space="preserve"> - 'King of Drag' is the first reality show centred exclusively on drag kings, airing on Revry, a free LGBTQ+ streaming app. The show has been praised for its ambitious and entertaining premise. (</w:t>
      </w:r>
      <w:hyperlink r:id="rId18">
        <w:r>
          <w:rPr>
            <w:color w:val="0000EE"/>
            <w:u w:val="single"/>
          </w:rPr>
          <w:t>forbes.com</w:t>
        </w:r>
      </w:hyperlink>
      <w:r>
        <w:t>)</w:t>
      </w:r>
      <w:r/>
    </w:p>
    <w:p>
      <w:pPr>
        <w:pStyle w:val="ListNumber"/>
        <w:spacing w:line="240" w:lineRule="auto"/>
        <w:ind w:left="720"/>
      </w:pPr>
      <w:r/>
      <w:hyperlink r:id="rId12">
        <w:r>
          <w:rPr>
            <w:color w:val="0000EE"/>
            <w:u w:val="single"/>
          </w:rPr>
          <w:t>https://en.wikipedia.org/wiki/Drag_king</w:t>
        </w:r>
      </w:hyperlink>
      <w:r>
        <w:t xml:space="preserve"> - Drag kings are performers who dress and act with exaggerated masculinity, often as part of individual or group routines. Historically, they have been mostly female artists, but the world of drag kings has broadened to include performers of all gender expressions. (</w:t>
      </w:r>
      <w:hyperlink r:id="rId19">
        <w:r>
          <w:rPr>
            <w:color w:val="0000EE"/>
            <w:u w:val="single"/>
          </w:rPr>
          <w:t>en.wikipedia.org</w:t>
        </w:r>
      </w:hyperlink>
      <w:r>
        <w:t>)</w:t>
      </w:r>
      <w:r/>
    </w:p>
    <w:p>
      <w:pPr>
        <w:pStyle w:val="ListNumber"/>
        <w:spacing w:line="240" w:lineRule="auto"/>
        <w:ind w:left="720"/>
      </w:pPr>
      <w:r/>
      <w:hyperlink r:id="rId14">
        <w:r>
          <w:rPr>
            <w:color w:val="0000EE"/>
            <w:u w:val="single"/>
          </w:rPr>
          <w:t>https://en.wikipedia.org/wiki/Hugo_Grrrl</w:t>
        </w:r>
      </w:hyperlink>
      <w:r>
        <w:t xml:space="preserve"> - Hugo Grrrl, born George Fowler, is a New Zealand drag king, comedian, and cabaret producer. He is best known for winning the inaugural season of 'House of Drag' in 2018, becoming the first drag king and first trans man to compete on a drag reality show. (</w:t>
      </w:r>
      <w:hyperlink r:id="rId20">
        <w:r>
          <w:rPr>
            <w:color w:val="0000EE"/>
            <w:u w:val="single"/>
          </w:rPr>
          <w:t>en.wikipedia.org</w:t>
        </w:r>
      </w:hyperlink>
      <w:r>
        <w:t>)</w:t>
      </w:r>
      <w:r/>
    </w:p>
    <w:p>
      <w:pPr>
        <w:pStyle w:val="ListNumber"/>
        <w:spacing w:line="240" w:lineRule="auto"/>
        <w:ind w:left="720"/>
      </w:pPr>
      <w:r/>
      <w:hyperlink r:id="rId13">
        <w:r>
          <w:rPr>
            <w:color w:val="0000EE"/>
            <w:u w:val="single"/>
          </w:rPr>
          <w:t>https://gaymingmag.com/2026/08/5-nerdy-drag-kings-we-need-to-see-on-tv/</w:t>
        </w:r>
      </w:hyperlink>
      <w:r>
        <w:t xml:space="preserve"> - This article highlights five drag kings who blend nerd culture with drag performance. It features Manly Mannington, King River Glass, Andro Gin, Axel Andrews, and Hugo Grrrl, discussing their unique styles and contributions to the drag scene. (</w:t>
      </w:r>
      <w:hyperlink r:id="rId21">
        <w:r>
          <w:rPr>
            <w:color w:val="0000EE"/>
            <w:u w:val="single"/>
          </w:rPr>
          <w:t>gaymingmag.com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8/5-nerdy-drag-kings-we-need-to-see-on-tv/?utm_source=rss&amp;utm_medium=rss&amp;utm_campaign=5-nerdy-drag-kings-we-need-to-see-on-tv" TargetMode="External"/><Relationship Id="rId10" Type="http://schemas.openxmlformats.org/officeDocument/2006/relationships/hyperlink" Target="https://tv.apple.com/us/show/king-of-drag/umc.cmc.3glpj6p4nyxbhpxy6i67w5jno" TargetMode="External"/><Relationship Id="rId11" Type="http://schemas.openxmlformats.org/officeDocument/2006/relationships/hyperlink" Target="https://www.forbes.com/sites/braedonmontgomery/2025/05/28/king-of-drag-becomes-the-first-reality-show-centered-on-drag-kings/" TargetMode="External"/><Relationship Id="rId12" Type="http://schemas.openxmlformats.org/officeDocument/2006/relationships/hyperlink" Target="https://en.wikipedia.org/wiki/Drag_king" TargetMode="External"/><Relationship Id="rId13" Type="http://schemas.openxmlformats.org/officeDocument/2006/relationships/hyperlink" Target="https://gaymingmag.com/2026/08/5-nerdy-drag-kings-we-need-to-see-on-tv/" TargetMode="External"/><Relationship Id="rId14" Type="http://schemas.openxmlformats.org/officeDocument/2006/relationships/hyperlink" Target="https://en.wikipedia.org/wiki/Hugo_Grrrl" TargetMode="External"/><Relationship Id="rId15" Type="http://schemas.openxmlformats.org/officeDocument/2006/relationships/hyperlink" Target="https://tv.apple.com/us/show/king-of-drag/umc.cmc.3glpj6p4nyxbhpxy6i67w5jno?utm_source=openai" TargetMode="External"/><Relationship Id="rId16" Type="http://schemas.openxmlformats.org/officeDocument/2006/relationships/hyperlink" Target="https://en.wikipedia.org/wiki/King_of_Drag" TargetMode="External"/><Relationship Id="rId17" Type="http://schemas.openxmlformats.org/officeDocument/2006/relationships/hyperlink" Target="https://en.wikipedia.org/wiki/King_of_Drag?utm_source=openai" TargetMode="External"/><Relationship Id="rId18" Type="http://schemas.openxmlformats.org/officeDocument/2006/relationships/hyperlink" Target="https://www.forbes.com/sites/braedonmontgomery/2025/05/28/king-of-drag-becomes-the-first-reality-show-centered-on-drag-kings/?utm_source=openai" TargetMode="External"/><Relationship Id="rId19" Type="http://schemas.openxmlformats.org/officeDocument/2006/relationships/hyperlink" Target="https://en.wikipedia.org/wiki/Drag_king?utm_source=openai" TargetMode="External"/><Relationship Id="rId20" Type="http://schemas.openxmlformats.org/officeDocument/2006/relationships/hyperlink" Target="https://en.wikipedia.org/wiki/Hugo_Grrrl?utm_source=openai" TargetMode="External"/><Relationship Id="rId21" Type="http://schemas.openxmlformats.org/officeDocument/2006/relationships/hyperlink" Target="https://gaymingmag.com/2026/08/5-nerdy-drag-kings-we-need-to-see-on-tv/?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