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Manchester Village Pride 2026 Guide: What to Know Before You Go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locals and visitors are gearing up for Manchester Village Pride this August Bank Holiday , a community-led, not-for-profit festival bringing the parade, big-name acts and family events back to the Gay Village with a focus on safety, inclusion and celebration. Here’s what to expect, how to get there and top tips for a smoother Pride weekend.</w:t>
      </w:r>
      <w:r/>
    </w:p>
    <w:p>
      <w:r/>
      <w:r>
        <w:t>Essential Takeaways</w:t>
      </w:r>
      <w:r/>
      <w:r/>
    </w:p>
    <w:p>
      <w:pPr>
        <w:pStyle w:val="ListBullet"/>
        <w:spacing w:line="240" w:lineRule="auto"/>
        <w:ind w:left="720"/>
      </w:pPr>
      <w:r/>
      <w:r>
        <w:rPr>
          <w:b/>
        </w:rPr>
        <w:t>Dates:</w:t>
      </w:r>
      <w:r>
        <w:t xml:space="preserve"> Manchester Village Pride runs Friday 28 August to Monday 31 August, with the parade on Saturday 29 August.</w:t>
      </w:r>
      <w:r/>
    </w:p>
    <w:p>
      <w:pPr>
        <w:pStyle w:val="ListBullet"/>
        <w:spacing w:line="240" w:lineRule="auto"/>
        <w:ind w:left="720"/>
      </w:pPr>
      <w:r/>
      <w:r>
        <w:rPr>
          <w:b/>
        </w:rPr>
        <w:t>Theme:</w:t>
      </w:r>
      <w:r>
        <w:t xml:space="preserve"> </w:t>
      </w:r>
      <w:r>
        <w:rPr>
          <w:b/>
        </w:rPr>
        <w:t>No Place Like Home</w:t>
      </w:r>
      <w:r>
        <w:t xml:space="preserve"> , a nod to belonging and Manchester’s welcoming spirit.</w:t>
      </w:r>
      <w:r/>
    </w:p>
    <w:p>
      <w:pPr>
        <w:pStyle w:val="ListBullet"/>
        <w:spacing w:line="240" w:lineRule="auto"/>
        <w:ind w:left="720"/>
      </w:pPr>
      <w:r/>
      <w:r>
        <w:rPr>
          <w:b/>
        </w:rPr>
        <w:t>Line-up:</w:t>
      </w:r>
      <w:r>
        <w:t xml:space="preserve"> Pop and club favourites across the weekend, including Nadine Coyle, Kate Nash, Gareth Gates and Cascada; family and free community events on Monday.</w:t>
      </w:r>
      <w:r/>
    </w:p>
    <w:p>
      <w:pPr>
        <w:pStyle w:val="ListBullet"/>
        <w:spacing w:line="240" w:lineRule="auto"/>
        <w:ind w:left="720"/>
      </w:pPr>
      <w:r/>
      <w:r>
        <w:rPr>
          <w:b/>
        </w:rPr>
        <w:t>Tickets &amp; wristbands:</w:t>
      </w:r>
      <w:r>
        <w:t xml:space="preserve"> Day tickets start around £28; wristbands are required for staged party areas and collected on first entry at Granby Row.</w:t>
      </w:r>
      <w:r/>
    </w:p>
    <w:p>
      <w:pPr>
        <w:pStyle w:val="ListBullet"/>
        <w:spacing w:line="240" w:lineRule="auto"/>
        <w:ind w:left="720"/>
      </w:pPr>
      <w:r/>
      <w:r>
        <w:rPr>
          <w:b/>
        </w:rPr>
        <w:t>Access &amp; safety:</w:t>
      </w:r>
      <w:r>
        <w:t xml:space="preserve"> Metrolink, trains and buses drop you near the Village; strict security, no-glass policy and provisions for access needs are in place.</w:t>
      </w:r>
      <w:r/>
      <w:r/>
    </w:p>
    <w:p>
      <w:pPr>
        <w:pStyle w:val="Heading2"/>
      </w:pPr>
      <w:r>
        <w:t>Why this Pride feels different , and in a good way</w:t>
      </w:r>
      <w:r/>
    </w:p>
    <w:p>
      <w:r/>
      <w:r>
        <w:t>Manchester Village Pride returns under a new not-for-profit Community Interest Company after last year’s organisational shake-up, and the change is obvious in the tone of the festival. The Gay Village will be the hub with staged party arenas, a packed line-up and lots of local venues taking part. It feels more grassroots: venues and community groups have helped shape the event so it reads less like a commercial festival and more like a neighbourhood celebration. Expect a warmer, community-first atmosphere, with volunteers and local stakeholders visible across the site.</w:t>
      </w:r>
      <w:r/>
    </w:p>
    <w:p>
      <w:pPr>
        <w:pStyle w:val="Heading2"/>
      </w:pPr>
      <w:r>
        <w:t>When and where , plan your weekend</w:t>
      </w:r>
      <w:r/>
    </w:p>
    <w:p>
      <w:r/>
      <w:r>
        <w:t>The party starts on Friday 28 August and finishes on the evening of Monday 31 August, with the main parade down Deansgate at 12pm on Saturday 29 August. If you’ve never navigated Manchester for big events, go by Metrolink to Piccadilly or Piccadilly Gardens, or hop off at Manchester Piccadilly or Oxford Road stations , it’s a short walk. The staged party areas require wristbands, so factor in time to exchange vouchers for wristbands at the Granby Row exchange on your first day. Bring patience; queues are likely at peak times.</w:t>
      </w:r>
      <w:r/>
    </w:p>
    <w:p>
      <w:pPr>
        <w:pStyle w:val="Heading2"/>
      </w:pPr>
      <w:r>
        <w:t>What’s on , music, drag, family days and the Candlelight Vigil</w:t>
      </w:r>
      <w:r/>
    </w:p>
    <w:p>
      <w:r/>
      <w:r>
        <w:t>The line-up mixes pop names, DJs and local queer talent across the weekend. Friday features names such as Nadine Coyle and Danny Beard; Saturday brings Gareth Gates, DJ Sammy and others; Sunday includes Cascada, Kate Nash and Tayce. Monday remains free for Community &amp; Family Day events and the Candlelight Vigil at Sackville Gardens, organised by George House Trust , a quieter, reflective moment to remember those lost to HIV and to celebrate survival and solidarity. There really is something for everyone, from loud club sets to relaxed family-friendly activities.</w:t>
      </w:r>
      <w:r/>
    </w:p>
    <w:p>
      <w:pPr>
        <w:pStyle w:val="Heading2"/>
      </w:pPr>
      <w:r>
        <w:t>Tickets, wristbands and venue access , what to buy and what to expect</w:t>
      </w:r>
      <w:r/>
    </w:p>
    <w:p>
      <w:r/>
      <w:r>
        <w:t>Tickets started from about £22.40 and later day prices settled around £28 including booking fees; weekend bundles are available for families. Remember, some bars in the Village may operate “no wristband, no service” policies even outside staged areas, because venues are invested in the festival. Wristbands are essential for the party arenas and must be collected at Granby Row on first entry. If you have access needs, bring necessary items and be aware organisers are accommodating , there are calm and accessible spaces linked to festival programming.</w:t>
      </w:r>
      <w:r/>
    </w:p>
    <w:p>
      <w:pPr>
        <w:pStyle w:val="Heading2"/>
      </w:pPr>
      <w:r>
        <w:t>Getting around, staying comfortable and safety tips</w:t>
      </w:r>
      <w:r/>
    </w:p>
    <w:p>
      <w:r/>
      <w:r>
        <w:t>Travel light , organisers advise bringing a bag only if essential to speed up entry. There’s a no-glass policy and a ban on alcohol purchased outside staged areas. Security will be visible, and queues at checkpoints are likely during busy periods. For quieter options, check out SCENE festival screenings or the Neuroqueerz calm space for low-stimulation viewing and wheelchair charging. Bring layers for changeable August weather, a portable phone charger if you can, and a meet-up point with friends in case your signal drops.</w:t>
      </w:r>
      <w:r/>
    </w:p>
    <w:p>
      <w:r/>
      <w:r>
        <w:t>It's a small change that can make every Pride moment safer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[4]</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https://www.manchestereveningnews.co.uk/whats-on/whats-on-news/manchester-village-pride-2026-dates-34470974</w:t>
        </w:r>
      </w:hyperlink>
      <w:r>
        <w:t xml:space="preserve"> - Please view link - unable to able to access data</w:t>
      </w:r>
      <w:r/>
    </w:p>
    <w:p>
      <w:pPr>
        <w:pStyle w:val="ListNumber"/>
        <w:spacing w:line="240" w:lineRule="auto"/>
        <w:ind w:left="720"/>
      </w:pPr>
      <w:r/>
      <w:hyperlink r:id="rId10">
        <w:r>
          <w:rPr>
            <w:color w:val="0000EE"/>
            <w:u w:val="single"/>
          </w:rPr>
          <w:t>https://www.manchestervillagepride.org/faqs/</w:t>
        </w:r>
      </w:hyperlink>
      <w:r>
        <w:t xml:space="preserve"> - The Manchester Village Pride official website provides detailed information about the event, including dates, ticketing, location, and transportation options. The event is scheduled from Friday, 28th August to Monday, 31st August 2026, primarily in Manchester's Gay Village. Tickets are required for entry, with options for weekend wristbands and individual day passes. The site also offers guidance on accessing the venue via train, tram, bus, and taxi, emphasizing the convenience of public transport due to expected road closures and limited parking during the event.</w:t>
      </w:r>
      <w:r/>
    </w:p>
    <w:p>
      <w:pPr>
        <w:pStyle w:val="ListNumber"/>
        <w:spacing w:line="240" w:lineRule="auto"/>
        <w:ind w:left="720"/>
      </w:pPr>
      <w:r/>
      <w:hyperlink r:id="rId11">
        <w:r>
          <w:rPr>
            <w:color w:val="0000EE"/>
            <w:u w:val="single"/>
          </w:rPr>
          <w:t>https://www.manchestervillagepride.org/about-us/</w:t>
        </w:r>
      </w:hyperlink>
      <w:r>
        <w:t xml:space="preserve"> - Manchester Village Pride is a Community Interest Company (CIC) established to ensure the continuation of Manchester's Pride celebrations after the previous organisers went into voluntary liquidation in late 2025. The CIC is community-owned and operated, with all funds reinvested into grassroots queer activism. The organisation has received £120,000 in loans from local venues to support the event, demonstrating strong community backing. The CIC's structure includes an 'Asset Lock' to ensure that any surplus funds are used for public benefit, maintaining transparency and community control.</w:t>
      </w:r>
      <w:r/>
    </w:p>
    <w:p>
      <w:pPr>
        <w:pStyle w:val="ListNumber"/>
        <w:spacing w:line="240" w:lineRule="auto"/>
        <w:ind w:left="720"/>
      </w:pPr>
      <w:r/>
      <w:hyperlink r:id="rId13">
        <w:r>
          <w:rPr>
            <w:color w:val="0000EE"/>
            <w:u w:val="single"/>
          </w:rPr>
          <w:t>https://www.itv.com/news/granada/2026-03-19/pride-parade-returns-to-manchester-with-no-place-like-home-theme</w:t>
        </w:r>
      </w:hyperlink>
      <w:r>
        <w:t xml:space="preserve"> - ITV News Granada reports that Manchester Village Pride has announced the theme for its 2026 parade as 'No Place Like Home'. This theme, inspired by a line from The Wizard of Oz, aims to celebrate the return of Pride to Manchester's Gay Village and honour the city as a welcoming place for all. The parade is scheduled for Saturday, 29th August 2026, and will conclude in the Gay Village, marking a significant homecoming for the event after recent uncertainties.</w:t>
      </w:r>
      <w:r/>
    </w:p>
    <w:p>
      <w:pPr>
        <w:pStyle w:val="ListNumber"/>
        <w:spacing w:line="240" w:lineRule="auto"/>
        <w:ind w:left="720"/>
      </w:pPr>
      <w:r/>
      <w:hyperlink r:id="rId12">
        <w:r>
          <w:rPr>
            <w:color w:val="0000EE"/>
            <w:u w:val="single"/>
          </w:rPr>
          <w:t>https://www.itv.com/news/granada/2026-01-30/pride-to-return-to-manchesters-gay-village-in-2026</w:t>
        </w:r>
      </w:hyperlink>
      <w:r>
        <w:t xml:space="preserve"> - ITV News Granada reports that Manchester Pride will return in 2026 under a new community-led organisation, Manchester Village Pride CIC. The previous organisers went into voluntary liquidation in late 2025, raising concerns about the future of the event. The new CIC aims to rebuild trust and reconnect with Pride's origins, with plans to expand the celebrations city-wide from 2027. The event is scheduled for the August Bank Holiday weekend, from Friday, 28th August to Monday, 31st August 2026, in the Gay Village.</w:t>
      </w:r>
      <w:r/>
    </w:p>
    <w:p>
      <w:pPr>
        <w:pStyle w:val="ListNumber"/>
        <w:spacing w:line="240" w:lineRule="auto"/>
        <w:ind w:left="720"/>
      </w:pPr>
      <w:r/>
      <w:hyperlink r:id="rId14">
        <w:r>
          <w:rPr>
            <w:color w:val="0000EE"/>
            <w:u w:val="single"/>
          </w:rPr>
          <w:t>https://www.itv.com/news/granada/2026-04-10/union-deal-agreed-to-protect-the-rights-of-manchester-village-pride-performers</w:t>
        </w:r>
      </w:hyperlink>
      <w:r>
        <w:t xml:space="preserve"> - ITV News Granada reports that Manchester Village Pride has signed a union agreement with Equity to protect the rights of performers at the 2026 event. The agreement sets out minimum deposits, 30-day payment periods, and ensures that performers will not be asked to work for free. This deal follows the collapse of the previous Manchester Pride organisation in 2025, which left many performers unpaid. The agreement is thought to be the first of its kind, setting a precedent for other Pride events.</w:t>
      </w:r>
      <w:r/>
    </w:p>
    <w:p>
      <w:pPr>
        <w:pStyle w:val="ListNumber"/>
        <w:spacing w:line="240" w:lineRule="auto"/>
        <w:ind w:left="720"/>
      </w:pPr>
      <w:r/>
      <w:hyperlink r:id="rId15">
        <w:r>
          <w:rPr>
            <w:color w:val="0000EE"/>
            <w:u w:val="single"/>
          </w:rPr>
          <w:t>https://www.pro-manchester.co.uk/newsrooms/manchester-village-pride-2026/</w:t>
        </w:r>
      </w:hyperlink>
      <w:r>
        <w:t xml:space="preserve"> - Pro Manchester provides an overview of Manchester Village Pride 2026, highlighting the event's return to the Gay Village from Friday, 28th August to Monday, 31st August 2026. The event is described as a celebration of progress, safe spaces, and community spirit. The parade, themed 'No Place Like Home', is set to wind through the city centre, finishing in the Gay Village. The article emphasizes the community-led nature of the event and its focus on visibility and joy.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nchestereveningnews.co.uk/whats-on/whats-on-news/manchester-village-pride-2026-dates-34470974" TargetMode="External"/><Relationship Id="rId10" Type="http://schemas.openxmlformats.org/officeDocument/2006/relationships/hyperlink" Target="https://www.manchestervillagepride.org/faqs/" TargetMode="External"/><Relationship Id="rId11" Type="http://schemas.openxmlformats.org/officeDocument/2006/relationships/hyperlink" Target="https://www.manchestervillagepride.org/about-us/" TargetMode="External"/><Relationship Id="rId12" Type="http://schemas.openxmlformats.org/officeDocument/2006/relationships/hyperlink" Target="https://www.itv.com/news/granada/2026-01-30/pride-to-return-to-manchesters-gay-village-in-2026" TargetMode="External"/><Relationship Id="rId13" Type="http://schemas.openxmlformats.org/officeDocument/2006/relationships/hyperlink" Target="https://www.itv.com/news/granada/2026-03-19/pride-parade-returns-to-manchester-with-no-place-like-home-theme" TargetMode="External"/><Relationship Id="rId14" Type="http://schemas.openxmlformats.org/officeDocument/2006/relationships/hyperlink" Target="https://www.itv.com/news/granada/2026-04-10/union-deal-agreed-to-protect-the-rights-of-manchester-village-pride-performers" TargetMode="External"/><Relationship Id="rId15" Type="http://schemas.openxmlformats.org/officeDocument/2006/relationships/hyperlink" Target="https://www.pro-manchester.co.uk/newsrooms/manchester-village-prid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