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Gratitude Habits to Try This Weekend (and Why They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small comforts, your morning coffee, a breeze, a stranger's smile, can tilt your mood. Shoppers and readers everywhere are practising quick gratitude rituals this weekend to feel calmer, more connected, and a touch happier; here’s what to try, why it helps, and simple ways to make it stick.</w:t>
      </w:r>
      <w:r/>
    </w:p>
    <w:p>
      <w:r/>
      <w:r>
        <w:t>Essential Takeaways</w:t>
      </w:r>
      <w:r/>
      <w:r/>
    </w:p>
    <w:p>
      <w:pPr>
        <w:pStyle w:val="ListBullet"/>
        <w:spacing w:line="240" w:lineRule="auto"/>
        <w:ind w:left="720"/>
      </w:pPr>
      <w:r/>
      <w:r>
        <w:rPr>
          <w:b/>
        </w:rPr>
        <w:t>Short wins matter:</w:t>
      </w:r>
      <w:r>
        <w:t xml:space="preserve"> A one- to five-minute gratitude pause can lift mood and reduce stress.</w:t>
      </w:r>
      <w:r/>
    </w:p>
    <w:p>
      <w:pPr>
        <w:pStyle w:val="ListBullet"/>
        <w:spacing w:line="240" w:lineRule="auto"/>
        <w:ind w:left="720"/>
      </w:pPr>
      <w:r/>
      <w:r>
        <w:rPr>
          <w:b/>
        </w:rPr>
        <w:t>Tangible practice:</w:t>
      </w:r>
      <w:r>
        <w:t xml:space="preserve"> Writing down three things daily makes gratitude stick and sharpens perspective.</w:t>
      </w:r>
      <w:r/>
    </w:p>
    <w:p>
      <w:pPr>
        <w:pStyle w:val="ListBullet"/>
        <w:spacing w:line="240" w:lineRule="auto"/>
        <w:ind w:left="720"/>
      </w:pPr>
      <w:r/>
      <w:r>
        <w:rPr>
          <w:b/>
        </w:rPr>
        <w:t>Social boost:</w:t>
      </w:r>
      <w:r>
        <w:t xml:space="preserve"> Thanking someone out loud improves relationships and feels good for both people.</w:t>
      </w:r>
      <w:r/>
    </w:p>
    <w:p>
      <w:pPr>
        <w:pStyle w:val="ListBullet"/>
        <w:spacing w:line="240" w:lineRule="auto"/>
        <w:ind w:left="720"/>
      </w:pPr>
      <w:r/>
      <w:r>
        <w:rPr>
          <w:b/>
        </w:rPr>
        <w:t>Low effort, big return:</w:t>
      </w:r>
      <w:r>
        <w:t xml:space="preserve"> No special kit needed, just a notebook, a spare minute, or your phone.</w:t>
      </w:r>
      <w:r/>
    </w:p>
    <w:p>
      <w:pPr>
        <w:pStyle w:val="ListBullet"/>
        <w:spacing w:line="240" w:lineRule="auto"/>
        <w:ind w:left="720"/>
      </w:pPr>
      <w:r/>
      <w:r>
        <w:rPr>
          <w:b/>
        </w:rPr>
        <w:t>Creative spin:</w:t>
      </w:r>
      <w:r>
        <w:t xml:space="preserve"> Use images, screensavers or art that remind you what you value to reinforce the habit.</w:t>
      </w:r>
      <w:r/>
      <w:r/>
    </w:p>
    <w:p>
      <w:pPr>
        <w:pStyle w:val="Heading2"/>
      </w:pPr>
      <w:r>
        <w:t>Start with a one-minute gratitude pause , it actually changes your day</w:t>
      </w:r>
      <w:r/>
    </w:p>
    <w:p>
      <w:r/>
      <w:r>
        <w:t>Begin by naming three small things you’re grateful for; the smell of your coffee, a clean shirt, a short chat. Studies reported by Healthline and Harvard Health show even brief, regular gratitude pauses reduce stress hormones and lift mood. There’s nothing mystical about it , you’re training your attention to notice good things. Try setting a timer for one minute tomorrow morning and see the difference in your outlook.</w:t>
      </w:r>
      <w:r/>
    </w:p>
    <w:p>
      <w:pPr>
        <w:pStyle w:val="Heading2"/>
      </w:pPr>
      <w:r>
        <w:t>Make it visual , use images or screensavers that spark joy</w:t>
      </w:r>
      <w:r/>
    </w:p>
    <w:p>
      <w:r/>
      <w:r>
        <w:t>If you respond to visual cues, stick an image on your phone or desktop that reminds you of people, places, or values you love. The original inspiration for this piece even offered leather men artworks for downloads and screensavers as a prompt to smile. Visual reminders nudge gratitude into your routine without thinking. Pick a photo that gives you a small, immediate lift and rotate it weekly to keep it fresh.</w:t>
      </w:r>
      <w:r/>
    </w:p>
    <w:p>
      <w:pPr>
        <w:pStyle w:val="Heading2"/>
      </w:pPr>
      <w:r>
        <w:t>Write it down , three things a day makes gratitude concrete</w:t>
      </w:r>
      <w:r/>
    </w:p>
    <w:p>
      <w:r/>
      <w:r>
        <w:t>Research highlighted by the Cleveland Clinic and Healthline suggests writing down three things you’re grateful for, several times a week, strengthens the brain’s positivity circuits. Keep it simple and sensory: “warm tea,” “my neighbour’s laugh,” “soft rain.” The act of writing turns a fleeting thought into a memory you can return to. Keep a slim notebook by the kettle or use a notes app if you’re often on the move.</w:t>
      </w:r>
      <w:r/>
    </w:p>
    <w:p>
      <w:pPr>
        <w:pStyle w:val="Heading2"/>
      </w:pPr>
      <w:r>
        <w:t>Say thank you out loud , gratitude helps relationships</w:t>
      </w:r>
      <w:r/>
    </w:p>
    <w:p>
      <w:r/>
      <w:r>
        <w:t>Expressing thanks to someone, by text, a note, or in person, does more than flatter them; it deepens connection and improves your own wellbeing. Mayo Clinic Health System coverage notes that sharing appreciation increases happiness for both parties. Make it specific: instead of “thanks,” try “thanks for making time to listen yesterday; it meant a lot.” Those small, honest moments stick.</w:t>
      </w:r>
      <w:r/>
    </w:p>
    <w:p>
      <w:pPr>
        <w:pStyle w:val="Heading2"/>
      </w:pPr>
      <w:r>
        <w:t>Build tiny rituals so gratitude becomes automatic</w:t>
      </w:r>
      <w:r/>
    </w:p>
    <w:p>
      <w:r/>
      <w:r>
        <w:t>Rituals beat willpower. Tie gratitude to an existing habit: as you brew coffee, list three things you’re grateful for; when you wash your hands, send a quick thank-you text. Psychology Today and other sources show routines scaffold new behaviours until they’re automatic. Start with one linked action for a week, then add another. Before long, it’ll feel strange not to do it.</w:t>
      </w:r>
      <w:r/>
    </w:p>
    <w:p>
      <w:pPr>
        <w:pStyle w:val="Heading2"/>
      </w:pPr>
      <w:r>
        <w:t>When life is hard, gratitude doesn’t deny pain , it widens the view</w:t>
      </w:r>
      <w:r/>
    </w:p>
    <w:p>
      <w:r/>
      <w:r>
        <w:t>Gratitude isn’t about pretending everything’s fine; it’s about choosing to notice good things alongside the hard stuff. Harvard Health emphasises that gratitude helps people cope better with stress and loss by broadening perspective. If you’re struggling, scale the practice down, notice one tiny thing instead of three. That small recognition can be an anchor.</w:t>
      </w:r>
      <w:r/>
    </w:p>
    <w:p>
      <w:r/>
      <w:r>
        <w:t>Closing line Try one simple gratitude habit this weekend and watch how it reshapes the small moments into something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[4]</w:t>
        </w:r>
      </w:hyperlink>
      <w:r>
        <w:t xml:space="preserve">, </w:t>
      </w:r>
      <w:hyperlink r:id="rId12">
        <w:r>
          <w:rPr>
            <w:color w:val="0000EE"/>
            <w:u w:val="single"/>
          </w:rPr>
          <w:t>[3]</w:t>
        </w:r>
      </w:hyperlink>
      <w:r>
        <w:t xml:space="preserve">- Paragraph 5: </w:t>
      </w:r>
      <w:hyperlink r:id="rId14">
        <w:r>
          <w:rPr>
            <w:color w:val="0000EE"/>
            <w:u w:val="single"/>
          </w:rPr>
          <w:t>[5]</w:t>
        </w:r>
      </w:hyperlink>
      <w:r>
        <w:t xml:space="preserve">, </w:t>
      </w:r>
      <w:hyperlink r:id="rId15">
        <w:r>
          <w:rPr>
            <w:color w:val="0000EE"/>
            <w:u w:val="single"/>
          </w:rPr>
          <w:t>[7]</w:t>
        </w:r>
      </w:hyperlink>
      <w:r>
        <w:t xml:space="preserve">- Paragraph 6: </w:t>
      </w:r>
      <w:hyperlink r:id="rId11">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https://theartofgaystyle.substack.com/p/its-raining-men-new-leather-men-images</w:t>
        </w:r>
      </w:hyperlink>
      <w:r>
        <w:t xml:space="preserve"> - Please view link - unable to able to access data</w:t>
      </w:r>
      <w:r/>
    </w:p>
    <w:p>
      <w:pPr>
        <w:pStyle w:val="ListNumber"/>
        <w:spacing w:line="240" w:lineRule="auto"/>
        <w:ind w:left="720"/>
      </w:pPr>
      <w:r/>
      <w:hyperlink r:id="rId10">
        <w:r>
          <w:rPr>
            <w:color w:val="0000EE"/>
            <w:u w:val="single"/>
          </w:rPr>
          <w:t>https://www.healthline.com/health/benefits-of-gratitude-practice</w:t>
        </w:r>
      </w:hyperlink>
      <w:r>
        <w:t xml:space="preserve"> - This article from Healthline discusses the numerous benefits of practising gratitude, including improved mental health, better sleep, and enhanced relationships. It offers practical methods to incorporate gratitude into daily life, such as journaling, meditation, and expressing thanks to others. The piece also highlights research findings that link gratitude with increased happiness and reduced stress levels.</w:t>
      </w:r>
      <w:r/>
    </w:p>
    <w:p>
      <w:pPr>
        <w:pStyle w:val="ListNumber"/>
        <w:spacing w:line="240" w:lineRule="auto"/>
        <w:ind w:left="720"/>
      </w:pPr>
      <w:r/>
      <w:hyperlink r:id="rId12">
        <w:r>
          <w:rPr>
            <w:color w:val="0000EE"/>
            <w:u w:val="single"/>
          </w:rPr>
          <w:t>https://magazine.clevelandclinic.org/2023-fall/cultivate-gratitude</w:t>
        </w:r>
      </w:hyperlink>
      <w:r>
        <w:t xml:space="preserve"> - Cleveland Clinic's article provides insights into cultivating an attitude of gratitude. It outlines strategies like keeping a gratitude journal, reaching out to express thanks, and practising mindful eating. The piece emphasises how these practices can lead to improved mental well-being, reduced stress, and stronger relationships.</w:t>
      </w:r>
      <w:r/>
    </w:p>
    <w:p>
      <w:pPr>
        <w:pStyle w:val="ListNumber"/>
        <w:spacing w:line="240" w:lineRule="auto"/>
        <w:ind w:left="720"/>
      </w:pPr>
      <w:r/>
      <w:hyperlink r:id="rId13">
        <w:r>
          <w:rPr>
            <w:color w:val="0000EE"/>
            <w:u w:val="single"/>
          </w:rPr>
          <w:t>https://www.mayoclinichealthsystem.org/hometown-health/speaking-of-health/can-expressing-gratitude-improve-health</w:t>
        </w:r>
      </w:hyperlink>
      <w:r>
        <w:t xml:space="preserve"> - This Mayo Clinic Health System article explores how expressing gratitude can enhance both mental and physical health. It discusses the positive effects of gratitude on sleep, mood, and immunity, and suggests daily practices such as reflecting on things you're grateful for and sharing appreciation with others.</w:t>
      </w:r>
      <w:r/>
    </w:p>
    <w:p>
      <w:pPr>
        <w:pStyle w:val="ListNumber"/>
        <w:spacing w:line="240" w:lineRule="auto"/>
        <w:ind w:left="720"/>
      </w:pPr>
      <w:r/>
      <w:hyperlink r:id="rId14">
        <w:r>
          <w:rPr>
            <w:color w:val="0000EE"/>
            <w:u w:val="single"/>
          </w:rPr>
          <w:t>https://www.icharles.com/articles/how-to-practice-gratitude-daily</w:t>
        </w:r>
      </w:hyperlink>
      <w:r>
        <w:t xml:space="preserve"> - iCharles offers a simple guide on practising gratitude daily. The article recommends writing down three specific things you're thankful for each day and expressing genuine thanks to one person. It highlights that such habits can increase happiness by about 25% and suggests anchoring the practice to existing routines for consistency.</w:t>
      </w:r>
      <w:r/>
    </w:p>
    <w:p>
      <w:pPr>
        <w:pStyle w:val="ListNumber"/>
        <w:spacing w:line="240" w:lineRule="auto"/>
        <w:ind w:left="720"/>
      </w:pPr>
      <w:r/>
      <w:hyperlink r:id="rId11">
        <w:r>
          <w:rPr>
            <w:color w:val="0000EE"/>
            <w:u w:val="single"/>
          </w:rPr>
          <w:t>https://www.health.harvard.edu/healthbeat/giving-thanks-can-make-you-happier</w:t>
        </w:r>
      </w:hyperlink>
      <w:r>
        <w:t xml:space="preserve"> - Harvard Health's article discusses how gratitude can lead to greater happiness. It explains that acknowledging the goodness in life and recognising that the source lies outside oneself can help people connect to something larger. The piece provides various ways to cultivate gratitude, including writing thank-you notes, keeping a gratitude journal, and practising mindfulness meditation.</w:t>
      </w:r>
      <w:r/>
    </w:p>
    <w:p>
      <w:pPr>
        <w:pStyle w:val="ListNumber"/>
        <w:spacing w:line="240" w:lineRule="auto"/>
        <w:ind w:left="720"/>
      </w:pPr>
      <w:r/>
      <w:hyperlink r:id="rId15">
        <w:r>
          <w:rPr>
            <w:color w:val="0000EE"/>
            <w:u w:val="single"/>
          </w:rPr>
          <w:t>https://www.psychologytoday.com/us/blog/comfort-gratitude/202006/the-positive-impact-gratitude-mental-health</w:t>
        </w:r>
      </w:hyperlink>
      <w:r>
        <w:t xml:space="preserve"> - Psychology Today's article examines the positive impact of gratitude on mental health. It explains that practising gratitude can lead to decreases in anxiety, depression, trauma, and stress, while increasing self-worth, motivation, productivity, and achievement. The piece also discusses how gratitude helps minimise negative habits and patterns of thinking.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artofgaystyle.substack.com/p/its-raining-men-new-leather-men-images" TargetMode="External"/><Relationship Id="rId10" Type="http://schemas.openxmlformats.org/officeDocument/2006/relationships/hyperlink" Target="https://www.healthline.com/health/benefits-of-gratitude-practice" TargetMode="External"/><Relationship Id="rId11" Type="http://schemas.openxmlformats.org/officeDocument/2006/relationships/hyperlink" Target="https://www.health.harvard.edu/healthbeat/giving-thanks-can-make-you-happier" TargetMode="External"/><Relationship Id="rId12" Type="http://schemas.openxmlformats.org/officeDocument/2006/relationships/hyperlink" Target="https://magazine.clevelandclinic.org/2023-fall/cultivate-gratitude" TargetMode="External"/><Relationship Id="rId13" Type="http://schemas.openxmlformats.org/officeDocument/2006/relationships/hyperlink" Target="https://www.mayoclinichealthsystem.org/hometown-health/speaking-of-health/can-expressing-gratitude-improve-health" TargetMode="External"/><Relationship Id="rId14" Type="http://schemas.openxmlformats.org/officeDocument/2006/relationships/hyperlink" Target="https://www.icharles.com/articles/how-to-practice-gratitude-daily" TargetMode="External"/><Relationship Id="rId15" Type="http://schemas.openxmlformats.org/officeDocument/2006/relationships/hyperlink" Target="https://www.psychologytoday.com/us/blog/comfort-gratitude/202006/the-positive-impact-gratitude-men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