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Farewells and Future Picks After DataLounge’s Shutdown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online culture are pausing to remember DataLounge, the gritty gay gossip forum that ran for 31 years and folded in July 2026; fans, critics and curious newcomers are weighing what its disappearance means for queer conversation, celebrity rumour-mongering and the future of archived internet communities.</w:t>
      </w:r>
      <w:r/>
    </w:p>
    <w:p>
      <w:r/>
      <w:r>
        <w:t>Essential Takeaways</w:t>
      </w:r>
      <w:r/>
      <w:r/>
    </w:p>
    <w:p>
      <w:pPr>
        <w:pStyle w:val="ListBullet"/>
        <w:spacing w:line="240" w:lineRule="auto"/>
        <w:ind w:left="720"/>
      </w:pPr>
      <w:r/>
      <w:r>
        <w:rPr>
          <w:b/>
        </w:rPr>
        <w:t>Long run:</w:t>
      </w:r>
      <w:r>
        <w:t xml:space="preserve"> DataLounge operated from 1995 to July 30, 2026, becoming a long-standing hub for gay gossip, politics and community banter. </w:t>
      </w:r>
      <w:r/>
    </w:p>
    <w:p>
      <w:pPr>
        <w:pStyle w:val="ListBullet"/>
        <w:spacing w:line="240" w:lineRule="auto"/>
        <w:ind w:left="720"/>
      </w:pPr>
      <w:r/>
      <w:r>
        <w:rPr>
          <w:b/>
        </w:rPr>
        <w:t>Tone and texture:</w:t>
      </w:r>
      <w:r>
        <w:t xml:space="preserve"> The site was known for its snarky, anonymous posts, in-jokes and "pointless bitchery" that felt visceral and immediate. </w:t>
      </w:r>
      <w:r/>
    </w:p>
    <w:p>
      <w:pPr>
        <w:pStyle w:val="ListBullet"/>
        <w:spacing w:line="240" w:lineRule="auto"/>
        <w:ind w:left="720"/>
      </w:pPr>
      <w:r/>
      <w:r>
        <w:rPr>
          <w:b/>
        </w:rPr>
        <w:t>Moderation limits:</w:t>
      </w:r>
      <w:r>
        <w:t xml:space="preserve"> Administrators struggled with moderation, eventually adding user upvoting/downvoting to help police content. </w:t>
      </w:r>
      <w:r/>
    </w:p>
    <w:p>
      <w:pPr>
        <w:pStyle w:val="ListBullet"/>
        <w:spacing w:line="240" w:lineRule="auto"/>
        <w:ind w:left="720"/>
      </w:pPr>
      <w:r/>
      <w:r>
        <w:rPr>
          <w:b/>
        </w:rPr>
        <w:t>Traffic decline:</w:t>
      </w:r>
      <w:r>
        <w:t xml:space="preserve"> Search engines favouring AI summaries eroded referral traffic, a key factor in the site’s closure. </w:t>
      </w:r>
      <w:r/>
    </w:p>
    <w:p>
      <w:pPr>
        <w:pStyle w:val="ListBullet"/>
        <w:spacing w:line="240" w:lineRule="auto"/>
        <w:ind w:left="720"/>
      </w:pPr>
      <w:r/>
      <w:r>
        <w:rPr>
          <w:b/>
        </w:rPr>
        <w:t>Archive prospects:</w:t>
      </w:r>
      <w:r>
        <w:t xml:space="preserve"> Founders have discussed an AI-driven tool to let people explore millions of archived posts, raising questions about privacy and poster intent.</w:t>
      </w:r>
      <w:r/>
      <w:r/>
    </w:p>
    <w:p>
      <w:pPr>
        <w:pStyle w:val="Heading2"/>
      </w:pPr>
      <w:r>
        <w:t>Why DataLounge mattered , messy, loud and oddly comforting</w:t>
      </w:r>
      <w:r/>
    </w:p>
    <w:p>
      <w:r/>
      <w:r>
        <w:t>DataLounge wasn’t polished; it was noisy, opinionated and often cruel in the way only semi-anonymous internet chatter can be. That roughness is what made it feel alive, a place where you could witness a hundred strangers rage, joke or commiserate in equal measure. According to reporting, the site’s founders set it up in 1995 as a haven during the AIDS crisis, and that urgent, communal origin lingered in its tone and topics. For many, it became less a news outlet than a cultural weather report , a barometer of what parts of the gay community were gossiping about that week.</w:t>
      </w:r>
      <w:r/>
    </w:p>
    <w:p>
      <w:pPr>
        <w:pStyle w:val="Heading2"/>
      </w:pPr>
      <w:r>
        <w:t>How moderation and anonymity shaped the culture</w:t>
      </w:r>
      <w:r/>
    </w:p>
    <w:p>
      <w:r/>
      <w:r>
        <w:t>The site’s rules theoretically asked for respect, but anonymity and irreverence produced everything from clever wit to hateful posts. Administrators eventually introduced an upvote/downvote system so users could police each other, a move that helped but never fully solved moderation headaches. That pattern reflects a broader challenge for online forums: when you let posters hide behind handles, you get frank confessions and in-jokes , and you also get material that can be harmful or libellous. Owners and visitors alike learned the hard way how thin the line can be between community banter and real-world damage.</w:t>
      </w:r>
      <w:r/>
    </w:p>
    <w:p>
      <w:pPr>
        <w:pStyle w:val="Heading2"/>
      </w:pPr>
      <w:r>
        <w:t>The role of search engines and AI in its demise</w:t>
      </w:r>
      <w:r/>
    </w:p>
    <w:p>
      <w:r/>
      <w:r>
        <w:t>One concrete reason for the shutdown was a drop in traffic as search engines began to surface AI-generated summaries instead of direct links to legacy sites. That shift starved long-running niche communities of the casual readers who once fed them, and DataLounge’s founders said the receding web ecosystem made the site harder to sustain. It’s a reminder that the tech stack beneath the internet is fragile: when discovery patterns change, whole cultural corners can vanish almost overnight.</w:t>
      </w:r>
      <w:r/>
    </w:p>
    <w:p>
      <w:pPr>
        <w:pStyle w:val="Heading2"/>
      </w:pPr>
      <w:r>
        <w:t>Archives, AI and the ethics of resurrecting a "vile pit"</w:t>
      </w:r>
      <w:r/>
    </w:p>
    <w:p>
      <w:r/>
      <w:r>
        <w:t>With some 34 million posts in the record, the idea of an AI-driven interface to explore the archive is tempting and unsettling in equal measure. The team floated a system described as a "séance" to bring the site’s content back to life for researchers or nostalgic users. That prospect raises practical and ethical questions: who gets access, do former anonymous posters have a right to be forgotten, and how do you contextualise offensive or inaccurate posts for a new audience? If resurrected, any archive tool should include clear disclaimers, user controls and robust privacy safeguards.</w:t>
      </w:r>
      <w:r/>
    </w:p>
    <w:p>
      <w:pPr>
        <w:pStyle w:val="Heading2"/>
      </w:pPr>
      <w:r>
        <w:t>Mixed reactions: celebration, relief and nostalgia</w:t>
      </w:r>
      <w:r/>
    </w:p>
    <w:p>
      <w:r/>
      <w:r>
        <w:t>Not everyone will miss DataLounge. Some celebrities and public figures who were targets of rumours celebrated the shutdown, calling out the site’s nastier corners. Others are lonely for the bluntness and comic venom the forum offered, arguing that a messy public square can be useful even when it’s unpleasant. Ultimately the conversation leans toward nuance: communities evolve, and while some toxic behaviours must be curtailed, losing a quirky, if flawed, social space also erases a certain kind of cultural memory.</w:t>
      </w:r>
      <w:r/>
    </w:p>
    <w:p>
      <w:r/>
      <w:r>
        <w:t>It's a small change that can make every online conversation sharper, kinder and more deliberate , or it could mean losing the chaotic corners of culture we secretly miss.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https://www.metroweekly.com/2026/08/datalounge-gay-gossip-site-shuts-down/</w:t>
        </w:r>
      </w:hyperlink>
      <w:r>
        <w:t xml:space="preserve"> - Please view link - unable to able to access data</w:t>
      </w:r>
      <w:r/>
    </w:p>
    <w:p>
      <w:pPr>
        <w:pStyle w:val="ListNumber"/>
        <w:spacing w:line="240" w:lineRule="auto"/>
        <w:ind w:left="720"/>
      </w:pPr>
      <w:r/>
      <w:hyperlink r:id="rId9">
        <w:r>
          <w:rPr>
            <w:color w:val="0000EE"/>
            <w:u w:val="single"/>
          </w:rPr>
          <w:t>https://www.metroweekly.com/2026/08/datalounge-gay-gossip-site-shuts-down/</w:t>
        </w:r>
      </w:hyperlink>
      <w:r>
        <w:t xml:space="preserve"> - DataLounge, a pioneering online forum and gossip site for gay men, has ceased operations after over 31 years. Launched in May 1995 by Mediapolis, the site featured threads and message boards where anonymous users shared news, gossip, opinions, and personal stories, with celebrity speculation being a recurring topic. Despite guidelines promoting respect, the forum was known for its witty and sarcastic exchanges, developing its own in-jokes. Co-founder Carl Pritzkat stated the need to create a space for themselves during the AIDS crisis. The site's decline was attributed to search engines prioritising AI-generated summaries over established websites, leading to a significant drop in traffic. The closure was announced on July 30, 2026, with a farewell message from co-founder Tony Travostino, who went by 'Muriel'.</w:t>
      </w:r>
      <w:r/>
    </w:p>
    <w:p>
      <w:pPr>
        <w:pStyle w:val="ListNumber"/>
        <w:spacing w:line="240" w:lineRule="auto"/>
        <w:ind w:left="720"/>
      </w:pPr>
      <w:r/>
      <w:hyperlink r:id="rId11">
        <w:r>
          <w:rPr>
            <w:color w:val="0000EE"/>
            <w:u w:val="single"/>
          </w:rPr>
          <w:t>https://datalounge.co.uk/what-is-datalounge-the-end-of-an-era-for-a-legendary-lgbtq-forum/</w:t>
        </w:r>
      </w:hyperlink>
      <w:r>
        <w:t xml:space="preserve"> - DataLounge, established in 1995, was a prominent LGBTQ+ discussion forum known for anonymous conversations on topics like gay culture, celebrity gossip, politics, and entertainment. Over its 31-year history, it accumulated over 36.5 million posts. The site faced challenges in maintaining its aging platform and adapting to the evolving internet landscape, including the rise of AI and social media. The decision to shut down was influenced by declining search traffic, reduced advertising revenue, and the dominance of large platforms. The closure signifies the end of an era for independent LGBTQ+ online communities.</w:t>
      </w:r>
      <w:r/>
    </w:p>
    <w:p>
      <w:pPr>
        <w:pStyle w:val="ListNumber"/>
        <w:spacing w:line="240" w:lineRule="auto"/>
        <w:ind w:left="720"/>
      </w:pPr>
      <w:r/>
      <w:hyperlink r:id="rId13">
        <w:r>
          <w:rPr>
            <w:color w:val="0000EE"/>
            <w:u w:val="single"/>
          </w:rPr>
          <w:t>https://datalounge.co.uk/datalounge-3/</w:t>
        </w:r>
      </w:hyperlink>
      <w:r>
        <w:t xml:space="preserve"> - DataLounge, launched in 1995, was one of the internet's longest-running LGBTQ+ discussion communities, known for anonymous conversations on celebrity gossip, entertainment, politics, and gay culture. Despite surviving the rise of major platforms, it faced challenges in maintaining its aging software and adapting to the evolving internet landscape. The decision to shut down was influenced by declining search traffic, reduced advertising revenue, and the dominance of large platforms. The closure signifies the end of an era for independent LGBTQ+ online communities, with the site leaving behind a legacy of candid and uncensored discussions.</w:t>
      </w:r>
      <w:r/>
    </w:p>
    <w:p>
      <w:pPr>
        <w:pStyle w:val="ListNumber"/>
        <w:spacing w:line="240" w:lineRule="auto"/>
        <w:ind w:left="720"/>
      </w:pPr>
      <w:r/>
      <w:hyperlink r:id="rId10">
        <w:r>
          <w:rPr>
            <w:color w:val="0000EE"/>
            <w:u w:val="single"/>
          </w:rPr>
          <w:t>https://en.wikipedia.org/wiki/DataLounge</w:t>
        </w:r>
      </w:hyperlink>
      <w:r>
        <w:t xml:space="preserve"> - DataLounge, launched in May 1995 by Mediapolis, is an internet forum primarily composed of anonymous posters sharing news, opinions, gossip, personal stories, and political views from a gay perspective. The forum is known for discussing and speculating about the sexuality of celebrities. While guidelines require respect, the site's appeal lies in its appreciation of wit, satire, and 'pointless bitchery.' By 2006, it received approximately 6.5 million page views monthly. The site has faced challenges in moderating content and has been cited as a source on stories featured on other news and gossip sites.</w:t>
      </w:r>
      <w:r/>
    </w:p>
    <w:p>
      <w:pPr>
        <w:pStyle w:val="ListNumber"/>
        <w:spacing w:line="240" w:lineRule="auto"/>
        <w:ind w:left="720"/>
      </w:pPr>
      <w:r/>
      <w:hyperlink r:id="rId12">
        <w:r>
          <w:rPr>
            <w:color w:val="0000EE"/>
            <w:u w:val="single"/>
          </w:rPr>
          <w:t>https://datalounge.co.uk/</w:t>
        </w:r>
      </w:hyperlink>
      <w:r>
        <w:t xml:space="preserve"> - DataLounge, established in 1995, is one of the internet's longest-running and most notorious message boards, known for its anonymous, acerbic, and unapologetically gay discussions. The site has survived the rise of major platforms while maintaining its unique identity. It serves as a digital cocktail lounge where users exchange information and wit, covering topics like celebrity gossip, entertainment, politics, and gay culture. Despite its longevity, the site faces challenges in adapting to the evolving internet landscape, including the dominance of large platforms and the rise of AI-generated content.</w:t>
      </w:r>
      <w:r/>
    </w:p>
    <w:p>
      <w:pPr>
        <w:pStyle w:val="ListNumber"/>
        <w:spacing w:line="240" w:lineRule="auto"/>
        <w:ind w:left="720"/>
      </w:pPr>
      <w:r/>
      <w:hyperlink r:id="rId14">
        <w:r>
          <w:rPr>
            <w:color w:val="0000EE"/>
            <w:u w:val="single"/>
          </w:rPr>
          <w:t>https://issitedownrightnow.com/status/datalounge</w:t>
        </w:r>
      </w:hyperlink>
      <w:r>
        <w:t xml:space="preserve"> - DataLounge, a long-standing internet forum, has faced periods of downtime, as reported by users. The site, known for its anonymous discussions on various topics, has experienced challenges in maintaining its platform. Users have reported issues accessing the site, leading to inquiries about its operational status. The forum's longevity and unique culture have made it a significant part of internet history, but like many independent websites, it faces challenges in the modern digital landscape.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weekly.com/2026/08/datalounge-gay-gossip-site-shuts-down/" TargetMode="External"/><Relationship Id="rId10" Type="http://schemas.openxmlformats.org/officeDocument/2006/relationships/hyperlink" Target="https://en.wikipedia.org/wiki/DataLounge" TargetMode="External"/><Relationship Id="rId11" Type="http://schemas.openxmlformats.org/officeDocument/2006/relationships/hyperlink" Target="https://datalounge.co.uk/what-is-datalounge-the-end-of-an-era-for-a-legendary-lgbtq-forum/" TargetMode="External"/><Relationship Id="rId12" Type="http://schemas.openxmlformats.org/officeDocument/2006/relationships/hyperlink" Target="https://datalounge.co.uk/" TargetMode="External"/><Relationship Id="rId13" Type="http://schemas.openxmlformats.org/officeDocument/2006/relationships/hyperlink" Target="https://datalounge.co.uk/datalounge-3/" TargetMode="External"/><Relationship Id="rId14" Type="http://schemas.openxmlformats.org/officeDocument/2006/relationships/hyperlink" Target="https://issitedownrightnow.com/status/datalou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