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Dates and New Plans: Highland Pride 2027 Returns to Eden Court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families and activists are already pencilling it in , Highland Pride has confirmed Saturday 17 July 2027 at Eden Court, so Inverness will once again turn rainbow-bright for a day of celebration, stalls and community. It matters because organisers say the later date will make the parade more accessible and the festival more inclusive.</w:t>
      </w:r>
      <w:r/>
    </w:p>
    <w:p>
      <w:r/>
      <w:r>
        <w:t>Essential Takeaways</w:t>
      </w:r>
      <w:r/>
      <w:r/>
    </w:p>
    <w:p>
      <w:pPr>
        <w:pStyle w:val="ListBullet"/>
        <w:spacing w:line="240" w:lineRule="auto"/>
        <w:ind w:left="720"/>
      </w:pPr>
      <w:r/>
      <w:r>
        <w:rPr>
          <w:b/>
        </w:rPr>
        <w:t>Confirmed date:</w:t>
      </w:r>
      <w:r>
        <w:t xml:space="preserve"> Highland Pride 2027 will be held on Saturday 17 July at Eden Court, giving plenty of lead time for planning.</w:t>
      </w:r>
      <w:r/>
    </w:p>
    <w:p>
      <w:pPr>
        <w:pStyle w:val="ListBullet"/>
        <w:spacing w:line="240" w:lineRule="auto"/>
        <w:ind w:left="720"/>
      </w:pPr>
      <w:r/>
      <w:r>
        <w:rPr>
          <w:b/>
        </w:rPr>
        <w:t>Venue continuity:</w:t>
      </w:r>
      <w:r>
        <w:t xml:space="preserve"> Eden Court remains the festival hub after moves from Bught Park and Northern Meeting Park; indoor theatre space helps with weather-proofing.</w:t>
      </w:r>
      <w:r/>
    </w:p>
    <w:p>
      <w:pPr>
        <w:pStyle w:val="ListBullet"/>
        <w:spacing w:line="240" w:lineRule="auto"/>
        <w:ind w:left="720"/>
      </w:pPr>
      <w:r/>
      <w:r>
        <w:rPr>
          <w:b/>
        </w:rPr>
        <w:t>Community partners:</w:t>
      </w:r>
      <w:r>
        <w:t xml:space="preserve"> LGBT+ Youth Scotland will return alongside local charity and stall partners, offering youth-focused activities and information.</w:t>
      </w:r>
      <w:r/>
    </w:p>
    <w:p>
      <w:pPr>
        <w:pStyle w:val="ListBullet"/>
        <w:spacing w:line="240" w:lineRule="auto"/>
        <w:ind w:left="720"/>
      </w:pPr>
      <w:r/>
      <w:r>
        <w:rPr>
          <w:b/>
        </w:rPr>
        <w:t>Volunteer-run:</w:t>
      </w:r>
      <w:r>
        <w:t xml:space="preserve"> Highland Pride is organised by a volunteer charity and seeks local sponsorships and offers of help; organisers emphasise allyship and inclusion.</w:t>
      </w:r>
      <w:r/>
    </w:p>
    <w:p>
      <w:pPr>
        <w:pStyle w:val="ListBullet"/>
        <w:spacing w:line="240" w:lineRule="auto"/>
        <w:ind w:left="720"/>
      </w:pPr>
      <w:r/>
      <w:r>
        <w:rPr>
          <w:b/>
        </w:rPr>
        <w:t>Atmosphere:</w:t>
      </w:r>
      <w:r>
        <w:t xml:space="preserve"> Previous events combined a lively parade, vendor stalls and family-friendly shows , expect a buzzy, colourful day with a strong community feel.</w:t>
      </w:r>
      <w:r/>
      <w:r/>
    </w:p>
    <w:p>
      <w:pPr>
        <w:pStyle w:val="Heading2"/>
      </w:pPr>
      <w:r>
        <w:t>Why the date change matters , later July could widen access</w:t>
      </w:r>
      <w:r/>
    </w:p>
    <w:p>
      <w:r/>
      <w:r>
        <w:t>Highland Pride’s choice of 17 July 2027 is small but clever , a later summer slot should mean milder weather and better turnout for parade participants and spectators. Organisers told local media they hope moving Pride into July will allow more people to be part of the parade, which matters if you’ve ever watched a route empty too early on a cooler morning. Families, tourists and students on summer break will find it easier to join in, and the later date gives stallholders and volunteers extra breathing room to plan.</w:t>
      </w:r>
      <w:r/>
    </w:p>
    <w:p>
      <w:pPr>
        <w:pStyle w:val="Heading2"/>
      </w:pPr>
      <w:r>
        <w:t>Eden Court as a home base , what that brings</w:t>
      </w:r>
      <w:r/>
    </w:p>
    <w:p>
      <w:r/>
      <w:r>
        <w:t>Eden Court has become Pride’s go-to venue after years at Bught Park and the Northern Meeting Park, and there are practical benefits to keeping it there. The Empire Theatre provides a proper stage for performances, while foyers and outdoor spaces host information stalls and vendors rain or shine. That mix of indoor and outdoor space means the event can be theatrical, informative and market-like all at once , great if you want a quiet corner to chat with a charity rep or a lively drag show in the evening.</w:t>
      </w:r>
      <w:r/>
    </w:p>
    <w:p>
      <w:pPr>
        <w:pStyle w:val="Heading2"/>
      </w:pPr>
      <w:r>
        <w:t>Youth involvement and community focus , allyship at the fore</w:t>
      </w:r>
      <w:r/>
    </w:p>
    <w:p>
      <w:r/>
      <w:r>
        <w:t>LGBT+ Youth Scotland is confirmed to be back for 2027 following an expanded presence in 2026, and organisers have signalled a renewed focus on allyship and inclusion. That shift away from heavy political speeches seen in previous years towards more community programming suggests Pride will feel welcoming to a broader audience. If you’re bringing young people, expect youth-friendly activities and information stalls alongside the entertainment , a reminder that Pride is as much about support and education as it is about celebration.</w:t>
      </w:r>
      <w:r/>
    </w:p>
    <w:p>
      <w:pPr>
        <w:pStyle w:val="Heading2"/>
      </w:pPr>
      <w:r>
        <w:t>How the event runs , stalls, shows and volunteer spirit</w:t>
      </w:r>
      <w:r/>
    </w:p>
    <w:p>
      <w:r/>
      <w:r>
        <w:t>Past Highland Pride weekends have blended a parade with market-style stalls and a packed theatre programme, including bespoke drag shows that keep the mood playful and theatrical. The festival leans on volunteers and local sponsors to fund logistics and stalls, so there’s always room to get involved. If you run a small business, charity or want to volunteer, organisers encourage reaching out early , offers of help and sponsorship are part of what keeps Pride thriving.</w:t>
      </w:r>
      <w:r/>
    </w:p>
    <w:p>
      <w:pPr>
        <w:pStyle w:val="Heading2"/>
      </w:pPr>
      <w:r>
        <w:t>Planning tips for attendees , make the most of the day</w:t>
      </w:r>
      <w:r/>
    </w:p>
    <w:p>
      <w:r/>
      <w:r>
        <w:t>If you’re coming from out of town, book travel and accommodation early , July weekends can be busy in the Highlands. Bring layers and a waterproof just in case, but expect theatrical flair and a warm welcome; your nose will likely pick up kettle chips, festival coffee and the occasional glitter trail. Families should look for youth-focused stalls and quieter spaces in the venue; anyone hoping to march should check social channels for planning updates and costume-friendly guidance.</w:t>
      </w:r>
      <w:r/>
    </w:p>
    <w:p>
      <w:r/>
      <w:r>
        <w:t>It’s the kind of local event that feels both joyful and meaningful , put the date in the diary and think about how you might join in.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0">
        <w:r>
          <w:rPr>
            <w:color w:val="0000EE"/>
            <w:u w:val="single"/>
          </w:rPr>
          <w:t>[2]</w:t>
        </w:r>
      </w:hyperlink>
      <w:r>
        <w:t xml:space="preserve">, </w:t>
      </w:r>
      <w:hyperlink r:id="rId13">
        <w:r>
          <w:rPr>
            <w:color w:val="0000EE"/>
            <w:u w:val="single"/>
          </w:rPr>
          <w:t>[3]</w:t>
        </w:r>
      </w:hyperlink>
      <w:r>
        <w:t xml:space="preserve">- Paragraph 4: </w:t>
      </w:r>
      <w:hyperlink r:id="rId13">
        <w:r>
          <w:rPr>
            <w:color w:val="0000EE"/>
            <w:u w:val="single"/>
          </w:rPr>
          <w:t>[3]</w:t>
        </w:r>
      </w:hyperlink>
      <w:r>
        <w:t xml:space="preserve">, </w:t>
      </w:r>
      <w:hyperlink r:id="rId12">
        <w:r>
          <w:rPr>
            <w:color w:val="0000EE"/>
            <w:u w:val="single"/>
          </w:rPr>
          <w:t>[5]</w:t>
        </w:r>
      </w:hyperlink>
      <w:r>
        <w:t xml:space="preserve">- Paragraph 5: </w:t>
      </w:r>
      <w:hyperlink r:id="rId10">
        <w:r>
          <w:rPr>
            <w:color w:val="0000EE"/>
            <w:u w:val="single"/>
          </w:rPr>
          <w:t>[2]</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https://www.inverness-courier.co.uk/news/date-confirmed-for-highland-pride-2027-443105/</w:t>
        </w:r>
      </w:hyperlink>
      <w:r>
        <w:t xml:space="preserve"> - Please view link - unable to able to access data</w:t>
      </w:r>
      <w:r/>
    </w:p>
    <w:p>
      <w:pPr>
        <w:pStyle w:val="ListNumber"/>
        <w:spacing w:line="240" w:lineRule="auto"/>
        <w:ind w:left="720"/>
      </w:pPr>
      <w:r/>
      <w:hyperlink r:id="rId10">
        <w:r>
          <w:rPr>
            <w:color w:val="0000EE"/>
            <w:u w:val="single"/>
          </w:rPr>
          <w:t>https://highlandpride.org/events-page/pride-2026/</w:t>
        </w:r>
      </w:hyperlink>
      <w:r>
        <w:t xml:space="preserve"> - Highland Pride 2026 took place on Saturday, 6 June, featuring a parade starting at Eden Court at 12:30 PM. The route included Bishops Road, Ardross Terrace, Ness Walk, and the High Street, returning to Eden Court. The event also hosted a Pride Market with various stalls and a free Pride Party in the Empire Theatre, featuring performances by Venus GuyTrap and Sugar Browne. The event was free to attend and aimed to celebrate diversity and inclusion across the Highlands.</w:t>
      </w:r>
      <w:r/>
    </w:p>
    <w:p>
      <w:pPr>
        <w:pStyle w:val="ListNumber"/>
        <w:spacing w:line="240" w:lineRule="auto"/>
        <w:ind w:left="720"/>
      </w:pPr>
      <w:r/>
      <w:hyperlink r:id="rId13">
        <w:r>
          <w:rPr>
            <w:color w:val="0000EE"/>
            <w:u w:val="single"/>
          </w:rPr>
          <w:t>https://highlandpride.org/stalls2026/</w:t>
        </w:r>
      </w:hyperlink>
      <w:r>
        <w:t xml:space="preserve"> - Highland Pride invited community groups, charities, small businesses, and organisations to host stalls at the 2026 event. The Pride village aimed to be a vibrant space filled with diverse offerings, including crafts, services, and information. The application process required completing a Stall Application Form, with a closing date of Monday, 13 April 2026. The event provided an opportunity for organisations to connect with the LGBTQ+ community and showcase their support.</w:t>
      </w:r>
      <w:r/>
    </w:p>
    <w:p>
      <w:pPr>
        <w:pStyle w:val="ListNumber"/>
        <w:spacing w:line="240" w:lineRule="auto"/>
        <w:ind w:left="720"/>
      </w:pPr>
      <w:r/>
      <w:hyperlink r:id="rId11">
        <w:r>
          <w:rPr>
            <w:color w:val="0000EE"/>
            <w:u w:val="single"/>
          </w:rPr>
          <w:t>https://highlandpride.org/2026-sponsors/</w:t>
        </w:r>
      </w:hyperlink>
      <w:r>
        <w:t xml:space="preserve"> - Highland Pride 2026 was supported by various sponsors, including Brodies LLP as the Platinum Sponsor, and Allied Surveyors Scotland, Lifescan, and Macleod Roofing Ltd as Gold Sponsors. Silver Sponsors included DM Elite, Glenmoriston Townhouse Hotel, Grüvi Photo Booths, M&amp;H Carriers, Mary MacFarlane Financial Planning, Parklands Care Homes, Tailormade Moves Estate Agents, Unite the Union, and Xoko Bakehouse and Coffee Shop. These sponsors played a crucial role in making the event possible and supporting the LGBTQ+ community in the Highlands.</w:t>
      </w:r>
      <w:r/>
    </w:p>
    <w:p>
      <w:pPr>
        <w:pStyle w:val="ListNumber"/>
        <w:spacing w:line="240" w:lineRule="auto"/>
        <w:ind w:left="720"/>
      </w:pPr>
      <w:r/>
      <w:hyperlink r:id="rId12">
        <w:r>
          <w:rPr>
            <w:color w:val="0000EE"/>
            <w:u w:val="single"/>
          </w:rPr>
          <w:t>https://commons.wikimedia.org/wiki/Category%3AHighland_Pride_2026</w:t>
        </w:r>
      </w:hyperlink>
      <w:r>
        <w:t xml:space="preserve"> - The Wikimedia Commons category 'Highland Pride 2026' contains a collection of 200 images capturing various moments from the event. The photos showcase the vibrant atmosphere, participants, and activities that took place during the Pride celebrations in Inverness. These images serve as a visual testament to the community's support and the success of the event.</w:t>
      </w:r>
      <w:r/>
    </w:p>
    <w:p>
      <w:pPr>
        <w:pStyle w:val="ListNumber"/>
        <w:spacing w:line="240" w:lineRule="auto"/>
        <w:ind w:left="720"/>
      </w:pPr>
      <w:r/>
      <w:hyperlink r:id="rId14">
        <w:r>
          <w:rPr>
            <w:color w:val="0000EE"/>
            <w:u w:val="single"/>
          </w:rPr>
          <w:t>https://www.pbssocal.org/event/56th-annual-la-pride-parade-on-hollywood-blvd</w:t>
        </w:r>
      </w:hyperlink>
      <w:r>
        <w:t xml:space="preserve"> - The 56th Annual LA Pride Parade took place on Sunday, 14 June 2026, along Hollywood Boulevard in Los Angeles. The event featured over 140 contingents, including bands, dancers, specialty vehicles, floats, and celebrities. The parade was broadcast live by ABC7/KABC. Additionally, the LA Pride Village offered a variety of vendors, exhibitors, food trucks, games, and activities, providing a vibrant atmosphere for attendees.</w:t>
      </w:r>
      <w:r/>
    </w:p>
    <w:p>
      <w:pPr>
        <w:pStyle w:val="ListNumber"/>
        <w:spacing w:line="240" w:lineRule="auto"/>
        <w:ind w:left="720"/>
      </w:pPr>
      <w:r/>
      <w:hyperlink r:id="rId15">
        <w:r>
          <w:rPr>
            <w:color w:val="0000EE"/>
            <w:u w:val="single"/>
          </w:rPr>
          <w:t>https://www.trilliumhealth.org/rochester-pride/festival</w:t>
        </w:r>
      </w:hyperlink>
      <w:r>
        <w:t xml:space="preserve"> - The Rochester Pride Festival was held on Saturday, 18 July 2026, at Highland Park in Rochester, New York. The event featured food, wine, beer, games, activities, vendor tables, live music, and performances. General admission tickets were available for $5, with VIP tickets offered at $50, including private bathroom access and additional food and bar options. The festival aimed to celebrate the LGBTQ+ community and provided a platform for local organisations and businesses to engage with attendees.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nverness-courier.co.uk/news/date-confirmed-for-highland-pride-2027-443105/" TargetMode="External"/><Relationship Id="rId10" Type="http://schemas.openxmlformats.org/officeDocument/2006/relationships/hyperlink" Target="https://highlandpride.org/events-page/pride-2026/" TargetMode="External"/><Relationship Id="rId11" Type="http://schemas.openxmlformats.org/officeDocument/2006/relationships/hyperlink" Target="https://highlandpride.org/2026-sponsors/" TargetMode="External"/><Relationship Id="rId12" Type="http://schemas.openxmlformats.org/officeDocument/2006/relationships/hyperlink" Target="https://commons.wikimedia.org/wiki/Category%3AHighland_Pride_2026" TargetMode="External"/><Relationship Id="rId13" Type="http://schemas.openxmlformats.org/officeDocument/2006/relationships/hyperlink" Target="https://highlandpride.org/stalls2026/" TargetMode="External"/><Relationship Id="rId14" Type="http://schemas.openxmlformats.org/officeDocument/2006/relationships/hyperlink" Target="https://www.pbssocal.org/event/56th-annual-la-pride-parade-on-hollywood-blvd" TargetMode="External"/><Relationship Id="rId15" Type="http://schemas.openxmlformats.org/officeDocument/2006/relationships/hyperlink" Target="https://www.trilliumhealth.org/rochester-pride/festiv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