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Bremen’s Christopher Street Day: 30,000 Join Parade for Pride and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music fans and football crowds shared Bremen’s streets as tens of thousands gathered for Christopher Street Day , a colourful, loud and largely peaceful show of visibility and solidarity that mattered for rights, safety and the city’s summer calendar.</w:t>
      </w:r>
      <w:r/>
    </w:p>
    <w:p>
      <w:r/>
      <w:r>
        <w:t>Essential Takeaways</w:t>
      </w:r>
      <w:r/>
      <w:r/>
    </w:p>
    <w:p>
      <w:pPr>
        <w:pStyle w:val="ListBullet"/>
        <w:spacing w:line="240" w:lineRule="auto"/>
        <w:ind w:left="720"/>
      </w:pPr>
      <w:r/>
      <w:r>
        <w:rPr>
          <w:b/>
        </w:rPr>
        <w:t>Huge turnout:</w:t>
      </w:r>
      <w:r>
        <w:t xml:space="preserve"> Organisers and police reported the march swelling from about 5,000 at the start to roughly 30,000 by midday, creating a lively, energetic atmosphere. </w:t>
      </w:r>
      <w:r/>
    </w:p>
    <w:p>
      <w:pPr>
        <w:pStyle w:val="ListBullet"/>
        <w:spacing w:line="240" w:lineRule="auto"/>
        <w:ind w:left="720"/>
      </w:pPr>
      <w:r/>
      <w:r>
        <w:rPr>
          <w:b/>
        </w:rPr>
        <w:t>Record participation:</w:t>
      </w:r>
      <w:r>
        <w:t xml:space="preserve"> More than 50 groups from associations, parties, companies and community groups took part, giving the parade visible diversity. </w:t>
      </w:r>
      <w:r/>
    </w:p>
    <w:p>
      <w:pPr>
        <w:pStyle w:val="ListBullet"/>
        <w:spacing w:line="240" w:lineRule="auto"/>
        <w:ind w:left="720"/>
      </w:pPr>
      <w:r/>
      <w:r>
        <w:rPr>
          <w:b/>
        </w:rPr>
        <w:t>Heightened security:</w:t>
      </w:r>
      <w:r>
        <w:t xml:space="preserve"> Police said recent attacks at other Pride events informed a tightened safety posture and ongoing risk assessments. </w:t>
      </w:r>
      <w:r/>
    </w:p>
    <w:p>
      <w:pPr>
        <w:pStyle w:val="ListBullet"/>
        <w:spacing w:line="240" w:lineRule="auto"/>
        <w:ind w:left="720"/>
      </w:pPr>
      <w:r/>
      <w:r>
        <w:rPr>
          <w:b/>
        </w:rPr>
        <w:t>Event overload:</w:t>
      </w:r>
      <w:r>
        <w:t xml:space="preserve"> The CSD coincided with a DFB-Pokal match and an evening concert, so travel took longer and the city felt busier than usual. </w:t>
      </w:r>
      <w:r/>
    </w:p>
    <w:p>
      <w:pPr>
        <w:pStyle w:val="ListBullet"/>
        <w:spacing w:line="240" w:lineRule="auto"/>
        <w:ind w:left="720"/>
      </w:pPr>
      <w:r/>
      <w:r>
        <w:rPr>
          <w:b/>
        </w:rPr>
        <w:t>Festival vibe:</w:t>
      </w:r>
      <w:r>
        <w:t xml:space="preserve"> Stalls, speeches and a stage programme rounded out the day, offering a full, family-friendly Pride experience.</w:t>
      </w:r>
      <w:r/>
      <w:r/>
    </w:p>
    <w:p>
      <w:pPr>
        <w:pStyle w:val="Heading2"/>
      </w:pPr>
      <w:r>
        <w:t>A colourful march that grew louder as it moved through town</w:t>
      </w:r>
      <w:r/>
    </w:p>
    <w:p>
      <w:r/>
      <w:r>
        <w:t>Bremen’s streets were a patchwork of flags, banners and dancing feet, with participants applauding, chanting and smiling as the parade stretched along the planned route. The procession began smaller and intimate, then built to a roar as crowds joined in from pavement and side streets. According to local reporting, the mood was celebratory and peaceful, and many described the soundscape as a mix of pop anthems, drums and friendly chatter. If you weren’t expecting Pride to feel like a citywide block party, this was the day that corrected you.</w:t>
      </w:r>
      <w:r/>
    </w:p>
    <w:p>
      <w:pPr>
        <w:pStyle w:val="Heading2"/>
      </w:pPr>
      <w:r>
        <w:t>Why so many groups turned out , and what they were asking for</w:t>
      </w:r>
      <w:r/>
    </w:p>
    <w:p>
      <w:r/>
      <w:r>
        <w:t>Organisers said a record number of groups were registered: unions, political parties, cultural initiatives, companies and grassroots collectives all took space in the march. The message was pragmatic and political , visibility, rights and solidarity for queer people , but presented with creativity and warmth. The event’s slogan emphasised generations and resilience, and speakers on the stages focused on protecting hard-won civil liberties while pushing for more inclusion in everyday life.</w:t>
      </w:r>
      <w:r/>
    </w:p>
    <w:p>
      <w:pPr>
        <w:pStyle w:val="Heading2"/>
      </w:pPr>
      <w:r>
        <w:t>Security: how recent events changed policing and planning</w:t>
      </w:r>
      <w:r/>
    </w:p>
    <w:p>
      <w:r/>
      <w:r>
        <w:t>Police made clear that the deadly attack near Berlin’s Pride events remained in everybody’s minds, and that intelligence and operational planning reflected that reality. Officers worked with organisers and other authorities to keep the day as safe as possible, adjusting plans where necessary. For residents and visitors that meant a visible police presence and some delays at checkpoints, but officials said the collaboration helped the march remain peaceful and well-managed.</w:t>
      </w:r>
      <w:r/>
    </w:p>
    <w:p>
      <w:pPr>
        <w:pStyle w:val="Heading2"/>
      </w:pPr>
      <w:r>
        <w:t>A busy city day , CSD, a cup tie and a concert all in one</w:t>
      </w:r>
      <w:r/>
    </w:p>
    <w:p>
      <w:r/>
      <w:r>
        <w:t>Bremen’s city centre coped with a triple bill: the Pride march, an early-round DFB-Pokal football match at the Weserstadion and an evening gig on the Bürgerweide. The overlapping schedules created long arrival and departure times, and attendees were advised to allow extra time for travel. Local authorities urged people to use public transport where possible, plan meet-up points in advance and be patient , sensible advice for any day when large events collide.</w:t>
      </w:r>
      <w:r/>
    </w:p>
    <w:p>
      <w:pPr>
        <w:pStyle w:val="Heading2"/>
      </w:pPr>
      <w:r>
        <w:t>Practical tips if you plan to attend next year</w:t>
      </w:r>
      <w:r/>
    </w:p>
    <w:p>
      <w:r/>
      <w:r>
        <w:t>If you’re heading to a big Pride parade, dress for comfort and weather, carry water, and agree a clear meet-up spot with friends in case phone signals get patchy. Check organisers’ stage and programme pages for timings, and consider quieter moments on the route if you need a break from crowds. And remember that a visible, supportive presence matters , every person who turns up adds to safety and solidarity.</w:t>
      </w:r>
      <w:r/>
    </w:p>
    <w:p>
      <w:r/>
      <w:r>
        <w:t>It's a small change that can make every Pride march safer, louder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3">
        <w:r>
          <w:rPr>
            <w:color w:val="0000EE"/>
            <w:u w:val="single"/>
          </w:rPr>
          <w:t>[5]</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https://www.stern.de/gesellschaft/regional/niedersachsen-bremen/aufzug-durch-die-innenstadt--csd-in-bremen---30-000-menschen-und-viel-polizei-38143252.html</w:t>
        </w:r>
      </w:hyperlink>
      <w:r>
        <w:t xml:space="preserve"> - Please view link - unable to able to access data</w:t>
      </w:r>
      <w:r/>
    </w:p>
    <w:p>
      <w:pPr>
        <w:pStyle w:val="ListNumber"/>
        <w:spacing w:line="240" w:lineRule="auto"/>
        <w:ind w:left="720"/>
      </w:pPr>
      <w:r/>
      <w:hyperlink r:id="rId10">
        <w:r>
          <w:rPr>
            <w:color w:val="0000EE"/>
            <w:u w:val="single"/>
          </w:rPr>
          <w:t>https://www.zeit.de/news/2023-08/24/mehr-als-10-000-menschen-zum-csd-in-bremen-erwartet</w:t>
        </w:r>
      </w:hyperlink>
      <w:r>
        <w:t xml:space="preserve"> - The article reports that organisers and police anticipated over 10,000 participants for the Christopher Street Day (CSD) in Bremen on 24 August 2023. The previous year saw around 12,000 attendees, and this year, organisers hoped for an even higher turnout. Jermaine Greene, spokesperson for the organising association, emphasised the event's political significance, stating, "It is a demonstration, and we want it to be perceived as such." The organisers advocate for constitutional amendments to prevent discrimination based on gender identity and sexual orientation. (</w:t>
      </w:r>
      <w:hyperlink r:id="rId14">
        <w:r>
          <w:rPr>
            <w:color w:val="0000EE"/>
            <w:u w:val="single"/>
          </w:rPr>
          <w:t>zeit.de</w:t>
        </w:r>
      </w:hyperlink>
      <w:r>
        <w:t>)</w:t>
      </w:r>
      <w:r/>
    </w:p>
    <w:p>
      <w:pPr>
        <w:pStyle w:val="ListNumber"/>
        <w:spacing w:line="240" w:lineRule="auto"/>
        <w:ind w:left="720"/>
      </w:pPr>
      <w:r/>
      <w:hyperlink r:id="rId15">
        <w:r>
          <w:rPr>
            <w:color w:val="0000EE"/>
            <w:u w:val="single"/>
          </w:rPr>
          <w:t>https://www.welt.de/regionales/niedersachsen/article247070642/Mehr-als-10-000-Menschen-zum-CSD-in-Bremen-erwartet.html</w:t>
        </w:r>
      </w:hyperlink>
      <w:r>
        <w:t xml:space="preserve"> - This article highlights that organisers and police expected over 10,000 participants for the CSD in Bremen on 24 August 2023. The previous year had approximately 12,000 attendees, and organisers aimed for a higher turnout. Jermaine Greene, spokesperson for the organising association, stressed the event's political importance, stating, "It is a demonstration, and we want it to be perceived as such." The organisers are advocating for changes to the German Constitution to prevent discrimination based on gender identity and sexual orientation. (</w:t>
      </w:r>
      <w:hyperlink r:id="rId16">
        <w:r>
          <w:rPr>
            <w:color w:val="0000EE"/>
            <w:u w:val="single"/>
          </w:rPr>
          <w:t>welt.de</w:t>
        </w:r>
      </w:hyperlink>
      <w:r>
        <w:t>)</w:t>
      </w:r>
      <w:r/>
    </w:p>
    <w:p>
      <w:pPr>
        <w:pStyle w:val="ListNumber"/>
        <w:spacing w:line="240" w:lineRule="auto"/>
        <w:ind w:left="720"/>
      </w:pPr>
      <w:r/>
      <w:hyperlink r:id="rId11">
        <w:r>
          <w:rPr>
            <w:color w:val="0000EE"/>
            <w:u w:val="single"/>
          </w:rPr>
          <w:t>https://www.ndr.de/nachrichten/niedersachsen/oldenburg_ostfriesland/csd-bremen-umzug-findet-auf-geplanter-strecke-statt%2Ccsd-452.html</w:t>
        </w:r>
      </w:hyperlink>
      <w:r>
        <w:t xml:space="preserve"> - The article reports that the CSD in Bremen on 19 August 2026 proceeded along the originally planned route. The police had previously expressed concerns about the availability of sufficient personnel to secure the entire route. However, after protests, it was confirmed that the parade would not be shortened. The police are committed to ensuring a safe event, especially in light of the recent attack on the CSD in Berlin. No specific details about the security concept were provided. (</w:t>
      </w:r>
      <w:hyperlink r:id="rId17">
        <w:r>
          <w:rPr>
            <w:color w:val="0000EE"/>
            <w:u w:val="single"/>
          </w:rPr>
          <w:t>ndr.de</w:t>
        </w:r>
      </w:hyperlink>
      <w:r>
        <w:t>)</w:t>
      </w:r>
      <w:r/>
    </w:p>
    <w:p>
      <w:pPr>
        <w:pStyle w:val="ListNumber"/>
        <w:spacing w:line="240" w:lineRule="auto"/>
        <w:ind w:left="720"/>
      </w:pPr>
      <w:r/>
      <w:hyperlink r:id="rId13">
        <w:r>
          <w:rPr>
            <w:color w:val="0000EE"/>
            <w:u w:val="single"/>
          </w:rPr>
          <w:t>https://www.csd-bremen.org/2023/buehnenprogramm/</w:t>
        </w:r>
      </w:hyperlink>
      <w:r>
        <w:t xml:space="preserve"> - This page outlines the stage programme for the CSD Bremen 2023, which took place on 26 August 2023. The event featured performances, speeches, and music across two stages: the Theatre Stage at Goethe-Platz and the Truck Stage at the Wall intersection. Highlights included performances by the Pride Voices choir, poetry slams, and talks by various organisations. The programme aimed to celebrate diversity and foster community engagement. (</w:t>
      </w:r>
      <w:hyperlink r:id="rId18">
        <w:r>
          <w:rPr>
            <w:color w:val="0000EE"/>
            <w:u w:val="single"/>
          </w:rPr>
          <w:t>csd-bremen.org</w:t>
        </w:r>
      </w:hyperlink>
      <w:r>
        <w:t>)</w:t>
      </w:r>
      <w:r/>
    </w:p>
    <w:p>
      <w:pPr>
        <w:pStyle w:val="ListNumber"/>
        <w:spacing w:line="240" w:lineRule="auto"/>
        <w:ind w:left="720"/>
      </w:pPr>
      <w:r/>
      <w:hyperlink r:id="rId12">
        <w:r>
          <w:rPr>
            <w:color w:val="0000EE"/>
            <w:u w:val="single"/>
          </w:rPr>
          <w:t>https://www.csd-bremen.org/2023/pressemitteilung-45/</w:t>
        </w:r>
      </w:hyperlink>
      <w:r>
        <w:t xml:space="preserve"> - The press release announces that approximately 18,000 participants attended the CSD Bremen 2023, marking an increase of 6,000 from the previous year. The organisers express gratitude to those who contributed with information stands, performances, and political contributions. They also thank the numerous volunteers who assisted with various tasks, emphasising that the event's success was a collective effort. Notably, there were no reports of serious physical violence or discrimination during the event. (</w:t>
      </w:r>
      <w:hyperlink r:id="rId19">
        <w:r>
          <w:rPr>
            <w:color w:val="0000EE"/>
            <w:u w:val="single"/>
          </w:rPr>
          <w:t>csd-bremen.org</w:t>
        </w:r>
      </w:hyperlink>
      <w:r>
        <w:t>)</w:t>
      </w:r>
      <w:r/>
    </w:p>
    <w:p>
      <w:pPr>
        <w:pStyle w:val="ListNumber"/>
        <w:spacing w:line="240" w:lineRule="auto"/>
        <w:ind w:left="720"/>
      </w:pPr>
      <w:r/>
      <w:hyperlink r:id="rId20">
        <w:r>
          <w:rPr>
            <w:color w:val="0000EE"/>
            <w:u w:val="single"/>
          </w:rPr>
          <w:t>https://www.welt.de/regionales/niedersachsen/article253164926/23-000-Menschen-bei-Christopher-Street-Day-in-Bremen.html</w:t>
        </w:r>
      </w:hyperlink>
      <w:r>
        <w:t xml:space="preserve"> - The article reports that approximately 23,000 people participated in the CSD in Bremen, held on 24 August 2024. The demonstration, advocating for the rights of lesbian, gay, and queer individuals, was themed "What more do we want? To be self-evident, to live self-evidently!" The parade began at Altenwall and proceeded towards the main train station. The event was marked by rainbow flags and celebratory participants, with minimal queerphobic incidents reported. Bremen's mayor, Andreas Bovenschulte, highlighted the city's commitment to openness and tolerance. (</w:t>
      </w:r>
      <w:hyperlink r:id="rId21">
        <w:r>
          <w:rPr>
            <w:color w:val="0000EE"/>
            <w:u w:val="single"/>
          </w:rPr>
          <w:t>welt.de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gesellschaft/regional/niedersachsen-bremen/aufzug-durch-die-innenstadt--csd-in-bremen---30-000-menschen-und-viel-polizei-38143252.html" TargetMode="External"/><Relationship Id="rId10" Type="http://schemas.openxmlformats.org/officeDocument/2006/relationships/hyperlink" Target="https://www.zeit.de/news/2023-08/24/mehr-als-10-000-menschen-zum-csd-in-bremen-erwartet" TargetMode="External"/><Relationship Id="rId11" Type="http://schemas.openxmlformats.org/officeDocument/2006/relationships/hyperlink" Target="https://www.ndr.de/nachrichten/niedersachsen/oldenburg_ostfriesland/csd-bremen-umzug-findet-auf-geplanter-strecke-statt%2Ccsd-452.html" TargetMode="External"/><Relationship Id="rId12" Type="http://schemas.openxmlformats.org/officeDocument/2006/relationships/hyperlink" Target="https://www.csd-bremen.org/2023/pressemitteilung-45/" TargetMode="External"/><Relationship Id="rId13" Type="http://schemas.openxmlformats.org/officeDocument/2006/relationships/hyperlink" Target="https://www.csd-bremen.org/2023/buehnenprogramm/" TargetMode="External"/><Relationship Id="rId14" Type="http://schemas.openxmlformats.org/officeDocument/2006/relationships/hyperlink" Target="https://www.zeit.de/news/2023-08/24/mehr-als-10-000-menschen-zum-csd-in-bremen-erwartet?utm_source=openai" TargetMode="External"/><Relationship Id="rId15" Type="http://schemas.openxmlformats.org/officeDocument/2006/relationships/hyperlink" Target="https://www.welt.de/regionales/niedersachsen/article247070642/Mehr-als-10-000-Menschen-zum-CSD-in-Bremen-erwartet.html" TargetMode="External"/><Relationship Id="rId16" Type="http://schemas.openxmlformats.org/officeDocument/2006/relationships/hyperlink" Target="https://www.welt.de/regionales/niedersachsen/article247070642/Mehr-als-10-000-Menschen-zum-CSD-in-Bremen-erwartet.html?utm_source=openai" TargetMode="External"/><Relationship Id="rId17" Type="http://schemas.openxmlformats.org/officeDocument/2006/relationships/hyperlink" Target="https://www.ndr.de/nachrichten/niedersachsen/oldenburg_ostfriesland/csd-bremen-umzug-findet-auf-geplanter-strecke-statt%2Ccsd-452.html?utm_source=openai" TargetMode="External"/><Relationship Id="rId18" Type="http://schemas.openxmlformats.org/officeDocument/2006/relationships/hyperlink" Target="https://www.csd-bremen.org/2023/buehnenprogramm/?utm_source=openai" TargetMode="External"/><Relationship Id="rId19" Type="http://schemas.openxmlformats.org/officeDocument/2006/relationships/hyperlink" Target="https://www.csd-bremen.org/2023/pressemitteilung-45/?utm_source=openai" TargetMode="External"/><Relationship Id="rId20" Type="http://schemas.openxmlformats.org/officeDocument/2006/relationships/hyperlink" Target="https://www.welt.de/regionales/niedersachsen/article253164926/23-000-Menschen-bei-Christopher-Street-Day-in-Bremen.html" TargetMode="External"/><Relationship Id="rId21" Type="http://schemas.openxmlformats.org/officeDocument/2006/relationships/hyperlink" Target="https://www.welt.de/regionales/niedersachsen/article253164926/23-000-Menschen-bei-Christopher-Street-Day-in-Bremen.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