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Gay Sleepover Party Guide: What to Expect at Oasis’ Pajama Dance Night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in satin and slippers: the Big Gay Sleepover brings a one-night-only immersive pajama party to Oasis in San Francisco, mixing drag, DJs, pillow fights and a playful costume contest for $15 , here’s what to pack, how to play, and why it’s already the talk of the town.</w:t>
      </w:r>
      <w:r/>
    </w:p>
    <w:p>
      <w:r/>
      <w:r>
        <w:t>Essential Takeaways</w:t>
      </w:r>
      <w:r/>
      <w:r/>
    </w:p>
    <w:p>
      <w:pPr>
        <w:pStyle w:val="ListBullet"/>
        <w:spacing w:line="240" w:lineRule="auto"/>
        <w:ind w:left="720"/>
      </w:pPr>
      <w:r/>
      <w:r>
        <w:rPr>
          <w:b/>
        </w:rPr>
        <w:t>What it is:</w:t>
      </w:r>
      <w:r>
        <w:t xml:space="preserve"> A themed dance party at Oasis combining drag hosts, queer performances, interactive games and a pajama costume contest.</w:t>
      </w:r>
      <w:r/>
    </w:p>
    <w:p>
      <w:pPr>
        <w:pStyle w:val="ListBullet"/>
        <w:spacing w:line="240" w:lineRule="auto"/>
        <w:ind w:left="720"/>
      </w:pPr>
      <w:r/>
      <w:r>
        <w:rPr>
          <w:b/>
        </w:rPr>
        <w:t>Where and when:</w:t>
      </w:r>
      <w:r>
        <w:t xml:space="preserve"> One-night event at Oasis, 298 11th St, San Francisco, with a $15 cover, double-check the venue’s website for the latest details.</w:t>
      </w:r>
      <w:r/>
    </w:p>
    <w:p>
      <w:pPr>
        <w:pStyle w:val="ListBullet"/>
        <w:spacing w:line="240" w:lineRule="auto"/>
        <w:ind w:left="720"/>
      </w:pPr>
      <w:r/>
      <w:r>
        <w:rPr>
          <w:b/>
        </w:rPr>
        <w:t>Vibe:</w:t>
      </w:r>
      <w:r>
        <w:t xml:space="preserve"> Playful and intimate , expect pillow forts, gossip-by-the-bar energy, and cheeky games like Twister and scavenger hunts.</w:t>
      </w:r>
      <w:r/>
    </w:p>
    <w:p>
      <w:pPr>
        <w:pStyle w:val="ListBullet"/>
        <w:spacing w:line="240" w:lineRule="auto"/>
        <w:ind w:left="720"/>
      </w:pPr>
      <w:r/>
      <w:r>
        <w:rPr>
          <w:b/>
        </w:rPr>
        <w:t>Line-up highlights:</w:t>
      </w:r>
      <w:r>
        <w:t xml:space="preserve"> Local performers and DJs, including Barbie Bloodgloss and Kitty Kapowww as hosts, plus DJ Ayumi Please on the decks.</w:t>
      </w:r>
      <w:r/>
    </w:p>
    <w:p>
      <w:pPr>
        <w:pStyle w:val="ListBullet"/>
        <w:spacing w:line="240" w:lineRule="auto"/>
        <w:ind w:left="720"/>
      </w:pPr>
      <w:r/>
      <w:r>
        <w:rPr>
          <w:b/>
        </w:rPr>
        <w:t>What to bring:</w:t>
      </w:r>
      <w:r>
        <w:t xml:space="preserve"> Your sexiest PJs, comfy shoes for dancing, and a small prop if you want to win the costume contest (think robe and candle).</w:t>
      </w:r>
      <w:r/>
      <w:r/>
    </w:p>
    <w:p>
      <w:pPr>
        <w:pStyle w:val="Heading2"/>
      </w:pPr>
      <w:r>
        <w:t>What the Big Gay Sleepover actually is , and why it feels different</w:t>
      </w:r>
      <w:r/>
    </w:p>
    <w:p>
      <w:r/>
      <w:r>
        <w:t>Think a sleepover collided with a nightclub and the result stuck glitter to everything; that’s the Big Gay Sleepover in a nutshell, and it promises a warm, slightly chaotic energy. Hosted by Hex with resident divas Barbie Bloodgloss and Kitty Kapowww, the night blends drag-led theatrics with interactive campy games and club beats. According to the venue’s event listing, organisers have framed it as equal parts performance and participatory party, so expect to be pulled into the action rather than just watch. If you love close-knit, confetti-sparked nights where the crowd is part of the show, this one’s for you.</w:t>
      </w:r>
      <w:r/>
    </w:p>
    <w:p>
      <w:pPr>
        <w:pStyle w:val="Heading2"/>
      </w:pPr>
      <w:r>
        <w:t>Who’s on stage and on the decks , local talent and queer beats</w:t>
      </w:r>
      <w:r/>
    </w:p>
    <w:p>
      <w:r/>
      <w:r>
        <w:t>The bill mixes named performers and DJs drawn from the Bay Area scene, so you’ll get a lively roster rather than a single headliner. Alongside hosts, look out for acts listed on the Oasis site and event promotion, with DJ Ayumi Please handling music at points in the night. That means you’ll hear a DJ set tuned for a late-night crowd, with pop, dance and camp-ready bangers. For anyone who follows the local nightlife circuit, this is the kind of event that spotlights up-and-coming entertainers while keeping a familiar, cosy bar vibe.</w:t>
      </w:r>
      <w:r/>
    </w:p>
    <w:p>
      <w:pPr>
        <w:pStyle w:val="Heading2"/>
      </w:pPr>
      <w:r>
        <w:t>Games, contests and how to win the pajama prize</w:t>
      </w:r>
      <w:r/>
    </w:p>
    <w:p>
      <w:r/>
      <w:r>
        <w:t>A big part of the attraction is the interactive programming: pillow fights, Twister, a scavenger hunt and a Pajama Costume Contest with “Big Gay Prizes.” It’s playful theatre, so bring a prop, commit to a character, and don’t be shy about improvising. Judges tend to reward creativity and confidence: think sequinned nighties, clever DIY robes, or performative entrances. If you want to increase your odds, arrive early to scope the crowd, pick a theme that stands out and practise a quick, memorable line or move , your costume alone won’t do all the heavy lifting.</w:t>
      </w:r>
      <w:r/>
    </w:p>
    <w:p>
      <w:pPr>
        <w:pStyle w:val="Heading2"/>
      </w:pPr>
      <w:r>
        <w:t>Practical planning , tickets, timing and what to wear</w:t>
      </w:r>
      <w:r/>
    </w:p>
    <w:p>
      <w:r/>
      <w:r>
        <w:t>Cover is $15 but check Oasis’ website or the event page before you go; small events can shift details. Dress code is deliberately loose: sexy PJs, vintage robes, slippers, or campy sleep masks all fit the brief. Footwear matters , you’ll be on your feet for DJs and games , so bring dance-friendly shoes. For safety and comfort, consider a small bag for essentials, a layer for cool nights, and a phone charger because you’ll want to snag photos of the pillow fort and performances. And remember the usual club etiquette: respect performers and fellow attendees, and follow any staff guidance.</w:t>
      </w:r>
      <w:r/>
    </w:p>
    <w:p>
      <w:pPr>
        <w:pStyle w:val="Heading2"/>
      </w:pPr>
      <w:r>
        <w:t>Why this kind of night matters to the scene</w:t>
      </w:r>
      <w:r/>
    </w:p>
    <w:p>
      <w:r/>
      <w:r>
        <w:t>Events like the Big Gay Sleepover do more than entertain; they create a communal space that celebrates queer playfulness in a purposely intimate setting. Oasis has a track record of hosting themed nightlife that feels both local and inclusive, and nights like this keep the city’s nightlife experimental and joyful. For regulars, it’s an opportunity to reconnect; for newcomers, it’s a low-stakes way to step into nightlife with a fun costume and an easy conversation starter. Expect laughter, a little chaos, and the kind of memories that come from nights where everyone’s encouraged to be extra.</w:t>
      </w:r>
      <w:r/>
    </w:p>
    <w:p>
      <w:r/>
      <w:r>
        <w:t>It's a small change to your weekend routine that promises big, glittery payoffs , go in with an open heart and a great pair of pyjamas.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https://sf.funcheap.com/big-gay-sleepover-pillow-fights-pajama-contest-djs-oasis/</w:t>
        </w:r>
      </w:hyperlink>
      <w:r>
        <w:t xml:space="preserve"> - Please view link - unable to able to access data</w:t>
      </w:r>
      <w:r/>
    </w:p>
    <w:p>
      <w:pPr>
        <w:pStyle w:val="ListNumber"/>
        <w:spacing w:line="240" w:lineRule="auto"/>
        <w:ind w:left="720"/>
      </w:pPr>
      <w:r/>
      <w:hyperlink r:id="rId9">
        <w:r>
          <w:rPr>
            <w:color w:val="0000EE"/>
            <w:u w:val="single"/>
          </w:rPr>
          <w:t>https://sf.funcheap.com/big-gay-sleepover-pillow-fights-pajama-contest-djs-oasis/</w:t>
        </w:r>
      </w:hyperlink>
      <w:r>
        <w:t xml:space="preserve"> - The Big Gay Sleepover is an immersive dance party hosted by Hex at Oasis in San Francisco on August 28, 2026. Attendees are encouraged to wear their best pyjamas or old-timey robes. The event features performances by artists such as Franzia Rosé, Kitty Litter, PerryYay Seltzer, Translucent, Lisa Frankenstein, Edie Eve, and Cheetah Biscotti, with music by DJ Ayumi Please. Activities include pillow fights, a pajama costume contest with prizes, and games like Gossip Glory Hole, Twister, and a scavenger hunt. Tickets are priced at $15, and the venue is located at 298 11th St, San Francisco, CA.</w:t>
      </w:r>
      <w:r/>
    </w:p>
    <w:p>
      <w:pPr>
        <w:pStyle w:val="ListNumber"/>
        <w:spacing w:line="240" w:lineRule="auto"/>
        <w:ind w:left="720"/>
      </w:pPr>
      <w:r/>
      <w:hyperlink r:id="rId10">
        <w:r>
          <w:rPr>
            <w:color w:val="0000EE"/>
            <w:u w:val="single"/>
          </w:rPr>
          <w:t>https://www.sfoasis.com/</w:t>
        </w:r>
      </w:hyperlink>
      <w:r>
        <w:t xml:space="preserve"> - Oasis is a premier LGBTQ+ venue in San Francisco, offering a variety of events including drag shows, cabaret performances, and nightclub dancing. Located at 298 Eleventh St, San Francisco, CA 94103, Oasis is a 21+ venue dedicated to joy, inclusion, and the celebration of queer identity. The venue hosts events like 'Princess - Dance Party + Drag Spectacular', 'Reparations - All Black Drag Show', and 'Baloney - SF's Gay All-Male Revue'. Oasis reopened on July 17, 2026, and continues to be a vibrant hub for the LGBTQ+ community.</w:t>
      </w:r>
      <w:r/>
    </w:p>
    <w:p>
      <w:pPr>
        <w:pStyle w:val="ListNumber"/>
        <w:spacing w:line="240" w:lineRule="auto"/>
        <w:ind w:left="720"/>
      </w:pPr>
      <w:r/>
      <w:hyperlink r:id="rId11">
        <w:r>
          <w:rPr>
            <w:color w:val="0000EE"/>
            <w:u w:val="single"/>
          </w:rPr>
          <w:t>https://www.sfoasis.com/baloney</w:t>
        </w:r>
      </w:hyperlink>
      <w:r>
        <w:t xml:space="preserve"> - Baloney is San Francisco's first and only gay all-male revue, created by Michael Phillis and Rory Davis. The show brings fantasies to life on stage with story, substance, and character, celebrating body diversity, gender diversity, and queer sexuality in all its forms. Baloney is sex-positive entertainment for all genders and sexual orientations, welcoming all persons aged 21 and over. The venue is located at 298 Eleventh St, San Francisco, CA 94103.</w:t>
      </w:r>
      <w:r/>
    </w:p>
    <w:p>
      <w:pPr>
        <w:pStyle w:val="ListNumber"/>
        <w:spacing w:line="240" w:lineRule="auto"/>
        <w:ind w:left="720"/>
      </w:pPr>
      <w:r/>
      <w:hyperlink r:id="rId12">
        <w:r>
          <w:rPr>
            <w:color w:val="0000EE"/>
            <w:u w:val="single"/>
          </w:rPr>
          <w:t>https://www.sfoasis.com/princess</w:t>
        </w:r>
      </w:hyperlink>
      <w:r>
        <w:t xml:space="preserve"> - Princess is a weekly Saturday night drag show at Oasis SF, featuring live performances, elaborate costumes, and San Francisco's best drag production. The event runs from 8:00 PM to 2:00 AM and is a recurring event, with dates including August 22, 29, and September 5, 2026. Oasis SF is located at 298 11th St, San Francisco, CA 94103.</w:t>
      </w:r>
      <w:r/>
    </w:p>
    <w:p>
      <w:pPr>
        <w:pStyle w:val="ListNumber"/>
        <w:spacing w:line="240" w:lineRule="auto"/>
        <w:ind w:left="720"/>
      </w:pPr>
      <w:r/>
      <w:hyperlink r:id="rId13">
        <w:r>
          <w:rPr>
            <w:color w:val="0000EE"/>
            <w:u w:val="single"/>
          </w:rPr>
          <w:t>https://www.sfoasis.com/reparations</w:t>
        </w:r>
      </w:hyperlink>
      <w:r>
        <w:t xml:space="preserve"> - Reparations is an all-Black drag show at Oasis SF, celebrating Black queer performers and culture. The event is part of Oasis SF's diverse programming, which includes various drag shows, cabaret performances, and nightclub dancing. Oasis SF is located at 298 11th St, San Francisco, CA 94103.</w:t>
      </w:r>
      <w:r/>
    </w:p>
    <w:p>
      <w:pPr>
        <w:pStyle w:val="ListNumber"/>
        <w:spacing w:line="240" w:lineRule="auto"/>
        <w:ind w:left="720"/>
      </w:pPr>
      <w:r/>
      <w:hyperlink r:id="rId11">
        <w:r>
          <w:rPr>
            <w:color w:val="0000EE"/>
            <w:u w:val="single"/>
          </w:rPr>
          <w:t>https://www.sfoasis.com/baloney</w:t>
        </w:r>
      </w:hyperlink>
      <w:r>
        <w:t xml:space="preserve"> - Baloney is San Francisco's first and only gay all-male revue, created by Michael Phillis and Rory Davis. The show brings fantasies to life on stage with story, substance, and character, celebrating body diversity, gender diversity, and queer sexuality in all its forms. Baloney is sex-positive entertainment for all genders and sexual orientations, welcoming all persons aged 21 and over. The venue is located at 298 Eleventh St, San Francisco, CA 94103.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funcheap.com/big-gay-sleepover-pillow-fights-pajama-contest-djs-oasis/" TargetMode="External"/><Relationship Id="rId10" Type="http://schemas.openxmlformats.org/officeDocument/2006/relationships/hyperlink" Target="https://www.sfoasis.com/" TargetMode="External"/><Relationship Id="rId11" Type="http://schemas.openxmlformats.org/officeDocument/2006/relationships/hyperlink" Target="https://www.sfoasis.com/baloney" TargetMode="External"/><Relationship Id="rId12" Type="http://schemas.openxmlformats.org/officeDocument/2006/relationships/hyperlink" Target="https://www.sfoasis.com/princess" TargetMode="External"/><Relationship Id="rId13" Type="http://schemas.openxmlformats.org/officeDocument/2006/relationships/hyperlink" Target="https://www.sfoasis.com/repa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